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Донбасі</w:t>
      </w:r>
    </w:p>
    <w:p>
      <w:r>
        <w:br/>
        <w:t xml:space="preserve"> Дванадцять днів, дванадцять синіх чаш&lt;br /&gt;</w:t>
        <w:br/>
        <w:t>Над сірими і ржавими ярами —&lt;br /&gt;</w:t>
        <w:br/>
        <w:t>Ми їх пили маленькими ковтками,&lt;br /&gt;</w:t>
        <w:br/>
        <w:t>Бо знали ми: півмісяць буде наш.</w:t>
      </w:r>
    </w:p>
    <w:p>
      <w:r>
        <w:br/>
        <w:t>З далеких гін, де море і Сиваш,&lt;br /&gt;</w:t>
        <w:br/>
        <w:t>Вітри міцними набігали снами,&lt;br /&gt;</w:t>
        <w:br/>
        <w:t>Схилявся день до західної брами&lt;br /&gt;</w:t>
        <w:br/>
        <w:t>І вабив степ із саду і піддаш.</w:t>
      </w:r>
    </w:p>
    <w:p>
      <w:r>
        <w:br/>
        <w:t>І вгору брались ми крізь глід і терен,&lt;br /&gt;</w:t>
        <w:br/>
        <w:t>Не зводячи очей з огнистих зерен,&lt;br /&gt;</w:t>
        <w:br/>
        <w:t>Просипаних на кристалічну синь.</w:t>
      </w:r>
    </w:p>
    <w:p>
      <w:r>
        <w:br/>
        <w:t>В крайнебі гасли просмуги янтарні,&lt;br /&gt;</w:t>
        <w:br/>
        <w:t>А проти нас крізь млу і далечінь&lt;br /&gt;</w:t>
        <w:br/>
        <w:t>Займалось дві зорі на солеварні.</w:t>
      </w:r>
    </w:p>
    <w:p>
      <w:r>
        <w:br/>
        <w:t>4.05.1933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Донбасі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