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чужому пір'ю</w:t>
      </w:r>
    </w:p>
    <w:p>
      <w:r>
        <w:br/>
        <w:t xml:space="preserve"> Марійка Підгірянка&lt;br /&gt;</w:t>
        <w:br/>
        <w:t>В чужому пір’ю</w:t>
      </w:r>
    </w:p>
    <w:p>
      <w:r>
        <w:br/>
        <w:t>Сценічна картина на три дії з танцами і співами</w:t>
      </w:r>
    </w:p>
    <w:p>
      <w:r>
        <w:br/>
        <w:t>В чужому пір’ю</w:t>
      </w:r>
    </w:p>
    <w:p>
      <w:r>
        <w:br/>
        <w:t>ДІЙОВІ ОСОБИ:</w:t>
      </w:r>
    </w:p>
    <w:p>
      <w:r>
        <w:br/>
        <w:t>Синичка I – дівчинка 11–12 років&lt;br /&gt;</w:t>
        <w:br/>
        <w:t>Синичка II – дівчинка 11–12 років&lt;br /&gt;</w:t>
        <w:br/>
        <w:t>Сверщик – хлопчик 10 років&lt;br /&gt;</w:t>
        <w:br/>
        <w:t>Вітер – хлопчик 12 років&lt;br /&gt;</w:t>
        <w:br/>
        <w:t>Ніч – дівчинка 12–13 років&lt;br /&gt;</w:t>
        <w:br/>
        <w:t>Квіти:&lt;br /&gt;</w:t>
        <w:br/>
        <w:t>Рожа – дівчинка 12 років&lt;br /&gt;</w:t>
        <w:br/>
        <w:t>Лелія – дівчинка 10 років&lt;br /&gt;</w:t>
        <w:br/>
        <w:t>Дзвіночок – хлопчик 10 років&lt;br /&gt;</w:t>
        <w:br/>
        <w:t>Фіалка – дівчинка 7 років&lt;br /&gt;</w:t>
        <w:br/>
        <w:t>Братчик – хлопчик 7 років</w:t>
      </w:r>
    </w:p>
    <w:p>
      <w:r>
        <w:br/>
        <w:t>Дія відбувається в лузі, над потічком на узліссі.</w:t>
      </w:r>
    </w:p>
    <w:p>
      <w:r>
        <w:br/>
        <w:t>Перша дія</w:t>
      </w:r>
    </w:p>
    <w:p>
      <w:r>
        <w:br/>
        <w:t>Левада над струмком. Квіти стоять півколом: праворуч – Лелія й Дзвіночок, ліворуч – Фіалка й Братчик. Перед ними, посередині, Рожа. Ранок. Левада купається в сонячному сяйві.</w:t>
      </w:r>
    </w:p>
    <w:p>
      <w:r>
        <w:br/>
        <w:t>Рожа</w:t>
      </w:r>
    </w:p>
    <w:p>
      <w:r>
        <w:br/>
        <w:t>Квіточки сестрички, що то за новина,&lt;br /&gt;</w:t>
        <w:br/>
        <w:t>Що сумна вся наша прекрасна долина?&lt;br /&gt;</w:t>
        <w:br/>
        <w:t>Сумують всі пташки, пісень не співають.&lt;br /&gt;</w:t>
        <w:br/>
        <w:t>Не знаєте, сестри, яку журбу мають?</w:t>
      </w:r>
    </w:p>
    <w:p>
      <w:r>
        <w:br/>
        <w:t>Лелія</w:t>
      </w:r>
    </w:p>
    <w:p>
      <w:r>
        <w:br/>
        <w:t>Як я умивалась на зорі росою,&lt;br /&gt;</w:t>
        <w:br/>
        <w:t>Синички казали помежи собою,&lt;br /&gt;</w:t>
        <w:br/>
        <w:t>Що одна синичка від них відреклася,&lt;br /&gt;</w:t>
        <w:br/>
        <w:t>Зняла своє пір’я, в чуже одяглася,&lt;br /&gt;</w:t>
        <w:br/>
        <w:t>І своє гніздечко залишити хоче,&lt;br /&gt;</w:t>
        <w:br/>
        <w:t>В чужину летіти, десь у світ за очі.</w:t>
      </w:r>
    </w:p>
    <w:p>
      <w:r>
        <w:br/>
        <w:t>Рожа</w:t>
      </w:r>
    </w:p>
    <w:p>
      <w:r>
        <w:br/>
        <w:t>О, я би ніколи того не зробила,&lt;br /&gt;</w:t>
        <w:br/>
        <w:t>Рідну свою землю я б не залишила.</w:t>
      </w:r>
    </w:p>
    <w:p>
      <w:r>
        <w:br/>
        <w:t>Братчик</w:t>
      </w:r>
    </w:p>
    <w:p>
      <w:r>
        <w:br/>
        <w:t>І я – ні!</w:t>
      </w:r>
    </w:p>
    <w:p>
      <w:r>
        <w:br/>
        <w:t>Фіалка</w:t>
      </w:r>
    </w:p>
    <w:p>
      <w:r>
        <w:br/>
        <w:t>І я – ні!</w:t>
      </w:r>
    </w:p>
    <w:p>
      <w:r>
        <w:br/>
        <w:t>Лелія</w:t>
      </w:r>
    </w:p>
    <w:p>
      <w:r>
        <w:br/>
        <w:t>Я також – ні!</w:t>
      </w:r>
    </w:p>
    <w:p>
      <w:r>
        <w:br/>
        <w:t>Дзвіночок</w:t>
      </w:r>
    </w:p>
    <w:p>
      <w:r>
        <w:br/>
        <w:t>Нема ніде краще, ніде веселіше,&lt;br /&gt;</w:t>
        <w:br/>
        <w:t>Бо ніде не гріє сонечко миліше.&lt;br /&gt;</w:t>
        <w:br/>
        <w:t>Ніде не шумить так білая берізка,&lt;br /&gt;</w:t>
        <w:br/>
        <w:t>Не журчить потічок, чистенький, як слізка!&lt;br /&gt;</w:t>
        <w:br/>
        <w:t>Якби мене взяли в далеку чужину,&lt;br /&gt;</w:t>
        <w:br/>
        <w:t>Зів’яв би я, знидів, з туги б там загинув.</w:t>
      </w:r>
    </w:p>
    <w:p>
      <w:r>
        <w:br/>
        <w:t>Фіалка</w:t>
      </w:r>
    </w:p>
    <w:p>
      <w:r>
        <w:br/>
        <w:t>І я так!</w:t>
      </w:r>
    </w:p>
    <w:p>
      <w:r>
        <w:br/>
        <w:t>Братчик</w:t>
      </w:r>
    </w:p>
    <w:p>
      <w:r>
        <w:br/>
        <w:t>І я так!</w:t>
      </w:r>
    </w:p>
    <w:p>
      <w:r>
        <w:br/>
        <w:t>Лелія</w:t>
      </w:r>
    </w:p>
    <w:p>
      <w:r>
        <w:br/>
        <w:t>Я цього не знаю,&lt;br /&gt;</w:t>
        <w:br/>
        <w:t>Чому наймиліше всім у ріднім краю?</w:t>
      </w:r>
    </w:p>
    <w:p>
      <w:r>
        <w:br/>
        <w:t>Дзвіночок</w:t>
      </w:r>
    </w:p>
    <w:p>
      <w:r>
        <w:br/>
        <w:t>Не знаєш? Чи пісню вже тую забула,&lt;br /&gt;</w:t>
        <w:br/>
        <w:t>Що вчора під вечір від Сверщика чула?</w:t>
      </w:r>
    </w:p>
    <w:p>
      <w:r>
        <w:br/>
        <w:t>Лелія</w:t>
      </w:r>
    </w:p>
    <w:p>
      <w:r>
        <w:br/>
        <w:t>О, я і зараз можу заспівати.&lt;br /&gt;</w:t>
        <w:br/>
        <w:t>Лиш мусив би Сверщик голос пригадати.</w:t>
      </w:r>
    </w:p>
    <w:p>
      <w:r>
        <w:br/>
        <w:t>Фіалка</w:t>
      </w:r>
    </w:p>
    <w:p>
      <w:r>
        <w:br/>
        <w:t>І я так!</w:t>
      </w:r>
    </w:p>
    <w:p>
      <w:r>
        <w:br/>
        <w:t>Братчик</w:t>
      </w:r>
    </w:p>
    <w:p>
      <w:r>
        <w:br/>
        <w:t>І я так!</w:t>
      </w:r>
    </w:p>
    <w:p>
      <w:r>
        <w:br/>
        <w:t>Рожа</w:t>
      </w:r>
    </w:p>
    <w:p>
      <w:r>
        <w:br/>
        <w:t>А де Сверщик дівся?&lt;br /&gt;</w:t>
        <w:br/>
        <w:t>Вже сонечко встало – він ще не з’явився.</w:t>
      </w:r>
    </w:p>
    <w:p>
      <w:r>
        <w:br/>
        <w:t>Лелія</w:t>
      </w:r>
    </w:p>
    <w:p>
      <w:r>
        <w:br/>
        <w:t>Я Сверщика люблю; він скрипак найперший,&lt;br /&gt;</w:t>
        <w:br/>
        <w:t>Співаночки знає і складає вірші.</w:t>
      </w:r>
    </w:p>
    <w:p>
      <w:r>
        <w:br/>
        <w:t>Дзвіночок</w:t>
      </w:r>
    </w:p>
    <w:p>
      <w:r>
        <w:br/>
        <w:t>Певне, заховавсь між буйнії трави&lt;br /&gt;</w:t>
        <w:br/>
        <w:t>І там, над потічком, скрипку свою править.&lt;br /&gt;</w:t>
        <w:br/>
        <w:t>Але я задзвоню дрібними дзвінками –&lt;br /&gt;</w:t>
        <w:br/>
        <w:t>То зараз і з’явиться Сверщик між нами.</w:t>
      </w:r>
    </w:p>
    <w:p>
      <w:r>
        <w:br/>
        <w:t>(Потрясає дзвіночками, що в нього на костюмі.)</w:t>
      </w:r>
    </w:p>
    <w:p>
      <w:r>
        <w:br/>
        <w:t>Чи бачите? Он вже по долині скаче.</w:t>
      </w:r>
    </w:p>
    <w:p>
      <w:r>
        <w:br/>
        <w:t>Входить Сверщикз іграшковою скрипкою у руках.</w:t>
      </w:r>
    </w:p>
    <w:p>
      <w:r>
        <w:br/>
        <w:t>Квіти (всі)</w:t>
      </w:r>
    </w:p>
    <w:p>
      <w:r>
        <w:br/>
        <w:t>Добрий тобі ранок, наш милий скрипаче!</w:t>
      </w:r>
    </w:p>
    <w:p>
      <w:r>
        <w:br/>
        <w:t>Сверщик (весело)</w:t>
      </w:r>
    </w:p>
    <w:p>
      <w:r>
        <w:br/>
        <w:t>Квіти мої любі, добрий і вам ранок!&lt;br /&gt;</w:t>
        <w:br/>
        <w:t>Чи добре ви спали, чи пили сніданок?</w:t>
      </w:r>
    </w:p>
    <w:p>
      <w:r>
        <w:br/>
        <w:t>Рожа</w:t>
      </w:r>
    </w:p>
    <w:p>
      <w:r>
        <w:br/>
        <w:t>Дякуємо красно, спали всі в спокою,&lt;br /&gt;</w:t>
        <w:br/>
        <w:t>На сніданок пили медочок з росою.&lt;br /&gt;</w:t>
        <w:br/>
        <w:t>Й тобі залишили ще досить медочку,&lt;br /&gt;</w:t>
        <w:br/>
        <w:t>Тільки заспівай нам гарну співаночку.</w:t>
      </w:r>
    </w:p>
    <w:p>
      <w:r>
        <w:br/>
        <w:t>Сверщик</w:t>
      </w:r>
    </w:p>
    <w:p>
      <w:r>
        <w:br/>
        <w:t>Гаразд, любі квіти, я готов співати,&lt;br /&gt;</w:t>
        <w:br/>
        <w:t>А за свою пісню не хочу заплати.&lt;br /&gt;</w:t>
        <w:br/>
        <w:t>Найкраща заплата за всі мої труди,&lt;br /&gt;</w:t>
        <w:br/>
        <w:t>Якщо моя пісня подобатись буде.</w:t>
      </w:r>
    </w:p>
    <w:p>
      <w:r>
        <w:br/>
        <w:t>Лелія</w:t>
      </w:r>
    </w:p>
    <w:p>
      <w:r>
        <w:br/>
        <w:t>Заграй же нам пісню вчорашню, друже,&lt;br /&gt;</w:t>
        <w:br/>
        <w:t>Бо вона до серця припала нам дуже.</w:t>
      </w:r>
    </w:p>
    <w:p>
      <w:r>
        <w:br/>
        <w:t>Сверщик строїть скрипку, а потім грає мелодію пісні "Чом, чом, земле моя", а всі квіти – спершу несміливо, тихо, а далі щораз голосніше – співають.</w:t>
      </w:r>
    </w:p>
    <w:p>
      <w:r>
        <w:br/>
        <w:t>Квіти</w:t>
      </w:r>
    </w:p>
    <w:p>
      <w:r>
        <w:br/>
        <w:t>Чом, чом, чом, земле моя,&lt;br /&gt;</w:t>
        <w:br/>
        <w:t>Так люба ти мені,&lt;br /&gt;</w:t>
        <w:br/>
        <w:t>Так люба ти мені?&lt;br /&gt;</w:t>
        <w:br/>
        <w:t>Чом, чом, чом, земле моя,&lt;br /&gt;</w:t>
        <w:br/>
        <w:t>Так радуюсь я&lt;br /&gt;</w:t>
        <w:br/>
        <w:t>Твоїй красі?&lt;br /&gt;</w:t>
        <w:br/>
        <w:t>Чим, чим, чим мене манить&lt;br /&gt;</w:t>
        <w:br/>
        <w:t>Пташні твоєї спів,&lt;br /&gt;</w:t>
        <w:br/>
        <w:t>Тужливий шум лісів?&lt;br /&gt;</w:t>
        <w:br/>
        <w:t>Чим, чим, чим так веселить&lt;br /&gt;</w:t>
        <w:br/>
        <w:t>Потічок з під верхів,&lt;br /&gt;</w:t>
        <w:br/>
        <w:t>Що тут шумить?&lt;br /&gt;</w:t>
        <w:br/>
        <w:t>Тим, тим, тим, серденько, знай,&lt;br /&gt;</w:t>
        <w:br/>
        <w:t>Бо красна ця земля&lt;br /&gt;</w:t>
        <w:br/>
        <w:t>Зродила й кормить тя!&lt;br /&gt;</w:t>
        <w:br/>
        <w:t>Тим, тим, тим, серденько, знай,&lt;br /&gt;</w:t>
        <w:br/>
        <w:t>Бо красна ця земля –&lt;br /&gt;</w:t>
        <w:br/>
        <w:t>Твій рідний край!</w:t>
      </w:r>
    </w:p>
    <w:p>
      <w:r>
        <w:br/>
        <w:t>Лелія</w:t>
      </w:r>
    </w:p>
    <w:p>
      <w:r>
        <w:br/>
        <w:t>Всі дякуєм, друже, ця пісня – чудова!&lt;br /&gt;</w:t>
        <w:br/>
        <w:t>Аж в серце глибоко запали нам словй.</w:t>
      </w:r>
    </w:p>
    <w:p>
      <w:r>
        <w:br/>
        <w:t>Рожа (просить)</w:t>
      </w:r>
    </w:p>
    <w:p>
      <w:r>
        <w:br/>
        <w:t>Заспівай цю пісню пташці в нашім гаю,&lt;br /&gt;</w:t>
        <w:br/>
        <w:t>Що хоче летіти до чужого краю.</w:t>
      </w:r>
    </w:p>
    <w:p>
      <w:r>
        <w:br/>
        <w:t>Сверщик</w:t>
      </w:r>
    </w:p>
    <w:p>
      <w:r>
        <w:br/>
        <w:t>Я вчора співав їй, вона висмівала,&lt;br /&gt;</w:t>
        <w:br/>
        <w:t>Ще й скрипочку мою, недобра, стоптала.</w:t>
      </w:r>
    </w:p>
    <w:p>
      <w:r>
        <w:br/>
        <w:t>Дзвіночок</w:t>
      </w:r>
    </w:p>
    <w:p>
      <w:r>
        <w:br/>
        <w:t>Коли так, то вже їй ніщо не поможе!</w:t>
      </w:r>
    </w:p>
    <w:p>
      <w:r>
        <w:br/>
        <w:t>Сверщик</w:t>
      </w:r>
    </w:p>
    <w:p>
      <w:r>
        <w:br/>
        <w:t>Та лиш подивіться, квіточки, в долину.</w:t>
      </w:r>
    </w:p>
    <w:p>
      <w:r>
        <w:br/>
        <w:t>Всі дивляться в той бік, звідки надходять Синички.</w:t>
      </w:r>
    </w:p>
    <w:p>
      <w:r>
        <w:br/>
        <w:t>Чи бачите тую чудацьку пташину?&lt;br /&gt;</w:t>
        <w:br/>
        <w:t>Строкатого пір’я начеплено много –&lt;br /&gt;</w:t>
        <w:br/>
        <w:t>Чи ви вже бачили де птаха такого?</w:t>
      </w:r>
    </w:p>
    <w:p>
      <w:r>
        <w:br/>
        <w:t>Фіалка</w:t>
      </w:r>
    </w:p>
    <w:p>
      <w:r>
        <w:br/>
        <w:t>Я – ні.</w:t>
      </w:r>
    </w:p>
    <w:p>
      <w:r>
        <w:br/>
        <w:t>Братчик</w:t>
      </w:r>
    </w:p>
    <w:p>
      <w:r>
        <w:br/>
        <w:t>Я також – ні.</w:t>
      </w:r>
    </w:p>
    <w:p>
      <w:r>
        <w:br/>
        <w:t>Сверщик</w:t>
      </w:r>
    </w:p>
    <w:p>
      <w:r>
        <w:br/>
        <w:t>То пташка шалена,&lt;br /&gt;</w:t>
        <w:br/>
        <w:t>Вбрала чуже пір’я – думає, що вчена.</w:t>
      </w:r>
    </w:p>
    <w:p>
      <w:r>
        <w:br/>
        <w:t>Фіалка й Братчик</w:t>
      </w:r>
    </w:p>
    <w:p>
      <w:r>
        <w:br/>
        <w:t>Шалена, шалена!</w:t>
      </w:r>
    </w:p>
    <w:p>
      <w:r>
        <w:br/>
        <w:t>Дзвіночок</w:t>
      </w:r>
    </w:p>
    <w:p>
      <w:r>
        <w:br/>
        <w:t>Й я це повідаю,&lt;br /&gt;</w:t>
        <w:br/>
        <w:t>Лиш її сестрички жаль мені без краю.</w:t>
      </w:r>
    </w:p>
    <w:p>
      <w:r>
        <w:br/>
        <w:t>Фіалка</w:t>
      </w:r>
    </w:p>
    <w:p>
      <w:r>
        <w:br/>
        <w:t>І мені!</w:t>
      </w:r>
    </w:p>
    <w:p>
      <w:r>
        <w:br/>
        <w:t>Братчик</w:t>
      </w:r>
    </w:p>
    <w:p>
      <w:r>
        <w:br/>
        <w:t>І мені!</w:t>
      </w:r>
    </w:p>
    <w:p>
      <w:r>
        <w:br/>
        <w:t>Сверщик</w:t>
      </w:r>
    </w:p>
    <w:p>
      <w:r>
        <w:br/>
        <w:t>Одну її мала,&lt;br /&gt;</w:t>
        <w:br/>
        <w:t>Як мати умерла, її згодувала;&lt;br /&gt;</w:t>
        <w:br/>
        <w:t>А тепер невдячна таке їй вчинила,&lt;br /&gt;</w:t>
        <w:br/>
        <w:t>Чесне ім’я роду геть поганьбила.</w:t>
      </w:r>
    </w:p>
    <w:p>
      <w:r>
        <w:br/>
        <w:t>Рожа</w:t>
      </w:r>
    </w:p>
    <w:p>
      <w:r>
        <w:br/>
        <w:t>Недобра!</w:t>
      </w:r>
    </w:p>
    <w:p>
      <w:r>
        <w:br/>
        <w:t>Лелія</w:t>
      </w:r>
    </w:p>
    <w:p>
      <w:r>
        <w:br/>
        <w:t>Невдячна!</w:t>
      </w:r>
    </w:p>
    <w:p>
      <w:r>
        <w:br/>
        <w:t>Дзвіночок</w:t>
      </w:r>
    </w:p>
    <w:p>
      <w:r>
        <w:br/>
        <w:t>І серця не має.</w:t>
      </w:r>
    </w:p>
    <w:p>
      <w:r>
        <w:br/>
        <w:t>Сверщик</w:t>
      </w:r>
    </w:p>
    <w:p>
      <w:r>
        <w:br/>
        <w:t>А ще і надулась та гордо ступає…&lt;br /&gt;</w:t>
        <w:br/>
        <w:t>Чи бачите, квіти?</w:t>
      </w:r>
    </w:p>
    <w:p>
      <w:r>
        <w:br/>
        <w:t>Фіалка</w:t>
      </w:r>
    </w:p>
    <w:p>
      <w:r>
        <w:br/>
        <w:t>Я бачу.</w:t>
      </w:r>
    </w:p>
    <w:p>
      <w:r>
        <w:br/>
        <w:t>Братчик</w:t>
      </w:r>
    </w:p>
    <w:p>
      <w:r>
        <w:br/>
        <w:t>Дивлюся.</w:t>
      </w:r>
    </w:p>
    <w:p>
      <w:r>
        <w:br/>
        <w:t>Лелія</w:t>
      </w:r>
    </w:p>
    <w:p>
      <w:r>
        <w:br/>
        <w:t>А я не дивлюся, бо нею гидую.</w:t>
      </w:r>
    </w:p>
    <w:p>
      <w:r>
        <w:br/>
        <w:t>Сверщик</w:t>
      </w:r>
    </w:p>
    <w:p>
      <w:r>
        <w:br/>
        <w:t>А сестра за нею ступає сумненько…&lt;br /&gt;</w:t>
        <w:br/>
        <w:t>Ой, видно, що дуже болить їй серденько.&lt;br /&gt;</w:t>
        <w:br/>
        <w:t>Чи знала що, бідна, відчувала лихо?</w:t>
      </w:r>
    </w:p>
    <w:p>
      <w:r>
        <w:br/>
        <w:t>Фіалка</w:t>
      </w:r>
    </w:p>
    <w:p>
      <w:r>
        <w:br/>
        <w:t>Не знала!</w:t>
      </w:r>
    </w:p>
    <w:p>
      <w:r>
        <w:br/>
        <w:t>Братчик</w:t>
      </w:r>
    </w:p>
    <w:p>
      <w:r>
        <w:br/>
        <w:t>Не знала!</w:t>
      </w:r>
    </w:p>
    <w:p>
      <w:r>
        <w:br/>
        <w:t>Сверщик</w:t>
      </w:r>
    </w:p>
    <w:p>
      <w:r>
        <w:br/>
        <w:t>Тихо, квіти, тихо!</w:t>
      </w:r>
    </w:p>
    <w:p>
      <w:r>
        <w:br/>
        <w:t>Входять Синички І і II.</w:t>
      </w:r>
    </w:p>
    <w:p>
      <w:r>
        <w:br/>
        <w:t>Синичка І</w:t>
      </w:r>
    </w:p>
    <w:p>
      <w:r>
        <w:br/>
        <w:t>А дивись, які я маю гарні пера,&lt;br /&gt;</w:t>
        <w:br/>
        <w:t>А ти собі проста пташка синьопера!</w:t>
      </w:r>
    </w:p>
    <w:p>
      <w:r>
        <w:br/>
        <w:t>Синичка II</w:t>
      </w:r>
    </w:p>
    <w:p>
      <w:r>
        <w:br/>
        <w:t>Та й ти такі вчора сині пера мала.&lt;br /&gt;</w:t>
        <w:br/>
        <w:t>Чим ти свої крила так зафарбувала?</w:t>
      </w:r>
    </w:p>
    <w:p>
      <w:r>
        <w:br/>
        <w:t>Синичка І</w:t>
      </w:r>
    </w:p>
    <w:p>
      <w:r>
        <w:br/>
        <w:t>Не хочу я бути така, як ти, проста.&lt;br /&gt;</w:t>
        <w:br/>
        <w:t>Придбала я, бачиш, крашених доста.&lt;br /&gt;</w:t>
        <w:br/>
        <w:t>Свої пера я зірвала, хоч боліло,&lt;br /&gt;</w:t>
        <w:br/>
        <w:t>Тепер межи панські птахи піду сміло,&lt;br /&gt;</w:t>
        <w:br/>
        <w:t>Тепер приймуть мене в своє товариство.&lt;br /&gt;</w:t>
        <w:br/>
        <w:t>Подивись лиш, яка я гарна і барвиста!</w:t>
      </w:r>
    </w:p>
    <w:p>
      <w:r>
        <w:br/>
        <w:t>Синичка II</w:t>
      </w:r>
    </w:p>
    <w:p>
      <w:r>
        <w:br/>
        <w:t>Ти не мудра, сестро моя, – тож пізнати,&lt;br /&gt;</w:t>
        <w:br/>
        <w:t>Що не свої, лиш чужії, маєш шати.&lt;br /&gt;</w:t>
        <w:br/>
        <w:t>Чуже пір’я вітер здує, і застинеш.&lt;br /&gt;</w:t>
        <w:br/>
        <w:t>Жаль тебе, нещасна сестро, бо загинеш.</w:t>
      </w:r>
    </w:p>
    <w:p>
      <w:r>
        <w:br/>
        <w:t>Синичка І</w:t>
      </w:r>
    </w:p>
    <w:p>
      <w:r>
        <w:br/>
        <w:t>А, то заздрість тільки в тебе так говорить,&lt;br /&gt;</w:t>
        <w:br/>
        <w:t>Кожний скаже, що то гарно, хто за мною зорить!&lt;br /&gt;</w:t>
        <w:br/>
        <w:t>Я ще хочу собі голос відмінити…&lt;br /&gt;</w:t>
        <w:br/>
        <w:t>Буде мені між панами добре жити.</w:t>
      </w:r>
    </w:p>
    <w:p>
      <w:r>
        <w:br/>
        <w:t>Синичка II</w:t>
      </w:r>
    </w:p>
    <w:p>
      <w:r>
        <w:br/>
        <w:t>Ой, будеш ти, моя сестро, дуже бідна,&lt;br /&gt;</w:t>
        <w:br/>
        <w:t>Бо ні чужим, ані своїм не потрібна,&lt;br /&gt;</w:t>
        <w:br/>
        <w:t>Свої тебе не пізнають, відречуться,&lt;br /&gt;</w:t>
        <w:br/>
        <w:t>А чужії над тобою насміються.&lt;br /&gt;</w:t>
        <w:br/>
        <w:t>Схаменися, сестро люба, поки час ще,&lt;br /&gt;</w:t>
        <w:br/>
        <w:t>Між своїми все найліпше і найкраще.</w:t>
      </w:r>
    </w:p>
    <w:p>
      <w:r>
        <w:br/>
        <w:t>Синичка І</w:t>
      </w:r>
    </w:p>
    <w:p>
      <w:r>
        <w:br/>
        <w:t>Бо кращого товариства не знаєш,&lt;br /&gt;</w:t>
        <w:br/>
        <w:t>Лиш з простими синицями проживаєш.&lt;br /&gt;</w:t>
        <w:br/>
        <w:t>А я бачила щось ліпше, як синиці,–&lt;br /&gt;</w:t>
        <w:br/>
        <w:t>Я бачила пишні, панські, горді птиці.&lt;br /&gt;</w:t>
        <w:br/>
        <w:t>Коли б мудра, то пішла би враз зі мною;&lt;br /&gt;</w:t>
        <w:br/>
        <w:t>Я відміню тобі голос і пристрою.</w:t>
      </w:r>
    </w:p>
    <w:p>
      <w:r>
        <w:br/>
        <w:t>Синичка II</w:t>
      </w:r>
    </w:p>
    <w:p>
      <w:r>
        <w:br/>
        <w:t>Ой, ніколи я на теє не згоджуся,&lt;br /&gt;</w:t>
        <w:br/>
        <w:t>Гнізда свого, свого співу не зречуся.</w:t>
      </w:r>
    </w:p>
    <w:p>
      <w:r>
        <w:br/>
        <w:t>Синичка І</w:t>
      </w:r>
    </w:p>
    <w:p>
      <w:r>
        <w:br/>
        <w:t>Як не хочеш, сама піду, – світ відкритий,&lt;br /&gt;</w:t>
        <w:br/>
        <w:t>А ти будеш в тісній хаті повік жити.</w:t>
      </w:r>
    </w:p>
    <w:p>
      <w:r>
        <w:br/>
        <w:t>Відходить.</w:t>
      </w:r>
    </w:p>
    <w:p>
      <w:r>
        <w:br/>
        <w:t>Синичка II (їй услід)</w:t>
      </w:r>
    </w:p>
    <w:p>
      <w:r>
        <w:br/>
        <w:t>Хай моя бідна хата, але власна.&lt;br /&gt;</w:t>
        <w:br/>
        <w:t>А ти йдеш чужим служити, ти – нещасна!</w:t>
      </w:r>
    </w:p>
    <w:p>
      <w:r>
        <w:br/>
        <w:t>Схиляє голову й плаче.</w:t>
      </w:r>
    </w:p>
    <w:p>
      <w:r>
        <w:br/>
        <w:t>Сверщик</w:t>
      </w:r>
    </w:p>
    <w:p>
      <w:r>
        <w:br/>
        <w:t>(підходить до Синички II й мовить приязно, потішаючи)&lt;br /&gt;</w:t>
        <w:br/>
        <w:t>Синичко люба, мила сестричко,&lt;br /&gt;</w:t>
        <w:br/>
        <w:t>Обітри очі, звесели личко.</w:t>
      </w:r>
    </w:p>
    <w:p>
      <w:r>
        <w:br/>
        <w:t>Синичка II</w:t>
      </w:r>
    </w:p>
    <w:p>
      <w:r>
        <w:br/>
        <w:t>Як же я можу весела бути?&lt;br /&gt;</w:t>
        <w:br/>
        <w:t>Сестру нещасну годі забути.</w:t>
      </w:r>
    </w:p>
    <w:p>
      <w:r>
        <w:br/>
        <w:t>(Співає притишеним голосом, а Сверщик супроводить мелодію на скрипці.)</w:t>
      </w:r>
    </w:p>
    <w:p>
      <w:r>
        <w:br/>
        <w:t>А де ж тая криниченька,&lt;br /&gt;</w:t>
        <w:br/>
        <w:t>Що чиста вода?&lt;br /&gt;</w:t>
        <w:br/>
        <w:t>Пішла моя сестриченька –&lt;br /&gt;</w:t>
        <w:br/>
        <w:t>Шкода, ой шкода!&lt;br /&gt;</w:t>
        <w:br/>
        <w:t>Ой, жаль серцю буде,&lt;br /&gt;</w:t>
        <w:br/>
        <w:t>Там, де чужі люди,&lt;br /&gt;</w:t>
        <w:br/>
        <w:t>Гірко їй буде!&lt;br /&gt;</w:t>
        <w:br/>
        <w:t>Біля тої криниченьки&lt;br /&gt;</w:t>
        <w:br/>
        <w:t>Квітки пов’яли –&lt;br /&gt;</w:t>
        <w:br/>
        <w:t>До моєї сестриченьки&lt;br /&gt;</w:t>
        <w:br/>
        <w:t>Сліди пропали.&lt;br /&gt;</w:t>
        <w:br/>
        <w:t>Ой, жаль серцю буде,&lt;br /&gt;</w:t>
        <w:br/>
        <w:t>Там, де чужі люди,&lt;br /&gt;</w:t>
        <w:br/>
        <w:t>Гірко їй буде!</w:t>
      </w:r>
    </w:p>
    <w:p>
      <w:r>
        <w:br/>
        <w:t>Фіалка (протирає очі)</w:t>
      </w:r>
    </w:p>
    <w:p>
      <w:r>
        <w:br/>
        <w:t>Мені жаль Синички.</w:t>
      </w:r>
    </w:p>
    <w:p>
      <w:r>
        <w:br/>
        <w:t>Братчик</w:t>
      </w:r>
    </w:p>
    <w:p>
      <w:r>
        <w:br/>
        <w:t>Та й мені жаль дуже!</w:t>
      </w:r>
    </w:p>
    <w:p>
      <w:r>
        <w:br/>
        <w:t>Синичка II (до Сверщика)</w:t>
      </w:r>
    </w:p>
    <w:p>
      <w:r>
        <w:br/>
        <w:t>Дай мені пораду, Сверщику, мій друже!</w:t>
      </w:r>
    </w:p>
    <w:p>
      <w:r>
        <w:br/>
        <w:t>Сверщик</w:t>
      </w:r>
    </w:p>
    <w:p>
      <w:r>
        <w:br/>
        <w:t>Гей, покличу Вітра з зеленого лугу,&lt;br /&gt;</w:t>
        <w:br/>
        <w:t>Хай твою розвіє великую тугу.</w:t>
      </w:r>
    </w:p>
    <w:p>
      <w:r>
        <w:br/>
        <w:t>(Звертається ліворуч і кличе.)</w:t>
      </w:r>
    </w:p>
    <w:p>
      <w:r>
        <w:br/>
        <w:t>Вітре, Вітре, Вітрику,&lt;br /&gt;</w:t>
        <w:br/>
        <w:t>Милий, жвавий хлопчику,&lt;br /&gt;</w:t>
        <w:br/>
        <w:t>Гей, де ти гуляєш, гей, де забарився?&lt;br /&gt;</w:t>
        <w:br/>
        <w:t>Слухай, слухай… кличу, щоб ти тут з’явився!</w:t>
      </w:r>
    </w:p>
    <w:p>
      <w:r>
        <w:br/>
        <w:t>Вітер вбігає з розпростертими крилами свого одягу. Жваво обкручується на каблуці, потім легко кружляє поміж квітами, приспівуючи.</w:t>
      </w:r>
    </w:p>
    <w:p>
      <w:r>
        <w:br/>
        <w:t>Вітер</w:t>
      </w:r>
    </w:p>
    <w:p>
      <w:r>
        <w:br/>
        <w:t>Чи сюди, чи туди,&lt;br /&gt;</w:t>
        <w:br/>
        <w:t>То мені свобідно,&lt;br /&gt;</w:t>
        <w:br/>
        <w:t>Чи сюди, чи туди,&lt;br /&gt;</w:t>
        <w:br/>
        <w:t>Чи горбки, чи сади,&lt;br /&gt;</w:t>
        <w:br/>
        <w:t>Погуляти вільно.&lt;br /&gt;</w:t>
        <w:br/>
        <w:t>Фу фу фу фу!</w:t>
      </w:r>
    </w:p>
    <w:p>
      <w:r>
        <w:br/>
        <w:t>(Обкручується на каблуці, розпростерши крила.)</w:t>
      </w:r>
    </w:p>
    <w:p>
      <w:r>
        <w:br/>
        <w:t>Чи сюди, чи туди,&lt;br /&gt;</w:t>
        <w:br/>
        <w:t>Крилоньки розложу;</w:t>
      </w:r>
    </w:p>
    <w:p>
      <w:r>
        <w:br/>
        <w:t>(Розкладає крила то в один, то в другий бік.)</w:t>
      </w:r>
    </w:p>
    <w:p>
      <w:r>
        <w:br/>
        <w:t>Чи стебла, колоски,&lt;br /&gt;</w:t>
        <w:br/>
        <w:t>Чи листки, чи квітки –&lt;br /&gt;</w:t>
        <w:br/>
        <w:t>Похитати можу.</w:t>
      </w:r>
    </w:p>
    <w:p>
      <w:r>
        <w:br/>
        <w:t>Лелія</w:t>
      </w:r>
    </w:p>
    <w:p>
      <w:r>
        <w:br/>
        <w:t>Вітрику, братику, веселий хлопчику,&lt;br /&gt;</w:t>
        <w:br/>
        <w:t>Будь же тихенько хоч на хвилинку.</w:t>
      </w:r>
    </w:p>
    <w:p>
      <w:r>
        <w:br/>
        <w:t>Рожа</w:t>
      </w:r>
    </w:p>
    <w:p>
      <w:r>
        <w:br/>
        <w:t>Будь же тихенько, не бур головку,&lt;br /&gt;</w:t>
        <w:br/>
        <w:t>Не помни ниточки з самого шовку.</w:t>
      </w:r>
    </w:p>
    <w:p>
      <w:r>
        <w:br/>
        <w:t>Вітер</w:t>
      </w:r>
    </w:p>
    <w:p>
      <w:r>
        <w:br/>
        <w:t>Я тобі, Роженько, нічого не ваджу,&lt;br /&gt;</w:t>
        <w:br/>
        <w:t>Я твої шаточки не мну, лиш гладжу.</w:t>
      </w:r>
    </w:p>
    <w:p>
      <w:r>
        <w:br/>
        <w:t>Братчик</w:t>
      </w:r>
    </w:p>
    <w:p>
      <w:r>
        <w:br/>
        <w:t>Вітрику, Вітрику!</w:t>
      </w:r>
    </w:p>
    <w:p>
      <w:r>
        <w:br/>
        <w:t>Вітрик</w:t>
      </w:r>
    </w:p>
    <w:p>
      <w:r>
        <w:br/>
        <w:t>А що, мій Братчику?</w:t>
      </w:r>
    </w:p>
    <w:p>
      <w:r>
        <w:br/>
        <w:t>Братчик</w:t>
      </w:r>
    </w:p>
    <w:p>
      <w:r>
        <w:br/>
        <w:t>Кажи нам казочку!</w:t>
      </w:r>
    </w:p>
    <w:p>
      <w:r>
        <w:br/>
        <w:t>Фіалка</w:t>
      </w:r>
    </w:p>
    <w:p>
      <w:r>
        <w:br/>
        <w:t>Кажи нам казочку!</w:t>
      </w:r>
    </w:p>
    <w:p>
      <w:r>
        <w:br/>
        <w:t>Вітер</w:t>
      </w:r>
    </w:p>
    <w:p>
      <w:r>
        <w:br/>
        <w:t>А що даш, Фіалочко?</w:t>
      </w:r>
    </w:p>
    <w:p>
      <w:r>
        <w:br/>
        <w:t>Фіалка</w:t>
      </w:r>
    </w:p>
    <w:p>
      <w:r>
        <w:br/>
        <w:t>Пахуче листячко,&lt;br /&gt;</w:t>
        <w:br/>
        <w:t>Із рос чистеньких срібне намистечко.</w:t>
      </w:r>
    </w:p>
    <w:p>
      <w:r>
        <w:br/>
        <w:t>Вітер</w:t>
      </w:r>
    </w:p>
    <w:p>
      <w:r>
        <w:br/>
        <w:t>Другий раз скажу, бо помічаю –&lt;br /&gt;</w:t>
        <w:br/>
        <w:t>Не всі веселі в нашому гаю.&lt;br /&gt;</w:t>
        <w:br/>
        <w:t>Пташка Синичка чогось сумує,&lt;br /&gt;</w:t>
        <w:br/>
        <w:t>Як веселюся, навіть не чує.&lt;br /&gt;</w:t>
        <w:br/>
        <w:t>А як то може там бути сумно,&lt;br /&gt;</w:t>
        <w:br/>
        <w:t>Де я гуляю весело, шумно?</w:t>
      </w:r>
    </w:p>
    <w:p>
      <w:r>
        <w:br/>
        <w:t>Синичка II</w:t>
      </w:r>
    </w:p>
    <w:p>
      <w:r>
        <w:br/>
        <w:t>Ти ж знаєш, любий Вітре,&lt;br /&gt;</w:t>
        <w:br/>
        <w:t>Який жаль тяженький,&lt;br /&gt;</w:t>
        <w:br/>
        <w:t>Як гніздо покине рідне&lt;br /&gt;</w:t>
        <w:br/>
        <w:t>Сестра, брат миленький&lt;br /&gt;</w:t>
        <w:br/>
        <w:t>Ой, Вітрику, летунчику,&lt;br /&gt;</w:t>
        <w:br/>
        <w:t>Світами літаєш,&lt;br /&gt;</w:t>
        <w:br/>
        <w:t>Може, мою сестру бідну&lt;br /&gt;</w:t>
        <w:br/>
        <w:t>В чужині пізнаєш.&lt;br /&gt;</w:t>
        <w:br/>
        <w:t>А як вдасться ту сестричку&lt;br /&gt;</w:t>
        <w:br/>
        <w:t>В чужині зустріти,&lt;br /&gt;</w:t>
        <w:br/>
        <w:t>Почни нашу співаночку&lt;br /&gt;</w:t>
        <w:br/>
        <w:t>Тихенько шуміти.&lt;br /&gt;</w:t>
        <w:br/>
        <w:t>Як моя сестричка вчує&lt;br /&gt;</w:t>
        <w:br/>
        <w:t>Співанку з родини,&lt;br /&gt;</w:t>
        <w:br/>
        <w:t>То затужить, засумує&lt;br /&gt;</w:t>
        <w:br/>
        <w:t>І верне з чужини.</w:t>
      </w:r>
    </w:p>
    <w:p>
      <w:r>
        <w:br/>
        <w:t>Вітер</w:t>
      </w:r>
    </w:p>
    <w:p>
      <w:r>
        <w:br/>
        <w:t>Тим я тобі не поможу –&lt;br /&gt;</w:t>
        <w:br/>
        <w:t>Заспівати я не можу,&lt;br /&gt;</w:t>
        <w:br/>
        <w:t>Бо співати я не вчився,&lt;br /&gt;</w:t>
        <w:br/>
        <w:t>Лиш світами волочився.&lt;br /&gt;</w:t>
        <w:br/>
        <w:t>Та що діять – добре знаю:&lt;br /&gt;</w:t>
        <w:br/>
        <w:t>Рідний запах позбираю&lt;br /&gt;</w:t>
        <w:br/>
        <w:t>Із квіточок, та із зілля,&lt;br /&gt;</w:t>
        <w:br/>
        <w:t>Та з смерекового гілля.&lt;br /&gt;</w:t>
        <w:br/>
        <w:t>А як його позбираю,&lt;br /&gt;</w:t>
        <w:br/>
        <w:t>Рознесу в чужому краю.&lt;br /&gt;</w:t>
        <w:br/>
        <w:t>Як сестра цей запах вчує,&lt;br /&gt;</w:t>
        <w:br/>
        <w:t>То затужить, засумує&lt;br /&gt;</w:t>
        <w:br/>
        <w:t>І повернеться з чужини&lt;br /&gt;</w:t>
        <w:br/>
        <w:t>До гніздечка, до родини.</w:t>
      </w:r>
    </w:p>
    <w:p>
      <w:r>
        <w:br/>
        <w:t>Синичка II</w:t>
      </w:r>
    </w:p>
    <w:p>
      <w:r>
        <w:br/>
        <w:t>Дякую тобі, єдиний,&lt;br /&gt;</w:t>
        <w:br/>
        <w:t>Милий Вітре з Верховини.</w:t>
      </w:r>
    </w:p>
    <w:p>
      <w:r>
        <w:br/>
        <w:t>Рожа</w:t>
      </w:r>
    </w:p>
    <w:p>
      <w:r>
        <w:br/>
        <w:t>Вітрику наш, милий друже,&lt;br /&gt;</w:t>
        <w:br/>
        <w:t>За те люблю тебе дуже.</w:t>
      </w:r>
    </w:p>
    <w:p>
      <w:r>
        <w:br/>
        <w:t>Вітер</w:t>
      </w:r>
    </w:p>
    <w:p>
      <w:r>
        <w:br/>
        <w:t>То не штука так сказати,&lt;br /&gt;</w:t>
        <w:br/>
        <w:t>Треба ділом доказати.&lt;br /&gt;</w:t>
        <w:br/>
        <w:t>Запах дай, Роже чудова,&lt;br /&gt;</w:t>
        <w:br/>
        <w:t>То повірю в твої слова.</w:t>
      </w:r>
    </w:p>
    <w:p>
      <w:r>
        <w:br/>
        <w:t>Рожа</w:t>
      </w:r>
    </w:p>
    <w:p>
      <w:r>
        <w:br/>
        <w:t>На тобі один листочок,&lt;br /&gt;</w:t>
        <w:br/>
        <w:t>Лиш будь тихо хоч часочок.</w:t>
      </w:r>
    </w:p>
    <w:p>
      <w:r>
        <w:br/>
        <w:t>Лелія</w:t>
      </w:r>
    </w:p>
    <w:p>
      <w:r>
        <w:br/>
        <w:t>Запаху і в мене повно,&lt;br /&gt;</w:t>
        <w:br/>
        <w:t>Бери собі, скільки вгодно.</w:t>
      </w:r>
    </w:p>
    <w:p>
      <w:r>
        <w:br/>
        <w:t>Фіалка</w:t>
      </w:r>
    </w:p>
    <w:p>
      <w:r>
        <w:br/>
        <w:t>Я маленька і смирненька,&lt;br /&gt;</w:t>
        <w:br/>
        <w:t>Та на запах багатенька.</w:t>
      </w:r>
    </w:p>
    <w:p>
      <w:r>
        <w:br/>
        <w:t>Братчик</w:t>
      </w:r>
    </w:p>
    <w:p>
      <w:r>
        <w:br/>
        <w:t>Мої шати з оксамиту,&lt;br /&gt;</w:t>
        <w:br/>
        <w:t>Любий запах мого цвіту.</w:t>
      </w:r>
    </w:p>
    <w:p>
      <w:r>
        <w:br/>
        <w:t>Дзвіночок</w:t>
      </w:r>
    </w:p>
    <w:p>
      <w:r>
        <w:br/>
        <w:t>Дзвінки мої дрібно дзвонять,&lt;br /&gt;</w:t>
        <w:br/>
        <w:t>Ніжний запах з себе ронять.</w:t>
      </w:r>
    </w:p>
    <w:p>
      <w:r>
        <w:br/>
        <w:t>Вітер ходить від квітки до квітки й збирає запахи.</w:t>
      </w:r>
    </w:p>
    <w:p>
      <w:r>
        <w:br/>
        <w:t>Вітер</w:t>
      </w:r>
    </w:p>
    <w:p>
      <w:r>
        <w:br/>
        <w:t>Дякую вам, мої милі,&lt;br /&gt;</w:t>
        <w:br/>
        <w:t>Що мене так збагатили.&lt;br /&gt;</w:t>
        <w:br/>
        <w:t>З таким даром можу сміло&lt;br /&gt;</w:t>
        <w:br/>
        <w:t>Розпочати своє діло.&lt;br /&gt;</w:t>
        <w:br/>
        <w:t>Будьте, квітоньки, здорові&lt;br /&gt;</w:t>
        <w:br/>
        <w:t>В гаю, лузі і в діброві,&lt;br /&gt;</w:t>
        <w:br/>
        <w:t>У долині й на горбочку,&lt;br /&gt;</w:t>
        <w:br/>
        <w:t>І в садочку, і в лісочку.&lt;br /&gt;</w:t>
        <w:br/>
        <w:t>Колись до вас завітаю&lt;br /&gt;</w:t>
        <w:br/>
        <w:t>І весело погуляю.&lt;br /&gt;</w:t>
        <w:br/>
        <w:t>Тепер мушу я спішити,&lt;br /&gt;</w:t>
        <w:br/>
        <w:t>Щоби діло завершити.&lt;br /&gt;</w:t>
        <w:br/>
        <w:t>Хай ніхто не скаже того,&lt;br /&gt;</w:t>
        <w:br/>
        <w:t>Що той Вітрик ні до чого.&lt;br /&gt;</w:t>
        <w:br/>
        <w:t>Всі тут в мирі проживайте&lt;br /&gt;</w:t>
        <w:br/>
        <w:t>Та про мене пам’ятайте.&lt;br /&gt;</w:t>
        <w:br/>
        <w:t>За Вітрина не забудьте&lt;br /&gt;</w:t>
        <w:br/>
        <w:t>І всі враз здорові будьте.</w:t>
      </w:r>
    </w:p>
    <w:p>
      <w:r>
        <w:br/>
        <w:t>ЗАВІСА</w:t>
      </w:r>
    </w:p>
    <w:p>
      <w:r>
        <w:br/>
        <w:t>Друга дія</w:t>
      </w:r>
    </w:p>
    <w:p>
      <w:r>
        <w:br/>
        <w:t>Краєвид чужини. Пишний сад, різні пальми, грядки з буйнолистими квітами. Сумерк після заходу сонця. Розкривається завіса.</w:t>
      </w:r>
    </w:p>
    <w:p>
      <w:r>
        <w:br/>
        <w:t>Ніч</w:t>
      </w:r>
    </w:p>
    <w:p>
      <w:r>
        <w:br/>
        <w:t>(сидить під деревом, пряде й співає)&lt;br /&gt;</w:t>
        <w:br/>
        <w:t>Ой пряду, пряду&lt;br /&gt;</w:t>
        <w:br/>
        <w:t>Довгу нитку сну…&lt;br /&gt;</w:t>
        <w:br/>
        <w:t>І ниткою тоненькою&lt;br /&gt;</w:t>
        <w:br/>
        <w:t>Обмотаю всю земленьку,&lt;br /&gt;</w:t>
        <w:br/>
        <w:t>Цілий світ присплю.&lt;br /&gt;</w:t>
        <w:br/>
        <w:t>Ой пряду, пряду,&lt;br /&gt;</w:t>
        <w:br/>
        <w:t>Тихий сон веду,&lt;br /&gt;</w:t>
        <w:br/>
        <w:t>На дівочі ясні очі,&lt;br /&gt;</w:t>
        <w:br/>
        <w:t>На колисочки діточі,&lt;br /&gt;</w:t>
        <w:br/>
        <w:t>На квітки в саду.</w:t>
      </w:r>
    </w:p>
    <w:p>
      <w:r>
        <w:br/>
        <w:t>(Тихо, плавно підходить до кущів, квітів, дерев, обмотує їх пряжею, співаючи.)</w:t>
      </w:r>
    </w:p>
    <w:p>
      <w:r>
        <w:br/>
        <w:t>Спи, земленько, спи,&lt;br /&gt;</w:t>
        <w:br/>
        <w:t>Обмотана в сни…&lt;br /&gt;</w:t>
        <w:br/>
        <w:t>У сні серце засмучене&lt;br /&gt;</w:t>
        <w:br/>
        <w:t>Найде щастя утрачене.&lt;br /&gt;</w:t>
        <w:br/>
        <w:t>Спи, земленько, спи…</w:t>
      </w:r>
    </w:p>
    <w:p>
      <w:r>
        <w:br/>
        <w:t>Помахуючи крилами, входить Вітер.</w:t>
      </w:r>
    </w:p>
    <w:p>
      <w:r>
        <w:br/>
        <w:t>Вітер</w:t>
      </w:r>
    </w:p>
    <w:p>
      <w:r>
        <w:br/>
        <w:t>У сонні ниточки обмотаний садочок,&lt;br /&gt;</w:t>
        <w:br/>
        <w:t>Боюсь ворухнути хоч один листочок.&lt;br /&gt;</w:t>
        <w:br/>
        <w:t>Боюсь ворухнути, боюсь сколихнути,&lt;br /&gt;</w:t>
        <w:br/>
        <w:t>При Нічці красуні боюся й дихнути.</w:t>
      </w:r>
    </w:p>
    <w:p>
      <w:r>
        <w:br/>
        <w:t>Ніч</w:t>
      </w:r>
    </w:p>
    <w:p>
      <w:r>
        <w:br/>
        <w:t>Цить, Вітре, цить,&lt;br /&gt;</w:t>
        <w:br/>
        <w:t>Бо все довкола спить:&lt;br /&gt;</w:t>
        <w:br/>
        <w:t>В колисках діти, на луках квіти.&lt;br /&gt;</w:t>
        <w:br/>
        <w:t>Цить!</w:t>
      </w:r>
    </w:p>
    <w:p>
      <w:r>
        <w:br/>
        <w:t>Вітер</w:t>
      </w:r>
    </w:p>
    <w:p>
      <w:r>
        <w:br/>
        <w:t>Ніченько ясна, чарівниченько,&lt;br /&gt;</w:t>
        <w:br/>
        <w:t>Хай лиш погляну в твоє личенько.&lt;br /&gt;</w:t>
        <w:br/>
        <w:t>З твого личенька чароньки схоплю,&lt;br /&gt;</w:t>
        <w:br/>
        <w:t>Запахом шати твої покроплю,&lt;br /&gt;</w:t>
        <w:br/>
        <w:t>То вже не рушуся, не помандрую,&lt;br /&gt;</w:t>
        <w:br/>
        <w:t>При твоїх ніженьках переночую.</w:t>
      </w:r>
    </w:p>
    <w:p>
      <w:r>
        <w:br/>
        <w:t>Ніч</w:t>
      </w:r>
    </w:p>
    <w:p>
      <w:r>
        <w:br/>
        <w:t>Хай вже так буде, Вітре крилатий,&lt;br /&gt;</w:t>
        <w:br/>
        <w:t>Дивися в личко і кропи шати.&lt;br /&gt;</w:t>
        <w:br/>
        <w:t>Тільки скажи ти, з якого краю&lt;br /&gt;</w:t>
        <w:br/>
        <w:t>Приносиш запах для Нічки в маю?</w:t>
      </w:r>
    </w:p>
    <w:p>
      <w:r>
        <w:br/>
        <w:t>Вітер</w:t>
      </w:r>
    </w:p>
    <w:p>
      <w:r>
        <w:br/>
        <w:t>Я народився на Україні,&lt;br /&gt;</w:t>
        <w:br/>
        <w:t>А колисався на Верховині,&lt;br /&gt;</w:t>
        <w:br/>
        <w:t>Полоскав крила в бистрому Угу&lt;br /&gt;</w:t>
        <w:br/>
        <w:t>І приніс запах з рідного лугу.&lt;br /&gt;</w:t>
        <w:br/>
        <w:t>Відчуєш, Нічко, Нічко чудова,&lt;br /&gt;</w:t>
        <w:br/>
        <w:t>Як пахне луг наш, наша діброва.&lt;br /&gt;</w:t>
        <w:br/>
        <w:t>Дозволь, покроплю заслону твою.&lt;br /&gt;</w:t>
        <w:br/>
        <w:t>До місяченька, до перекрою.</w:t>
      </w:r>
    </w:p>
    <w:p>
      <w:r>
        <w:br/>
        <w:t>(З коробки з кори і листя папороті виймає баночку, наповнену парфумами, й кропить шати та заслону Ночі, промовляючи:)</w:t>
      </w:r>
    </w:p>
    <w:p>
      <w:r>
        <w:br/>
        <w:t>Хто з мого краю тут близь ночує,&lt;br /&gt;</w:t>
        <w:br/>
        <w:t>Той, певне, запах скоро почує.&lt;br /&gt;</w:t>
        <w:br/>
        <w:t>Хіба що серце зовсім завмерло&lt;br /&gt;</w:t>
        <w:br/>
        <w:t>І про родину пам’ять завергло.</w:t>
      </w:r>
    </w:p>
    <w:p>
      <w:r>
        <w:br/>
        <w:t>Ніч</w:t>
      </w:r>
    </w:p>
    <w:p>
      <w:r>
        <w:br/>
        <w:t>Одну тут зблизька пташку я знаю.&lt;br /&gt;</w:t>
        <w:br/>
        <w:t>Певне, що зайшла з чужого краю:&lt;br /&gt;</w:t>
        <w:br/>
        <w:t>Прибрана смішно, співає чудно,&lt;br /&gt;</w:t>
        <w:br/>
        <w:t>Живе в достатку, а все їй нудно.&lt;br /&gt;</w:t>
        <w:br/>
        <w:t>Як лиш почну я нитки снувати,&lt;br /&gt;</w:t>
        <w:br/>
        <w:t>Вона виходить з своєї хати,&lt;br /&gt;</w:t>
        <w:br/>
        <w:t>Чогось сумує, чогось шукає,&lt;br /&gt;</w:t>
        <w:br/>
        <w:t>Що їй бракує – й сама не знає.</w:t>
      </w:r>
    </w:p>
    <w:p>
      <w:r>
        <w:br/>
        <w:t>Вітер</w:t>
      </w:r>
    </w:p>
    <w:p>
      <w:r>
        <w:br/>
        <w:t>Бракує родини, лісу, громади.&lt;br /&gt;</w:t>
        <w:br/>
        <w:t>І тисне душу чорний гріх зради!&lt;br /&gt;</w:t>
        <w:br/>
        <w:t>Бо прилетіла з нашого краю.&lt;br /&gt;</w:t>
        <w:br/>
        <w:t>Я її всюди тепер шукаю.&lt;br /&gt;</w:t>
        <w:br/>
        <w:t>Її сестричка про це просила,&lt;br /&gt;</w:t>
        <w:br/>
        <w:t>І їй відмовить не стало сили.</w:t>
      </w:r>
    </w:p>
    <w:p>
      <w:r>
        <w:br/>
        <w:t>Ніч</w:t>
      </w:r>
    </w:p>
    <w:p>
      <w:r>
        <w:br/>
        <w:t>То добре, Вітре, і я – з тобою:&lt;br /&gt;</w:t>
        <w:br/>
        <w:t>Докінчу разом роботу твою.&lt;br /&gt;</w:t>
        <w:br/>
        <w:t>Той запах, що ним шати скроплені мої,&lt;br /&gt;</w:t>
        <w:br/>
        <w:t>Проникне в серце пташки блудної.&lt;br /&gt;</w:t>
        <w:br/>
        <w:t>Тільки цей запах вона відчує,&lt;br /&gt;</w:t>
        <w:br/>
        <w:t>За всім, що рідне, враз засумує.&lt;br /&gt;</w:t>
        <w:br/>
        <w:t>Тепер ти, Вітре, вкладайся спати,&lt;br /&gt;</w:t>
        <w:br/>
        <w:t>А я ще буду нитки снувати,&lt;br /&gt;</w:t>
        <w:br/>
        <w:t>Нитки снувати, світ чарувати.&lt;br /&gt;</w:t>
        <w:br/>
        <w:t>Спи, Вітре любий, час спочивати.</w:t>
      </w:r>
    </w:p>
    <w:p>
      <w:r>
        <w:br/>
        <w:t>Вітер лягає на траві, вкривається крилами. Ніч снує по кущах і квітах нитки. Через якусь хвилину надходить Синичка І, одягнена, як у першій дії; вигляд сумний, говорить втомленим глухим голосом.</w:t>
      </w:r>
    </w:p>
    <w:p>
      <w:r>
        <w:br/>
        <w:t>Синичка І</w:t>
      </w:r>
    </w:p>
    <w:p>
      <w:r>
        <w:br/>
        <w:t>Ходжу, блукаю,&lt;br /&gt;</w:t>
        <w:br/>
        <w:t>Світами броджу –&lt;br /&gt;</w:t>
        <w:br/>
        <w:t>Щастя шукаю,&lt;br /&gt;</w:t>
        <w:br/>
        <w:t>Найти не можу.</w:t>
      </w:r>
    </w:p>
    <w:p>
      <w:r>
        <w:br/>
        <w:t>Далекий відгомін</w:t>
      </w:r>
    </w:p>
    <w:p>
      <w:r>
        <w:br/>
        <w:t>Не можу… Не можу…</w:t>
      </w:r>
    </w:p>
    <w:p>
      <w:r>
        <w:br/>
        <w:t>Синичка І</w:t>
      </w:r>
    </w:p>
    <w:p>
      <w:r>
        <w:br/>
        <w:t>Живу в палатах,&lt;br /&gt;</w:t>
        <w:br/>
        <w:t>В теремах сиджу,&lt;br /&gt;</w:t>
        <w:br/>
        <w:t>Ходжу у шатах,&lt;br /&gt;</w:t>
        <w:br/>
        <w:t>Щастя не виджу.</w:t>
      </w:r>
    </w:p>
    <w:p>
      <w:r>
        <w:br/>
        <w:t>Відгомін</w:t>
      </w:r>
    </w:p>
    <w:p>
      <w:r>
        <w:br/>
        <w:t>Не виджу… Не виджу…</w:t>
      </w:r>
    </w:p>
    <w:p>
      <w:r>
        <w:br/>
        <w:t>Синичка І</w:t>
      </w:r>
    </w:p>
    <w:p>
      <w:r>
        <w:br/>
        <w:t>Вдень я сміюся,&lt;br /&gt;</w:t>
        <w:br/>
        <w:t>Весела ходжу,&lt;br /&gt;</w:t>
        <w:br/>
        <w:t>А в ніч журюся,&lt;br /&gt;</w:t>
        <w:br/>
        <w:t>Вснути не можу.</w:t>
      </w:r>
    </w:p>
    <w:p>
      <w:r>
        <w:br/>
        <w:t>Відгомін</w:t>
      </w:r>
    </w:p>
    <w:p>
      <w:r>
        <w:br/>
        <w:t>Не можу… Не можу…</w:t>
      </w:r>
    </w:p>
    <w:p>
      <w:r>
        <w:br/>
        <w:t>Синичка І</w:t>
      </w:r>
    </w:p>
    <w:p>
      <w:r>
        <w:br/>
        <w:t>Лиш зійдуть зірки,&lt;br /&gt;</w:t>
        <w:br/>
        <w:t>Лиш місяць блисне,&lt;br /&gt;</w:t>
        <w:br/>
        <w:t>Птах злетить в гніздо,&lt;br /&gt;</w:t>
        <w:br/>
        <w:t>Щось серце тисне.</w:t>
      </w:r>
    </w:p>
    <w:p>
      <w:r>
        <w:br/>
        <w:t>Відгомін</w:t>
      </w:r>
    </w:p>
    <w:p>
      <w:r>
        <w:br/>
        <w:t>Щось тисне… тисне…</w:t>
      </w:r>
    </w:p>
    <w:p>
      <w:r>
        <w:br/>
        <w:t>Синичка І (підходить до Ночі, що в тому часі все обмотувала кущі й квіти пряжею сну)</w:t>
      </w:r>
    </w:p>
    <w:p>
      <w:r>
        <w:br/>
        <w:t>Ніченько ясна, тиха, прекрасна,&lt;br /&gt;</w:t>
        <w:br/>
        <w:t>З прядива сну дай мені ниточку,&lt;br /&gt;</w:t>
        <w:br/>
        <w:t>Хай на часинку – і я засну.</w:t>
      </w:r>
    </w:p>
    <w:p>
      <w:r>
        <w:br/>
        <w:t>Ніч</w:t>
      </w:r>
    </w:p>
    <w:p>
      <w:r>
        <w:br/>
        <w:t>Нема для тебе ниточки в мене&lt;br /&gt;</w:t>
        <w:br/>
        <w:t>Ані кусочка –&lt;br /&gt;</w:t>
        <w:br/>
        <w:t>Зосталася в краю, в рідному гаю&lt;br /&gt;</w:t>
        <w:br/>
        <w:t>Біля поточка.&lt;br /&gt;</w:t>
        <w:br/>
        <w:t>Вергла родину, пішла в чужину&lt;br /&gt;</w:t>
        <w:br/>
        <w:t>Без жалю болю!&lt;br /&gt;</w:t>
        <w:br/>
        <w:t>І край свій рідний, і спів свобідний&lt;br /&gt;</w:t>
        <w:br/>
        <w:t>Продала, й волю!&lt;br /&gt;</w:t>
        <w:br/>
        <w:t>Як світ широкий – пропав твій спокій&lt;br /&gt;</w:t>
        <w:br/>
        <w:t>І сон солодкий.&lt;br /&gt;</w:t>
        <w:br/>
        <w:t>Будеш блукати без роду й хати,&lt;br /&gt;</w:t>
        <w:br/>
        <w:t>Хто знає доки!</w:t>
      </w:r>
    </w:p>
    <w:p>
      <w:r>
        <w:br/>
        <w:t>Синичка І</w:t>
      </w:r>
    </w:p>
    <w:p>
      <w:r>
        <w:br/>
        <w:t>Ніченько ясна, Ніченько нене,&lt;br /&gt;</w:t>
        <w:br/>
        <w:t>Для всіх ти добра, лиха для мене!</w:t>
      </w:r>
    </w:p>
    <w:p>
      <w:r>
        <w:br/>
        <w:t>Ніч</w:t>
      </w:r>
    </w:p>
    <w:p>
      <w:r>
        <w:br/>
        <w:t>Всім я однака, для всіх приємна,&lt;br /&gt;</w:t>
        <w:br/>
        <w:t>Лиш твоя совість гріхами темна.</w:t>
      </w:r>
    </w:p>
    <w:p>
      <w:r>
        <w:br/>
        <w:t>Синичка І</w:t>
      </w:r>
    </w:p>
    <w:p>
      <w:r>
        <w:br/>
        <w:t>Що ж я такеє лихе вчинила,&lt;br /&gt;</w:t>
        <w:br/>
        <w:t>Чи що украла, чи кого вбила?</w:t>
      </w:r>
    </w:p>
    <w:p>
      <w:r>
        <w:br/>
        <w:t>Ніч</w:t>
      </w:r>
    </w:p>
    <w:p>
      <w:r>
        <w:br/>
        <w:t>Вбила ти честь свою власну,&lt;br /&gt;</w:t>
        <w:br/>
        <w:t>Сплямила честь свого роду,&lt;br /&gt;</w:t>
        <w:br/>
        <w:t>Пішла в путь блудну, нещасну,&lt;br /&gt;</w:t>
        <w:br/>
        <w:t>Та запродала свободу!&lt;br /&gt;</w:t>
        <w:br/>
        <w:t>Сестрі вкрала радість ясну,&lt;br /&gt;</w:t>
        <w:br/>
        <w:t>Полишила в серці рани.&lt;br /&gt;</w:t>
        <w:br/>
        <w:t>Славу добру, землю красну&lt;br /&gt;</w:t>
        <w:br/>
        <w:t>Проміняла за личмани!&lt;br /&gt;</w:t>
        <w:br/>
        <w:t>Душі твоєї гордість, пиха&lt;br /&gt;</w:t>
        <w:br/>
        <w:t>Спричинили горя много…&lt;br /&gt;</w:t>
        <w:br/>
        <w:t>Не дасть тобі Нічка тиха&lt;br /&gt;</w:t>
        <w:br/>
        <w:t>Із сну пасма золотого&lt;br /&gt;</w:t>
        <w:br/>
        <w:t>Ані ниточки.</w:t>
      </w:r>
    </w:p>
    <w:p>
      <w:r>
        <w:br/>
        <w:t>Синичка І</w:t>
      </w:r>
    </w:p>
    <w:p>
      <w:r>
        <w:br/>
        <w:t>(припадає до ніг Ночі, втуляє голову в заслону)</w:t>
      </w:r>
    </w:p>
    <w:p>
      <w:r>
        <w:br/>
        <w:t>Ой, твоя правда, Ніченько ясна,&lt;br /&gt;</w:t>
        <w:br/>
        <w:t>Зле я вчинила, бідна, нещасна.</w:t>
      </w:r>
    </w:p>
    <w:p>
      <w:r>
        <w:br/>
        <w:t>(Вдихає запах заслони.)</w:t>
      </w:r>
    </w:p>
    <w:p>
      <w:r>
        <w:br/>
        <w:t>Як твої шати пахнуть квітками…&lt;br /&gt;</w:t>
        <w:br/>
        <w:t>Як зілля пахне…&lt;br /&gt;</w:t>
        <w:br/>
        <w:t>Де я цей запах чула?&lt;br /&gt;</w:t>
        <w:br/>
        <w:t>Ох, знаю я вже, знаю…&lt;br /&gt;</w:t>
        <w:br/>
        <w:t>Як ще невинна була&lt;br /&gt;</w:t>
        <w:br/>
        <w:t>В малім гніздечку в гаю,&lt;br /&gt;</w:t>
        <w:br/>
        <w:t>Там… в ріднім краю…&lt;br /&gt;</w:t>
        <w:br/>
        <w:t>Там я журби не знала:&lt;br /&gt;</w:t>
        <w:br/>
        <w:t>Як ніч цвіла зірками,&lt;br /&gt;</w:t>
        <w:br/>
        <w:t>Тоді солодко спала&lt;br /&gt;</w:t>
        <w:br/>
        <w:t>Під крилами у мами.&lt;br /&gt;</w:t>
        <w:br/>
        <w:t>Ох, знаю я, вже знаю,&lt;br /&gt;</w:t>
        <w:br/>
        <w:t>Що треба серцю мому:&lt;br /&gt;</w:t>
        <w:br/>
        <w:t>Нічого не бажаю&lt;br /&gt;</w:t>
        <w:br/>
        <w:t>І хочу лиш додому.</w:t>
      </w:r>
    </w:p>
    <w:p>
      <w:r>
        <w:br/>
        <w:t>Відгомін</w:t>
      </w:r>
    </w:p>
    <w:p>
      <w:r>
        <w:br/>
        <w:t>Додому… додому.</w:t>
      </w:r>
    </w:p>
    <w:p>
      <w:r>
        <w:br/>
        <w:t>Ніч</w:t>
      </w:r>
    </w:p>
    <w:p>
      <w:r>
        <w:br/>
        <w:t>Встань, Вітре, встань.&lt;br /&gt;</w:t>
        <w:br/>
        <w:t>Сюди поглянь!&lt;br /&gt;</w:t>
        <w:br/>
        <w:t>Тут пташка є оця,&lt;br /&gt;</w:t>
        <w:br/>
        <w:t>Що була блудниця,&lt;br /&gt;</w:t>
        <w:br/>
        <w:t>Тепер – покутниця.&lt;br /&gt;</w:t>
        <w:br/>
        <w:t>І це заслуга лиш твоя.</w:t>
      </w:r>
    </w:p>
    <w:p>
      <w:r>
        <w:br/>
        <w:t>Вітер</w:t>
      </w:r>
    </w:p>
    <w:p>
      <w:r>
        <w:br/>
        <w:t>(встає, потрясає крилами, наближається до Ночі)</w:t>
      </w:r>
    </w:p>
    <w:p>
      <w:r>
        <w:br/>
        <w:t>Ой не лиш моя, Ніченько тиха,&lt;br /&gt;</w:t>
        <w:br/>
        <w:t>В тім і заслуга твоя велика,&lt;br /&gt;</w:t>
        <w:br/>
        <w:t>Що ти лиш чесних до сну колишеш,&lt;br /&gt;</w:t>
        <w:br/>
        <w:t>Нечесним засуд безсонням пишеш.</w:t>
      </w:r>
    </w:p>
    <w:p>
      <w:r>
        <w:br/>
        <w:t>(Поглядає на сплячу пташку.)</w:t>
      </w:r>
    </w:p>
    <w:p>
      <w:r>
        <w:br/>
        <w:t>Так, це вона – Синичка з гаю.&lt;br /&gt;</w:t>
        <w:br/>
        <w:t>Тепер велику надію маю,&lt;br /&gt;</w:t>
        <w:br/>
        <w:t>Що недаремна путь моя була.&lt;br /&gt;</w:t>
        <w:br/>
        <w:t>Яка вона тиха, – чи вже заснула?</w:t>
      </w:r>
    </w:p>
    <w:p>
      <w:r>
        <w:br/>
        <w:t>Ніч</w:t>
      </w:r>
    </w:p>
    <w:p>
      <w:r>
        <w:br/>
        <w:t>Ні, не заснула.&lt;br /&gt;</w:t>
        <w:br/>
        <w:t>Вона думками&lt;br /&gt;</w:t>
        <w:br/>
        <w:t>Тепер витає не межи нами,&lt;br /&gt;</w:t>
        <w:br/>
        <w:t>Вона далеко, разом з сестрою&lt;br /&gt;</w:t>
        <w:br/>
        <w:t>В ріднім гніздечку понад водою,&lt;br /&gt;</w:t>
        <w:br/>
        <w:t>Тепер їй нитку дам золотую&lt;br /&gt;</w:t>
        <w:br/>
        <w:t>І сном солодким враз обдарую.</w:t>
      </w:r>
    </w:p>
    <w:p>
      <w:r>
        <w:br/>
        <w:t>(Обмотує голову Синички І пряжею з веретена й тихо співає:)</w:t>
      </w:r>
    </w:p>
    <w:p>
      <w:r>
        <w:br/>
        <w:t>Спи тихо, спи,&lt;br /&gt;</w:t>
        <w:br/>
        <w:t>Забудь печаль,&lt;br /&gt;</w:t>
        <w:br/>
        <w:t>Твої гріхи&lt;br /&gt;</w:t>
        <w:br/>
        <w:t>Змив щирий жаль…&lt;br /&gt;</w:t>
        <w:br/>
        <w:t>Спи тихо, спи.&lt;br /&gt;</w:t>
        <w:br/>
        <w:t>Спи тихо, спи.&lt;br /&gt;</w:t>
        <w:br/>
        <w:t>Горе забудь,&lt;br /&gt;</w:t>
        <w:br/>
        <w:t>Найдеш у снах&lt;br /&gt;</w:t>
        <w:br/>
        <w:t>Додому путь.&lt;br /&gt;</w:t>
        <w:br/>
        <w:t>Спи тихо, спи…&lt;br /&gt;</w:t>
        <w:br/>
        <w:t>Ось, вже заснула.&lt;br /&gt;</w:t>
        <w:br/>
        <w:t>Збудиться рано –&lt;br /&gt;</w:t>
        <w:br/>
        <w:t>На шлях в родину зверне негайно;&lt;br /&gt;</w:t>
        <w:br/>
        <w:t>Як завтра буду я сон снувати,&lt;br /&gt;</w:t>
        <w:br/>
        <w:t>В своїм гніздечку вже буде спати.</w:t>
      </w:r>
    </w:p>
    <w:p>
      <w:r>
        <w:br/>
        <w:t>Вітер</w:t>
      </w:r>
    </w:p>
    <w:p>
      <w:r>
        <w:br/>
        <w:t>Спасибі, тиха Ніченько,&lt;br /&gt;</w:t>
        <w:br/>
        <w:t>Прекрасна майська Ноче!&lt;br /&gt;</w:t>
        <w:br/>
        <w:t>Спокій тобі на личенько,&lt;br /&gt;</w:t>
        <w:br/>
        <w:t>На темні твої очі.&lt;br /&gt;</w:t>
        <w:br/>
        <w:t>Я ж полечу світами&lt;br /&gt;</w:t>
        <w:br/>
        <w:t>По піднебесній путі.&lt;br /&gt;</w:t>
        <w:br/>
        <w:t>На ранок враз з квітками&lt;br /&gt;</w:t>
        <w:br/>
        <w:t>Знов вдома хочу бути.</w:t>
      </w:r>
    </w:p>
    <w:p>
      <w:r>
        <w:br/>
        <w:t>Ніч</w:t>
      </w:r>
    </w:p>
    <w:p>
      <w:r>
        <w:br/>
        <w:t>А я буду сни сіяти&lt;br /&gt;</w:t>
        <w:br/>
        <w:t>На суші й на моря,&lt;br /&gt;</w:t>
        <w:br/>
        <w:t>Та й буду їх леліяти,&lt;br /&gt;</w:t>
        <w:br/>
        <w:t>Поки зійде зоря.</w:t>
      </w:r>
    </w:p>
    <w:p>
      <w:r>
        <w:br/>
        <w:t>(До Вітра.)</w:t>
      </w:r>
    </w:p>
    <w:p>
      <w:r>
        <w:br/>
        <w:t>Збирайся в путь щасливую&lt;br /&gt;</w:t>
        <w:br/>
        <w:t>Ти, Вітре верховинний,&lt;br /&gt;</w:t>
        <w:br/>
        <w:t>Неси ж бо звістку милую&lt;br /&gt;</w:t>
        <w:br/>
        <w:t>В твій любий край родинний.&lt;br /&gt;</w:t>
        <w:br/>
        <w:t>Вітер вклоняється Ночі й виходить, помахуючи крилами.</w:t>
      </w:r>
    </w:p>
    <w:p>
      <w:r>
        <w:br/>
        <w:t>ЗАКРИВАЄТЬСЯ ЗАВІСА.</w:t>
      </w:r>
    </w:p>
    <w:p>
      <w:r>
        <w:br/>
        <w:t>Третя дія</w:t>
      </w:r>
    </w:p>
    <w:p>
      <w:r>
        <w:br/>
        <w:t>Краєвид той же, що в першій дії. Ранок. Сходить сонце. Квіти сплять.</w:t>
      </w:r>
    </w:p>
    <w:p>
      <w:r>
        <w:br/>
        <w:t>Дзвіночок</w:t>
      </w:r>
    </w:p>
    <w:p>
      <w:r>
        <w:br/>
        <w:t>(будиться)&lt;br /&gt;</w:t>
        <w:br/>
        <w:t>Минула вже нічка, сонце ясно світить.&lt;br /&gt;</w:t>
        <w:br/>
        <w:t>На добрий день, сонце, на добрий день, квіти,&lt;br /&gt;</w:t>
        <w:br/>
        <w:t>Вставайте, вставайте!&lt;br /&gt;</w:t>
        <w:br/>
        <w:t>Потрясає руками, дзвінки дзеленькають.</w:t>
      </w:r>
    </w:p>
    <w:p>
      <w:r>
        <w:br/>
        <w:t>Лелія</w:t>
      </w:r>
    </w:p>
    <w:p>
      <w:r>
        <w:br/>
        <w:t>(будиться, протирає руками очі)&lt;br /&gt;</w:t>
        <w:br/>
        <w:t>Ах, вже ясна днинка!&lt;br /&gt;</w:t>
        <w:br/>
        <w:t>Майська ніч минула, як одна годинка.</w:t>
      </w:r>
    </w:p>
    <w:p>
      <w:r>
        <w:br/>
        <w:t>Рожа</w:t>
      </w:r>
    </w:p>
    <w:p>
      <w:r>
        <w:br/>
        <w:t>(будиться)&lt;br /&gt;</w:t>
        <w:br/>
        <w:t>Мої пишні шати роса чиста вмила,&lt;br /&gt;</w:t>
        <w:br/>
        <w:t>Сонечко обсушить – і буду всім мила.</w:t>
      </w:r>
    </w:p>
    <w:p>
      <w:r>
        <w:br/>
        <w:t>Фіалка</w:t>
      </w:r>
    </w:p>
    <w:p>
      <w:r>
        <w:br/>
        <w:t>(будиться)&lt;br /&gt;</w:t>
        <w:br/>
        <w:t>В шовковій травиці солодко я спала.&lt;br /&gt;</w:t>
        <w:br/>
        <w:t>Сонечко збудило – хвала сонцю, хвала!</w:t>
      </w:r>
    </w:p>
    <w:p>
      <w:r>
        <w:br/>
        <w:t>Братчик</w:t>
      </w:r>
    </w:p>
    <w:p>
      <w:r>
        <w:br/>
        <w:t>(будиться)&lt;br /&gt;</w:t>
        <w:br/>
        <w:t>Який свіжий подув, який ранок ясний,&lt;br /&gt;</w:t>
        <w:br/>
        <w:t>Які чисті води, який світ прекрасний!</w:t>
      </w:r>
    </w:p>
    <w:p>
      <w:r>
        <w:br/>
        <w:t>Дзвіночок</w:t>
      </w:r>
    </w:p>
    <w:p>
      <w:r>
        <w:br/>
        <w:t>Який світ прекрасний, як радісно жити,&lt;br /&gt;</w:t>
        <w:br/>
        <w:t>Любитися щиро, з усіма дружити!</w:t>
      </w:r>
    </w:p>
    <w:p>
      <w:r>
        <w:br/>
        <w:t>Сверщик, що сидів за кущем, прискакує.</w:t>
      </w:r>
    </w:p>
    <w:p>
      <w:r>
        <w:br/>
        <w:t>Дзвіночок</w:t>
      </w:r>
    </w:p>
    <w:p>
      <w:r>
        <w:br/>
        <w:t>Сверщику, Сверщику, і ти вже збудився?</w:t>
      </w:r>
    </w:p>
    <w:p>
      <w:r>
        <w:br/>
        <w:t>Сверщик</w:t>
      </w:r>
    </w:p>
    <w:p>
      <w:r>
        <w:br/>
        <w:t>Збудився і вмився, у житі сушився.</w:t>
      </w:r>
    </w:p>
    <w:p>
      <w:r>
        <w:br/>
        <w:t>Лелія</w:t>
      </w:r>
    </w:p>
    <w:p>
      <w:r>
        <w:br/>
        <w:t>А тепер сніданок будеш з нами пити.</w:t>
      </w:r>
    </w:p>
    <w:p>
      <w:r>
        <w:br/>
        <w:t>Сверщик</w:t>
      </w:r>
    </w:p>
    <w:p>
      <w:r>
        <w:br/>
        <w:t>Його зготувати – чи знаєте, квіти?</w:t>
      </w:r>
    </w:p>
    <w:p>
      <w:r>
        <w:br/>
        <w:t>Фіалка</w:t>
      </w:r>
    </w:p>
    <w:p>
      <w:r>
        <w:br/>
        <w:t>Я знаю.</w:t>
      </w:r>
    </w:p>
    <w:p>
      <w:r>
        <w:br/>
        <w:t>Братчик</w:t>
      </w:r>
    </w:p>
    <w:p>
      <w:r>
        <w:br/>
        <w:t>Я знаю.</w:t>
      </w:r>
    </w:p>
    <w:p>
      <w:r>
        <w:br/>
        <w:t>Лелія</w:t>
      </w:r>
    </w:p>
    <w:p>
      <w:r>
        <w:br/>
        <w:t>Медочок я маю,&lt;br /&gt;</w:t>
        <w:br/>
        <w:t>З чистою росою його розмішаю,&lt;br /&gt;</w:t>
        <w:br/>
        <w:t>В чашечки наллю я і всіх погощу.&lt;br /&gt;</w:t>
        <w:br/>
        <w:t>Сверщика музику найперше прошу.</w:t>
      </w:r>
    </w:p>
    <w:p>
      <w:r>
        <w:br/>
        <w:t>Наливає напій з маленької кришталевої чаші у чарочки, зроблені з зелених листочків, і подає Сверщикові, Рожі, Дзвіночкові.</w:t>
      </w:r>
    </w:p>
    <w:p>
      <w:r>
        <w:br/>
        <w:t>Фіалка</w:t>
      </w:r>
    </w:p>
    <w:p>
      <w:r>
        <w:br/>
        <w:t>А мене забули?</w:t>
      </w:r>
    </w:p>
    <w:p>
      <w:r>
        <w:br/>
        <w:t>Братчик</w:t>
      </w:r>
    </w:p>
    <w:p>
      <w:r>
        <w:br/>
        <w:t>А мене забули?</w:t>
      </w:r>
    </w:p>
    <w:p>
      <w:r>
        <w:br/>
        <w:t>Дзвіночок</w:t>
      </w:r>
    </w:p>
    <w:p>
      <w:r>
        <w:br/>
        <w:t>(жартом)&lt;br /&gt;</w:t>
        <w:br/>
        <w:t>Та ви зготували самі, ми так чули.</w:t>
      </w:r>
    </w:p>
    <w:p>
      <w:r>
        <w:br/>
        <w:t>Лелія</w:t>
      </w:r>
    </w:p>
    <w:p>
      <w:r>
        <w:br/>
        <w:t>Стривайте, маленькі, і вам ще остане,&lt;br /&gt;</w:t>
        <w:br/>
        <w:t>Медочку є досить, для всіх стане.</w:t>
      </w:r>
    </w:p>
    <w:p>
      <w:r>
        <w:br/>
        <w:t>(Наливає в чарочки й подає Фіалці й Братчикові.)</w:t>
      </w:r>
    </w:p>
    <w:p>
      <w:r>
        <w:br/>
        <w:t>Фіалка</w:t>
      </w:r>
    </w:p>
    <w:p>
      <w:r>
        <w:br/>
        <w:t>Дякую.</w:t>
      </w:r>
    </w:p>
    <w:p>
      <w:r>
        <w:br/>
        <w:t>Братчик</w:t>
      </w:r>
    </w:p>
    <w:p>
      <w:r>
        <w:br/>
        <w:t>Дякую.</w:t>
      </w:r>
    </w:p>
    <w:p>
      <w:r>
        <w:br/>
        <w:t>Сверщик</w:t>
      </w:r>
    </w:p>
    <w:p>
      <w:r>
        <w:br/>
        <w:t>Спасибі, господине!&lt;br /&gt;</w:t>
        <w:br/>
        <w:t>При добрій господині кухня не застигне.&lt;br /&gt;</w:t>
        <w:br/>
        <w:t>Напився я смачно вашого медочку,&lt;br /&gt;</w:t>
        <w:br/>
        <w:t>А тепер заграю гарну співаночку.</w:t>
      </w:r>
    </w:p>
    <w:p>
      <w:r>
        <w:br/>
        <w:t>Квіти (всі)</w:t>
      </w:r>
    </w:p>
    <w:p>
      <w:r>
        <w:br/>
        <w:t>Заграй, заспівай нам!</w:t>
      </w:r>
    </w:p>
    <w:p>
      <w:r>
        <w:br/>
        <w:t>Сверщик</w:t>
      </w:r>
    </w:p>
    <w:p>
      <w:r>
        <w:br/>
        <w:t>Яку ж заспівати?</w:t>
      </w:r>
    </w:p>
    <w:p>
      <w:r>
        <w:br/>
        <w:t>Фіалка</w:t>
      </w:r>
    </w:p>
    <w:p>
      <w:r>
        <w:br/>
        <w:t>Веселу.</w:t>
      </w:r>
    </w:p>
    <w:p>
      <w:r>
        <w:br/>
        <w:t>Братчик</w:t>
      </w:r>
    </w:p>
    <w:p>
      <w:r>
        <w:br/>
        <w:t>Веселу.</w:t>
      </w:r>
    </w:p>
    <w:p>
      <w:r>
        <w:br/>
        <w:t>Сверщик</w:t>
      </w:r>
    </w:p>
    <w:p>
      <w:r>
        <w:br/>
        <w:t>Будем зачинати.</w:t>
      </w:r>
    </w:p>
    <w:p>
      <w:r>
        <w:br/>
        <w:t>(Настроює скрипку й співає.)</w:t>
      </w:r>
    </w:p>
    <w:p>
      <w:r>
        <w:br/>
        <w:t>Злетів кіс на покіс,&lt;br /&gt;</w:t>
        <w:br/>
        <w:t>Перепілка в’ється,&lt;br /&gt;</w:t>
        <w:br/>
        <w:t>Дуже йому сподобалась,&lt;br /&gt;</w:t>
        <w:br/>
        <w:t>Забаг ожениться.&lt;br /&gt;</w:t>
        <w:br/>
        <w:t>– Перепілко моя,&lt;br /&gt;</w:t>
        <w:br/>
        <w:t>Чи підеш за мене?&lt;br /&gt;</w:t>
        <w:br/>
        <w:t>– Ой, не тепер, косарику,&lt;br /&gt;</w:t>
        <w:br/>
        <w:t>Ще жито зелене.–&lt;br /&gt;</w:t>
        <w:br/>
        <w:t>Пшениця у снопах,&lt;br /&gt;</w:t>
        <w:br/>
        <w:t>Жито покосили,&lt;br /&gt;</w:t>
        <w:br/>
        <w:t>Позвозили, змолотили,&lt;br /&gt;</w:t>
        <w:br/>
        <w:t>У млин поносили.&lt;br /&gt;</w:t>
        <w:br/>
        <w:t>Як змололи усе,&lt;br /&gt;</w:t>
        <w:br/>
        <w:t>Учинили раду,&lt;br /&gt;</w:t>
        <w:br/>
        <w:t>Щоб спросити, погостити&lt;br /&gt;</w:t>
        <w:br/>
        <w:t>Пташину громаду.&lt;br /&gt;</w:t>
        <w:br/>
        <w:t>А синичка місить,&lt;br /&gt;</w:t>
        <w:br/>
        <w:t>Кача воду носить,&lt;br /&gt;</w:t>
        <w:br/>
        <w:t>А сорока білобока&lt;br /&gt;</w:t>
        <w:br/>
        <w:t>На чай гостей просить.</w:t>
      </w:r>
    </w:p>
    <w:p>
      <w:r>
        <w:br/>
        <w:t>Під час співання Братчик і Фіалка плещуть в долоні.</w:t>
      </w:r>
    </w:p>
    <w:p>
      <w:r>
        <w:br/>
        <w:t>Сверщик</w:t>
      </w:r>
    </w:p>
    <w:p>
      <w:r>
        <w:br/>
        <w:t>Танцюйте, маленькі!</w:t>
      </w:r>
    </w:p>
    <w:p>
      <w:r>
        <w:br/>
        <w:t>Лелія</w:t>
      </w:r>
    </w:p>
    <w:p>
      <w:r>
        <w:br/>
        <w:t>То Вітрик крилатий&lt;br /&gt;</w:t>
        <w:br/>
        <w:t>Прийти б сюди мусив і нас похитати,&lt;br /&gt;</w:t>
        <w:br/>
        <w:t>Інакше не вміють квіточки гуляти.</w:t>
      </w:r>
    </w:p>
    <w:p>
      <w:r>
        <w:br/>
        <w:t>Сверщик</w:t>
      </w:r>
    </w:p>
    <w:p>
      <w:r>
        <w:br/>
        <w:t>І де то наш Вітрик по світі мандрує?</w:t>
      </w:r>
    </w:p>
    <w:p>
      <w:r>
        <w:br/>
        <w:t>Рожа</w:t>
      </w:r>
    </w:p>
    <w:p>
      <w:r>
        <w:br/>
        <w:t>Поклич його, Сверщику, може, він почує?</w:t>
      </w:r>
    </w:p>
    <w:p>
      <w:r>
        <w:br/>
        <w:t>Сверщик</w:t>
      </w:r>
    </w:p>
    <w:p>
      <w:r>
        <w:br/>
        <w:t>(кличе)&lt;br /&gt;</w:t>
        <w:br/>
        <w:t>Вітре, Вітре, Вітрику!&lt;br /&gt;</w:t>
        <w:br/>
        <w:t>Милий, жвавий хлопчику,&lt;br /&gt;</w:t>
        <w:br/>
        <w:t>Ти куди мандруєш, ти куди гуляєш,&lt;br /&gt;</w:t>
        <w:br/>
        <w:t>Чи вже про нас забуваєш?</w:t>
      </w:r>
    </w:p>
    <w:p>
      <w:r>
        <w:br/>
        <w:t>Вбігає Вітер.</w:t>
      </w:r>
    </w:p>
    <w:p>
      <w:r>
        <w:br/>
        <w:t>Вітер</w:t>
      </w:r>
    </w:p>
    <w:p>
      <w:r>
        <w:br/>
        <w:t>Не забуду про вас, милі, ніде не забуду,&lt;br /&gt;</w:t>
        <w:br/>
        <w:t>Із за гори десятої я до вас прибуду.</w:t>
      </w:r>
    </w:p>
    <w:p>
      <w:r>
        <w:br/>
        <w:t>Лелія</w:t>
      </w:r>
    </w:p>
    <w:p>
      <w:r>
        <w:br/>
        <w:t>Вітрику милий,&lt;br /&gt;</w:t>
        <w:br/>
        <w:t>Ми за тобою дуже тужили.</w:t>
      </w:r>
    </w:p>
    <w:p>
      <w:r>
        <w:br/>
        <w:t>Вітер</w:t>
      </w:r>
    </w:p>
    <w:p>
      <w:r>
        <w:br/>
        <w:t>(до Лелії)&lt;br /&gt;</w:t>
        <w:br/>
        <w:t>І ти?</w:t>
      </w:r>
    </w:p>
    <w:p>
      <w:r>
        <w:br/>
        <w:t>Лелія</w:t>
      </w:r>
    </w:p>
    <w:p>
      <w:r>
        <w:br/>
        <w:t>Я також.</w:t>
      </w:r>
    </w:p>
    <w:p>
      <w:r>
        <w:br/>
        <w:t>Вітер</w:t>
      </w:r>
    </w:p>
    <w:p>
      <w:r>
        <w:br/>
        <w:t>Та що я чую?&lt;br /&gt;</w:t>
        <w:br/>
        <w:t>А все сваришся, що я пустую.</w:t>
      </w:r>
    </w:p>
    <w:p>
      <w:r>
        <w:br/>
        <w:t>Лелія</w:t>
      </w:r>
    </w:p>
    <w:p>
      <w:r>
        <w:br/>
        <w:t>Деколи мушу я нагадати,&lt;br /&gt;</w:t>
        <w:br/>
        <w:t>Що міру треба в усьому знати.</w:t>
      </w:r>
    </w:p>
    <w:p>
      <w:r>
        <w:br/>
        <w:t>Вітер</w:t>
      </w:r>
    </w:p>
    <w:p>
      <w:r>
        <w:br/>
        <w:t>(вдав засмученого)&lt;br /&gt;</w:t>
        <w:br/>
        <w:t>То що ж тепер я, нещасний, вдію?&lt;br /&gt;</w:t>
        <w:br/>
        <w:t>І погуляти собі не смію…</w:t>
      </w:r>
    </w:p>
    <w:p>
      <w:r>
        <w:br/>
        <w:t>Рожа</w:t>
      </w:r>
    </w:p>
    <w:p>
      <w:r>
        <w:br/>
        <w:t>Не будь, Лелійко, така тривожна,&lt;br /&gt;</w:t>
        <w:br/>
        <w:t>Чей, погуляти навесні можна.&lt;br /&gt;</w:t>
        <w:br/>
        <w:t>Охоту я маю.</w:t>
      </w:r>
    </w:p>
    <w:p>
      <w:r>
        <w:br/>
        <w:t>Братчик</w:t>
      </w:r>
    </w:p>
    <w:p>
      <w:r>
        <w:br/>
        <w:t>І я.</w:t>
      </w:r>
    </w:p>
    <w:p>
      <w:r>
        <w:br/>
        <w:t>Фіалка</w:t>
      </w:r>
    </w:p>
    <w:p>
      <w:r>
        <w:br/>
        <w:t>І я теж вмію.</w:t>
      </w:r>
    </w:p>
    <w:p>
      <w:r>
        <w:br/>
        <w:t>Вітер</w:t>
      </w:r>
    </w:p>
    <w:p>
      <w:r>
        <w:br/>
        <w:t>Скажи, Лелійко, мені, чи смію?</w:t>
      </w:r>
    </w:p>
    <w:p>
      <w:r>
        <w:br/>
        <w:t>Лелія</w:t>
      </w:r>
    </w:p>
    <w:p>
      <w:r>
        <w:br/>
        <w:t>Чом ні? Лиш чемно.</w:t>
      </w:r>
    </w:p>
    <w:p>
      <w:r>
        <w:br/>
        <w:t>Вітер</w:t>
      </w:r>
    </w:p>
    <w:p>
      <w:r>
        <w:br/>
        <w:t>Лиш так я знаю.&lt;br /&gt;</w:t>
        <w:br/>
        <w:t>Дивіться, квіточки, вже починаю.</w:t>
      </w:r>
    </w:p>
    <w:p>
      <w:r>
        <w:br/>
        <w:t>(Танцює ритмічний танок, приспівуючи:)</w:t>
      </w:r>
    </w:p>
    <w:p>
      <w:r>
        <w:br/>
        <w:t>Гей ви, квіти пахучі, пахучі,&lt;br /&gt;</w:t>
        <w:br/>
        <w:t>Стрясіть роси блискучі, блискучі.&lt;br /&gt;</w:t>
        <w:br/>
        <w:t>Станьте в коло гуляти, гуляти,&lt;br /&gt;</w:t>
        <w:br/>
        <w:t>Сверщик буде нам грати, нам грати.&lt;br /&gt;</w:t>
        <w:br/>
        <w:t>Гей ти, Сверщику, цікавий, цікавий,&lt;br /&gt;</w:t>
        <w:br/>
        <w:t>Настрой скрипку на славу, на славу,&lt;br /&gt;</w:t>
        <w:br/>
        <w:t>Заграй же нам дрібненько, дрібненько,&lt;br /&gt;</w:t>
        <w:br/>
        <w:t>Звесели нам серденько, серденько.</w:t>
      </w:r>
    </w:p>
    <w:p>
      <w:r>
        <w:br/>
        <w:t>Під час співу Вітер ставить квіти у коло. Сверщик, від слів "Гей ти, Сверщику цікавий", акомпанує на скрипці. Від слів "Ну же, квіти, лиш живо", слідує ритмічний танок квітів.</w:t>
      </w:r>
    </w:p>
    <w:p>
      <w:r>
        <w:br/>
        <w:t>Ну же, квіти, лиш живо, лиш жваво,&lt;br /&gt;</w:t>
        <w:br/>
        <w:t>Сюди туди і вліво, і вправо,&lt;br /&gt;</w:t>
        <w:br/>
        <w:t>Сюди туди боками, боками,&lt;br /&gt;</w:t>
        <w:br/>
        <w:t>Барвистими рядками, рядками.&lt;br /&gt;</w:t>
        <w:br/>
        <w:t>Ну же, квіти, рядочком, рядочком,&lt;br /&gt;</w:t>
        <w:br/>
        <w:t>Коло мене віночком, віночком,&lt;br /&gt;</w:t>
        <w:br/>
        <w:t>Коло мене все в пари, все в пари,&lt;br /&gt;</w:t>
        <w:br/>
        <w:t>Радуйтеся на яри, на яри.</w:t>
      </w:r>
    </w:p>
    <w:p>
      <w:r>
        <w:br/>
        <w:t>Після слів "Радуйся на яри" всі плещуть радісно в долоні і вертаються на свої місця.</w:t>
      </w:r>
    </w:p>
    <w:p>
      <w:r>
        <w:br/>
        <w:t>Вітер</w:t>
      </w:r>
    </w:p>
    <w:p>
      <w:r>
        <w:br/>
        <w:t>(кланяється квітам і Сверщикові)&lt;br /&gt;</w:t>
        <w:br/>
        <w:t>Дякую.</w:t>
      </w:r>
    </w:p>
    <w:p>
      <w:r>
        <w:br/>
        <w:t>Сверщик</w:t>
      </w:r>
    </w:p>
    <w:p>
      <w:r>
        <w:br/>
        <w:t>Скажи нам тепер,&lt;br /&gt;</w:t>
        <w:br/>
        <w:t>Вітрику милий,&lt;br /&gt;</w:t>
        <w:br/>
        <w:t>Чого ти нині радий, веселий?</w:t>
      </w:r>
    </w:p>
    <w:p>
      <w:r>
        <w:br/>
        <w:t>Вітер</w:t>
      </w:r>
    </w:p>
    <w:p>
      <w:r>
        <w:br/>
        <w:t>Бо нині можу сказати сміло,&lt;br /&gt;</w:t>
        <w:br/>
        <w:t>Що своє добре докінчив діло.&lt;br /&gt;</w:t>
        <w:br/>
        <w:t>Так, так, квіточки, ви всі вже спали,&lt;br /&gt;</w:t>
        <w:br/>
        <w:t>Листки стулили і спочивали,&lt;br /&gt;</w:t>
        <w:br/>
        <w:t>Я тоді крила свої розкинув&lt;br /&gt;</w:t>
        <w:br/>
        <w:t>Та й усю нічку в чужий край линув.&lt;br /&gt;</w:t>
        <w:br/>
        <w:t>До того краю летів я бистро,&lt;br /&gt;</w:t>
        <w:br/>
        <w:t>Де пішла пташка, вбрана барвисто.</w:t>
      </w:r>
    </w:p>
    <w:p>
      <w:r>
        <w:br/>
        <w:t>Рожа</w:t>
      </w:r>
    </w:p>
    <w:p>
      <w:r>
        <w:br/>
        <w:t>Ти був там, Вітре, бачив Синицю?</w:t>
      </w:r>
    </w:p>
    <w:p>
      <w:r>
        <w:br/>
        <w:t>Сверщик</w:t>
      </w:r>
    </w:p>
    <w:p>
      <w:r>
        <w:br/>
        <w:t>Ти бачив тую ледачу птицю?</w:t>
      </w:r>
    </w:p>
    <w:p>
      <w:r>
        <w:br/>
        <w:t>Вітер</w:t>
      </w:r>
    </w:p>
    <w:p>
      <w:r>
        <w:br/>
        <w:t>Так, Сверщику, птичка ледача була,&lt;br /&gt;</w:t>
        <w:br/>
        <w:t>Коли про рідний свій край забула.&lt;br /&gt;</w:t>
        <w:br/>
        <w:t>Але тепер вже рідню згадала,&lt;br /&gt;</w:t>
        <w:br/>
        <w:t>I повернутись знов забажала.</w:t>
      </w:r>
    </w:p>
    <w:p>
      <w:r>
        <w:br/>
        <w:t>Сверщик</w:t>
      </w:r>
    </w:p>
    <w:p>
      <w:r>
        <w:br/>
        <w:t>Як так, тоді вже іншеє діло&lt;br /&gt;</w:t>
        <w:br/>
        <w:t>Її сестричці це буде мило.</w:t>
      </w:r>
    </w:p>
    <w:p>
      <w:r>
        <w:br/>
        <w:t>Вітер</w:t>
      </w:r>
    </w:p>
    <w:p>
      <w:r>
        <w:br/>
        <w:t>Що вона робить?</w:t>
      </w:r>
    </w:p>
    <w:p>
      <w:r>
        <w:br/>
        <w:t>Сверщик</w:t>
      </w:r>
    </w:p>
    <w:p>
      <w:r>
        <w:br/>
        <w:t>Тяжко сумує,&lt;br /&gt;</w:t>
        <w:br/>
        <w:t>І її голосу ніхто не чує.&lt;br /&gt;</w:t>
        <w:br/>
        <w:t>Он там сама вже вона надходить.&lt;br /&gt;</w:t>
        <w:br/>
        <w:t>Глянь, як, сумненька, травою бродить.</w:t>
      </w:r>
    </w:p>
    <w:p>
      <w:r>
        <w:br/>
        <w:t>З поза кущів виходить заплакана Синичка II.</w:t>
      </w:r>
    </w:p>
    <w:p>
      <w:r>
        <w:br/>
        <w:t>Вітер</w:t>
      </w:r>
    </w:p>
    <w:p>
      <w:r>
        <w:br/>
        <w:t>(звертається до Синички II)&lt;br /&gt;</w:t>
        <w:br/>
        <w:t>Ой ти, Синичко, ти, щебетушко,&lt;br /&gt;</w:t>
        <w:br/>
        <w:t>Веселу вістку шепну на вушко.</w:t>
      </w:r>
    </w:p>
    <w:p>
      <w:r>
        <w:br/>
        <w:t>Синичка II</w:t>
      </w:r>
    </w:p>
    <w:p>
      <w:r>
        <w:br/>
        <w:t>Вітрику, братику, ти все пустуєш,&lt;br /&gt;</w:t>
        <w:br/>
        <w:t>Чи з цею вісткою ти не жартуєш?</w:t>
      </w:r>
    </w:p>
    <w:p>
      <w:r>
        <w:br/>
        <w:t>Вітер</w:t>
      </w:r>
    </w:p>
    <w:p>
      <w:r>
        <w:br/>
        <w:t>Та де посмів би я жартувати,&lt;br /&gt;</w:t>
        <w:br/>
        <w:t>Із твого горя та насміхатись.&lt;br /&gt;</w:t>
        <w:br/>
        <w:t>Я тобі правду говорю щиру:&lt;br /&gt;</w:t>
        <w:br/>
        <w:t>Нині побачиш сестричку милу.</w:t>
      </w:r>
    </w:p>
    <w:p>
      <w:r>
        <w:br/>
        <w:t>Синиця II</w:t>
      </w:r>
    </w:p>
    <w:p>
      <w:r>
        <w:br/>
        <w:t>О любий Вітре, чи добре чую?&lt;br /&gt;</w:t>
        <w:br/>
        <w:t>Нині обніму ще й поцілую…&lt;br /&gt;</w:t>
        <w:br/>
        <w:t>І приголублю до серця свого…</w:t>
      </w:r>
    </w:p>
    <w:p>
      <w:r>
        <w:br/>
        <w:t>Сверщик</w:t>
      </w:r>
    </w:p>
    <w:p>
      <w:r>
        <w:br/>
        <w:t>Твоя сестричка не варта того.</w:t>
      </w:r>
    </w:p>
    <w:p>
      <w:r>
        <w:br/>
        <w:t>Квіти (всі)</w:t>
      </w:r>
    </w:p>
    <w:p>
      <w:r>
        <w:br/>
        <w:t>Не варта!</w:t>
      </w:r>
    </w:p>
    <w:p>
      <w:r>
        <w:br/>
        <w:t>Синиця II</w:t>
      </w:r>
    </w:p>
    <w:p>
      <w:r>
        <w:br/>
        <w:t>Знаю я, любі, знаю.&lt;br /&gt;</w:t>
        <w:br/>
        <w:t>Згрішила важко супроти краю,&lt;br /&gt;</w:t>
        <w:br/>
        <w:t>Супроти всіх вас.&lt;br /&gt;</w:t>
        <w:br/>
        <w:t>Та ви забудьте –&lt;br /&gt;</w:t>
        <w:br/>
        <w:t>І милосердні до неї будьте…</w:t>
      </w:r>
    </w:p>
    <w:p>
      <w:r>
        <w:br/>
        <w:t>Сверщик</w:t>
      </w:r>
    </w:p>
    <w:p>
      <w:r>
        <w:br/>
        <w:t>За таку зраду забути важко,&lt;br /&gt;</w:t>
        <w:br/>
        <w:t>Але для тебе вчиним це, пташко.</w:t>
      </w:r>
    </w:p>
    <w:p>
      <w:r>
        <w:br/>
        <w:t>Квіти (всі)</w:t>
      </w:r>
    </w:p>
    <w:p>
      <w:r>
        <w:br/>
        <w:t>Вчиним це радо!</w:t>
      </w:r>
    </w:p>
    <w:p>
      <w:r>
        <w:br/>
        <w:t>Синичка II</w:t>
      </w:r>
    </w:p>
    <w:p>
      <w:r>
        <w:br/>
        <w:t>Дякую дуже.&lt;br /&gt;</w:t>
        <w:br/>
        <w:t>Дякую всім вам, а тобі,&lt;br /&gt;</w:t>
        <w:br/>
        <w:t>Друже Вітре, найперше.</w:t>
      </w:r>
    </w:p>
    <w:p>
      <w:r>
        <w:br/>
        <w:t>Сверщик</w:t>
      </w:r>
    </w:p>
    <w:p>
      <w:r>
        <w:br/>
        <w:t>Ой, бо є за що…&lt;br /&gt;</w:t>
        <w:br/>
        <w:t>А я то думав: Вітер – ледащо…</w:t>
      </w:r>
    </w:p>
    <w:p>
      <w:r>
        <w:br/>
        <w:t>Вітер</w:t>
      </w:r>
    </w:p>
    <w:p>
      <w:r>
        <w:br/>
        <w:t>(жартуючи)&lt;br /&gt;</w:t>
        <w:br/>
        <w:t>Хто так думає, зараз прилечу&lt;br /&gt;</w:t>
        <w:br/>
        <w:t>І його скрипку пірву, розмечу…&lt;br /&gt;</w:t>
        <w:br/>
        <w:t>Не руш ти скрипки, хто буде грати,&lt;br /&gt;</w:t>
        <w:br/>
        <w:t>Як тобі схочеться потанцювати?</w:t>
      </w:r>
    </w:p>
    <w:p>
      <w:r>
        <w:br/>
        <w:t>Синиця II</w:t>
      </w:r>
    </w:p>
    <w:p>
      <w:r>
        <w:br/>
        <w:t>(прислухаючись)&lt;br /&gt;</w:t>
        <w:br/>
        <w:t>Тихше, тихше…&lt;br /&gt;</w:t>
        <w:br/>
        <w:t>Хтось над потічком квилить,&lt;br /&gt;</w:t>
        <w:br/>
        <w:t>Аж цвіт головку клонить&lt;br /&gt;</w:t>
        <w:br/>
        <w:t>До землі ближче…</w:t>
      </w:r>
    </w:p>
    <w:p>
      <w:r>
        <w:br/>
        <w:t>Сверщик</w:t>
      </w:r>
    </w:p>
    <w:p>
      <w:r>
        <w:br/>
        <w:t>Тихше…</w:t>
      </w:r>
    </w:p>
    <w:p>
      <w:r>
        <w:br/>
        <w:t>Квіти</w:t>
      </w:r>
    </w:p>
    <w:p>
      <w:r>
        <w:br/>
        <w:t>(шепотом)&lt;br /&gt;</w:t>
        <w:br/>
        <w:t>Тихше…</w:t>
      </w:r>
    </w:p>
    <w:p>
      <w:r>
        <w:br/>
        <w:t>Вітер</w:t>
      </w:r>
    </w:p>
    <w:p>
      <w:r>
        <w:br/>
        <w:t>(складає крила)&lt;br /&gt;</w:t>
        <w:br/>
        <w:t>Тихше…</w:t>
      </w:r>
    </w:p>
    <w:p>
      <w:r>
        <w:br/>
        <w:t>Синичка II</w:t>
      </w:r>
    </w:p>
    <w:p>
      <w:r>
        <w:br/>
        <w:t>(дивиться пильно вдаль)&lt;br /&gt;</w:t>
        <w:br/>
        <w:t>Хтось до нас біжить бистро,&lt;br /&gt;</w:t>
        <w:br/>
        <w:t>Аж нив хилиться колос.&lt;br /&gt;</w:t>
        <w:br/>
        <w:t>Чути тихе схлипування за кулісами.&lt;br /&gt;</w:t>
        <w:br/>
        <w:t>Пізнаю сестрин голос…&lt;br /&gt;</w:t>
        <w:br/>
        <w:t>Ой, сестро!</w:t>
      </w:r>
    </w:p>
    <w:p>
      <w:r>
        <w:br/>
        <w:t>Біжить назустріч сестрі. Усі дивляться в напрямку бігу Синиці II. По хвилі входить Синиця II з Синицею І, обіймаючи й цілуючи її.</w:t>
      </w:r>
    </w:p>
    <w:p>
      <w:r>
        <w:br/>
        <w:t>Синиця І</w:t>
      </w:r>
    </w:p>
    <w:p>
      <w:r>
        <w:br/>
        <w:t>Сестричко, люба, мила,&lt;br /&gt;</w:t>
        <w:br/>
        <w:t>Прости, я завинила!</w:t>
      </w:r>
    </w:p>
    <w:p>
      <w:r>
        <w:br/>
        <w:t>Синичка II</w:t>
      </w:r>
    </w:p>
    <w:p>
      <w:r>
        <w:br/>
        <w:t>Давно вже я простила: щовечора стелила&lt;br /&gt;</w:t>
        <w:br/>
        <w:t>Гніздо м’якенько,&lt;br /&gt;</w:t>
        <w:br/>
        <w:t>Щоранку виглядала і ось тебе діждала,&lt;br /&gt;</w:t>
        <w:br/>
        <w:t>Моє серденько.</w:t>
      </w:r>
    </w:p>
    <w:p>
      <w:r>
        <w:br/>
        <w:t>Синиця І</w:t>
      </w:r>
    </w:p>
    <w:p>
      <w:r>
        <w:br/>
        <w:t>(тулиться до сестри).&lt;br /&gt;</w:t>
        <w:br/>
        <w:t>О, добра ти безмірно!</w:t>
      </w:r>
    </w:p>
    <w:p>
      <w:r>
        <w:br/>
        <w:t>Синичка II</w:t>
      </w:r>
    </w:p>
    <w:p>
      <w:r>
        <w:br/>
        <w:t>(обіймає Синицю І)&lt;br /&gt;</w:t>
        <w:br/>
        <w:t>Бо люблю тебе вірно.</w:t>
      </w:r>
    </w:p>
    <w:p>
      <w:r>
        <w:br/>
        <w:t>Синиця І</w:t>
      </w:r>
    </w:p>
    <w:p>
      <w:r>
        <w:br/>
        <w:t>(плаче)&lt;br /&gt;</w:t>
        <w:br/>
        <w:t>А я що учинила?&lt;br /&gt;</w:t>
        <w:br/>
        <w:t>Вірне серце зранила…</w:t>
      </w:r>
    </w:p>
    <w:p>
      <w:r>
        <w:br/>
        <w:t>Синичка II</w:t>
      </w:r>
    </w:p>
    <w:p>
      <w:r>
        <w:br/>
        <w:t>(лагідно)&lt;br /&gt;</w:t>
        <w:br/>
        <w:t>Тихо вже, тихо…&lt;br /&gt;</w:t>
        <w:br/>
        <w:t>Давнєє люте лихо&lt;br /&gt;</w:t>
        <w:br/>
        <w:t>Треба забути.&lt;br /&gt;</w:t>
        <w:br/>
        <w:t>Спочинеш у гніздечку,&lt;br /&gt;</w:t>
        <w:br/>
        <w:t>У милім холодочку&lt;br /&gt;</w:t>
        <w:br/>
        <w:t>По довгій путі.</w:t>
      </w:r>
    </w:p>
    <w:p>
      <w:r>
        <w:br/>
        <w:t>Синичка І</w:t>
      </w:r>
    </w:p>
    <w:p>
      <w:r>
        <w:br/>
        <w:t>Але найперше мушу&lt;br /&gt;</w:t>
        <w:br/>
        <w:t>Сумління своє й душу&lt;br /&gt;</w:t>
        <w:br/>
        <w:t>Від гріха змити.</w:t>
      </w:r>
    </w:p>
    <w:p>
      <w:r>
        <w:br/>
        <w:t>(Простягає руки благально до квітів.)</w:t>
      </w:r>
    </w:p>
    <w:p>
      <w:r>
        <w:br/>
        <w:t>Сльозами землю зрошу,&lt;br /&gt;</w:t>
        <w:br/>
        <w:t>У вас прощення прошу,&lt;br /&gt;</w:t>
        <w:br/>
        <w:t>Ріднії квіти!</w:t>
      </w:r>
    </w:p>
    <w:p>
      <w:r>
        <w:br/>
        <w:t>Квіти (всі разом)</w:t>
      </w:r>
    </w:p>
    <w:p>
      <w:r>
        <w:br/>
        <w:t>Прощаємо провину,&lt;br /&gt;</w:t>
        <w:br/>
        <w:t>Приймаємо в гостину&lt;br /&gt;</w:t>
        <w:br/>
        <w:t>В нашу долину.</w:t>
      </w:r>
    </w:p>
    <w:p>
      <w:r>
        <w:br/>
        <w:t>Синичка І</w:t>
      </w:r>
    </w:p>
    <w:p>
      <w:r>
        <w:br/>
        <w:t>(до Сверщика)&lt;br /&gt;</w:t>
        <w:br/>
        <w:t>Тепер перед тобою виповім вину мою&lt;br /&gt;</w:t>
        <w:br/>
        <w:t>Велику дуже.&lt;br /&gt;</w:t>
        <w:br/>
        <w:t>Над тобою сміялась, твою скрипку стоптала…&lt;br /&gt;</w:t>
        <w:br/>
        <w:t>Чи простиш, друже?</w:t>
      </w:r>
    </w:p>
    <w:p>
      <w:r>
        <w:br/>
        <w:t>Сверщик</w:t>
      </w:r>
    </w:p>
    <w:p>
      <w:r>
        <w:br/>
        <w:t>Радо тобі прощаю,&lt;br /&gt;</w:t>
        <w:br/>
        <w:t>в ріднім краю вітаю,&lt;br /&gt;</w:t>
        <w:br/>
        <w:t>І твердо вірю,&lt;br /&gt;</w:t>
        <w:br/>
        <w:t>Що не будеш блудити&lt;br /&gt;</w:t>
        <w:br/>
        <w:t>і по чужих ходити&lt;br /&gt;</w:t>
        <w:br/>
        <w:t>В чужому пір’ю!</w:t>
      </w:r>
    </w:p>
    <w:p>
      <w:r>
        <w:br/>
        <w:t>Синиця І</w:t>
      </w:r>
    </w:p>
    <w:p>
      <w:r>
        <w:br/>
        <w:t>Ніколи вже, ніколи!&lt;br /&gt;</w:t>
        <w:br/>
        <w:t>Отеє, по вольній волі&lt;br /&gt;</w:t>
        <w:br/>
        <w:t>Вам присягаю;&lt;br /&gt;</w:t>
        <w:br/>
        <w:t>В чужі не піду поля,&lt;br /&gt;</w:t>
        <w:br/>
        <w:t>бо радість, щастя, доля –&lt;br /&gt;</w:t>
        <w:br/>
        <w:t>Лиш в ріднім краю.</w:t>
      </w:r>
    </w:p>
    <w:p>
      <w:r>
        <w:br/>
        <w:t>Квіти (всі)</w:t>
      </w:r>
    </w:p>
    <w:p>
      <w:r>
        <w:br/>
        <w:t>Лиш в ріднім краю!&lt;br /&gt;</w:t>
        <w:br/>
        <w:t>Тепер, коли минула&lt;br /&gt;</w:t>
        <w:br/>
        <w:t>Недобрая година,&lt;br /&gt;</w:t>
        <w:br/>
        <w:t>Коли до нас вернула&lt;br /&gt;</w:t>
        <w:br/>
        <w:t>Заблукана дитина,&lt;br /&gt;</w:t>
        <w:br/>
        <w:t>Всі разом заспіваймо&lt;br /&gt;</w:t>
        <w:br/>
        <w:t>Співаночку веснянку.&lt;br /&gt;</w:t>
        <w:br/>
        <w:t>Весело погуляймо&lt;br /&gt;</w:t>
        <w:br/>
        <w:t>В проміннях ясних ранку.</w:t>
      </w:r>
    </w:p>
    <w:p>
      <w:r>
        <w:br/>
        <w:t>(Настроює скрипку.)</w:t>
      </w:r>
    </w:p>
    <w:p>
      <w:r>
        <w:br/>
        <w:t>Фіалка</w:t>
      </w:r>
    </w:p>
    <w:p>
      <w:r>
        <w:br/>
        <w:t>Всі разом заспіваймо&lt;br /&gt;</w:t>
        <w:br/>
        <w:t>Співаночку веснянку.</w:t>
      </w:r>
    </w:p>
    <w:p>
      <w:r>
        <w:br/>
        <w:t>Братчик</w:t>
      </w:r>
    </w:p>
    <w:p>
      <w:r>
        <w:br/>
        <w:t>Весело погуляймо&lt;br /&gt;</w:t>
        <w:br/>
        <w:t>В проміннях ясних ранку.</w:t>
      </w:r>
    </w:p>
    <w:p>
      <w:r>
        <w:br/>
        <w:t>Вітер</w:t>
      </w:r>
    </w:p>
    <w:p>
      <w:r>
        <w:br/>
        <w:t>Заграй нам, Сверщику, пісню,&lt;br /&gt;</w:t>
        <w:br/>
        <w:t>А ми всі – за тобою;&lt;br /&gt;</w:t>
        <w:br/>
        <w:t>Хай голос одізветься&lt;br /&gt;</w:t>
        <w:br/>
        <w:t>За лісом, за горою.&lt;br /&gt;</w:t>
        <w:br/>
        <w:t>Хай в цілім світі знають:&lt;br /&gt;</w:t>
        <w:br/>
        <w:t>Землі цієї діти&lt;br /&gt;</w:t>
        <w:br/>
        <w:t>Для неї виростають,&lt;br /&gt;</w:t>
        <w:br/>
        <w:t>Для неї хочуть жити.</w:t>
      </w:r>
    </w:p>
    <w:p>
      <w:r>
        <w:br/>
        <w:t>Сверщик ударяє на скрипці повний акорд, починає грати й співати, а всі – за ним:</w:t>
      </w:r>
    </w:p>
    <w:p>
      <w:r>
        <w:br/>
        <w:t>Радуємся всі нині&lt;br /&gt;</w:t>
        <w:br/>
        <w:t>В нашій гарній долині&lt;br /&gt;</w:t>
        <w:br/>
        <w:t>Гей, гей, гоя, га,&lt;br /&gt;</w:t>
        <w:br/>
        <w:t>В нашій гарній долині.&lt;br /&gt;</w:t>
        <w:br/>
        <w:t>Вітрик дує, гуляє,&lt;br /&gt;</w:t>
        <w:br/>
        <w:t>Квіти в танець скликає.&lt;br /&gt;</w:t>
        <w:br/>
        <w:t>Сверщик грає та гуде,&lt;br /&gt;</w:t>
        <w:br/>
        <w:t>Ціле літо так буде.&lt;br /&gt;</w:t>
        <w:br/>
        <w:t>Гей, гей, гоя, га,&lt;br /&gt;</w:t>
        <w:br/>
        <w:t>Ціле літо так буде.&lt;br /&gt;</w:t>
        <w:br/>
        <w:t>Сонце з неба сяє,&lt;br /&gt;</w:t>
        <w:br/>
        <w:t>Теплом всіх наділяє.&lt;br /&gt;</w:t>
        <w:br/>
        <w:t>Гей, гей, гоя, га,&lt;br /&gt;</w:t>
        <w:br/>
        <w:t>Теплом всіх наділяє.&lt;br /&gt;</w:t>
        <w:br/>
        <w:t>А та рідна земленька&lt;br /&gt;</w:t>
        <w:br/>
        <w:t>Горне всіх до серденька.&lt;br /&gt;</w:t>
        <w:br/>
        <w:t>Гей, гей, гоя, га,&lt;br /&gt;</w:t>
        <w:br/>
        <w:t>Горне всіх до серденька.&lt;br /&gt;</w:t>
        <w:br/>
        <w:t>Ми припадем до неї,&lt;br /&gt;</w:t>
        <w:br/>
        <w:t>До рідної, святої.&lt;br /&gt;</w:t>
        <w:br/>
        <w:t>Гей, гей, гоя, га,&lt;br /&gt;</w:t>
        <w:br/>
        <w:t>До рідної, святої.&lt;br /&gt;</w:t>
        <w:br/>
        <w:t>Любов’ю змережем,&lt;br /&gt;</w:t>
        <w:br/>
        <w:t>Для себе збережем.&lt;br /&gt;</w:t>
        <w:br/>
        <w:t>Гей, гей, гоя, га,&lt;br /&gt;</w:t>
        <w:br/>
        <w:t>Для себе збережем!</w:t>
      </w:r>
    </w:p>
    <w:p>
      <w:r>
        <w:br/>
        <w:t>КІНЕЦЬ.&lt;br /&gt;</w:t>
        <w:br/>
        <w:t>ЗАВІСА.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чужому пір'ю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