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чаду кохання</w:t>
      </w:r>
    </w:p>
    <w:p>
      <w:r>
        <w:br/>
        <w:t xml:space="preserve"> Дарма! коханням серце п’яне,&lt;br /&gt;</w:t>
        <w:br/>
        <w:t>В безодні щастя поринає:&lt;br /&gt;</w:t>
        <w:br/>
        <w:t>Нехай згорить, нехай зав’яне,&lt;br /&gt;</w:t>
        <w:br/>
        <w:t>Що буде потім — хто те знає?..</w:t>
      </w:r>
    </w:p>
    <w:p>
      <w:r>
        <w:br/>
        <w:t>Холодна мудрість стогне нудно:&lt;br /&gt;</w:t>
        <w:br/>
        <w:t>"Минає все — й любов дочасна".&lt;br /&gt;</w:t>
        <w:br/>
        <w:t>Та без кохання жить марудно,&lt;br /&gt;</w:t>
        <w:br/>
        <w:t>А вічність — молодість прекрасна.</w:t>
      </w:r>
    </w:p>
    <w:p>
      <w:r>
        <w:br/>
        <w:t>В шалену ніч нема зневір’я, —&lt;br /&gt;</w:t>
        <w:br/>
        <w:t>Кохання в вічності у приймах!&lt;br /&gt;</w:t>
        <w:br/>
        <w:t>Ми віримо без лицемір’я,&lt;br /&gt;</w:t>
        <w:br/>
        <w:t>Що зміст життя в палких обіймах.</w:t>
      </w:r>
    </w:p>
    <w:p>
      <w:r>
        <w:br/>
        <w:t>Налиймо ж вщерть любові келих!&lt;br /&gt;</w:t>
        <w:br/>
        <w:t>Нехай живе палка рішучість!&lt;br /&gt;</w:t>
        <w:br/>
        <w:t>Серед квіток, пісень веселих&lt;br /&gt;</w:t>
        <w:br/>
        <w:t>Жорстоку стрінем неминучість...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чаду кохання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