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Увечері</w:t>
      </w:r>
    </w:p>
    <w:p>
      <w:r>
        <w:br/>
        <w:t xml:space="preserve"> &lt;p&gt;Ще за сонця, як по улицях гнали череди, над містечком густою хмарою стала курна темрява, а як курява припала, в темному наметі над землею на варті стояв уже білий місяць. Серед широкого майдану виринула з бур’янів недоладна довга будівля, нашвидку зляпаний дощаний театр. У балагані світились огні, гуркотів бубон, вигравали музики. Коло дверей і кругом балагану гомонять люди. Дзеленчить довго й тоненько дзвоник, і люди товпляться в балаган. Картина відразу міняється. Гомін, а за ним і музики стихають, на майдані пустіє, і стоїть проти місяця посеред бур’янів якась будівля, химерна, велика, а вздовж неї самотно походжає висока цибата людина в жовтих черевиках і пом’ятому яломку на голові. Ходить у задумі, посвистує, стиха хльоскає батогом.</w:t>
      </w:r>
    </w:p>
    <w:p>
      <w:r>
        <w:br/>
        <w:t>Далі з-за колодок у бур’яні висовуються цікаві хлоп’ячі головки й пильними очима стежать за високою тінню.</w:t>
      </w:r>
    </w:p>
    <w:p>
      <w:r>
        <w:br/>
        <w:t>— Жура-вель! Жура-вель! — усі разом починають вони підспівувати. Висока постать свариться на їх головою й нахваляються батогом. Потім потягається проти місяця, позіхає й помалу ховається за двері.</w:t>
      </w:r>
    </w:p>
    <w:p>
      <w:r>
        <w:br/>
        <w:t>Хлопці один по одному вискакують з-за колодок, стиха шумлять бур’янами й крадькома підлазять до балагану. Незабаром уся стіна рябіє ними, немов гніздами; темні силуетики хлопців попричіплювались до дощок, де тільки була яка щілинка.</w:t>
      </w:r>
    </w:p>
    <w:p>
      <w:r>
        <w:br/>
        <w:t>Не знайшла тільки для себе місця одна маленька постать — чепурненький хлопчик в оксамитових штанцях і в новенькій матросочці. Він перебігає од одного місця на друге, припадає личком до дощок, та щілинки собі не знаходить.</w:t>
      </w:r>
    </w:p>
    <w:p>
      <w:r>
        <w:br/>
        <w:t>Тоді хлопчик проворненько скинув з себе блискучі чобітки й подерся по планках під саму стріху.</w:t>
      </w:r>
    </w:p>
    <w:p>
      <w:r>
        <w:br/>
        <w:t>Тихо виросла коло стіни висока тінь в яломку: помалу спинилася й дивиться. Ні одна головка не поворухнулась,— усі немов приросли до планок.</w:t>
      </w:r>
    </w:p>
    <w:p>
      <w:r>
        <w:br/>
        <w:t>Ляснув батіг раз, удруге, аж луна пішла по майдані. Хтось із хлопців зашипів і вхопився ззаду за штани. Далі всі, як груші, посипались додолу і вмить шугнули в бур’ян.</w:t>
      </w:r>
    </w:p>
    <w:p>
      <w:r>
        <w:br/>
        <w:t>Знову з-за колодок вистромились хлоп’ячі голови:</w:t>
      </w:r>
    </w:p>
    <w:p>
      <w:r>
        <w:br/>
        <w:t>— Журавель! Журавель!</w:t>
      </w:r>
    </w:p>
    <w:p>
      <w:r>
        <w:br/>
        <w:t>Самотна тінь мовчки манячить, осміхається проти місяця.</w:t>
      </w:r>
    </w:p>
    <w:p>
      <w:r>
        <w:br/>
        <w:t>До балагану, поспішаючи, наближаються дві жінки. "Журавель" глянув, крутнувся на нозі й швиденько сховався за дверима. Коло балагану знову почали виринати з бур’янів боязкі хлоп’ячі головки.</w:t>
      </w:r>
    </w:p>
    <w:p>
      <w:r>
        <w:br/>
        <w:t>Дві жіночі тіні стали придивлятись до їх,— якась пані й наймичка.</w:t>
      </w:r>
    </w:p>
    <w:p>
      <w:r>
        <w:br/>
        <w:t>— Не бачили, хлопці, Колі?</w:t>
      </w:r>
    </w:p>
    <w:p>
      <w:r>
        <w:br/>
        <w:t>Хлопці сміливіше виходять з бур’янів і товпляться коло пані.</w:t>
      </w:r>
    </w:p>
    <w:p>
      <w:r>
        <w:br/>
        <w:t>— Коля тут! — разом крикнуло скілько голосів.— Коля, де ти?.. Ось він тут! — Оглянулись туди-сюди — Колю як вода змила.</w:t>
      </w:r>
    </w:p>
    <w:p>
      <w:r>
        <w:br/>
        <w:t>До гурту підходило щось у "котелку", в білому комірчи-ку, блимаючи цигаркою.</w:t>
      </w:r>
    </w:p>
    <w:p>
      <w:r>
        <w:br/>
        <w:t>— Що, знову втік? — звертається до пані.</w:t>
      </w:r>
    </w:p>
    <w:p>
      <w:r>
        <w:br/>
        <w:t>— Що ти врадиш з такою дитиною? — здвигаючи плечима, бідкається пані.— Не випускати з двору — шкода: нудиться, плаче, а випустиш, то хіба тільки вночі повернеться, голодне, обідране.— Пані наблизилась до нової людини.— Оце якось забрело до Андрія, до шевця, а там взяли та й обгодували картопляним хлібом, так що всю ніч дитина як в огні горіла. Сказать би, не було з ким бавитись хлопцеві, так водила до батюшки, до акушерки: сидить між ними, як підбите, мовчить, гратись не хоче та нишком додому проситься, а як забачить на улиці оту босячню, то аж затремтить дитина...</w:t>
      </w:r>
    </w:p>
    <w:p>
      <w:r>
        <w:br/>
        <w:t>Сьогодні ще зранку ходить за мною слідком,— розказує далі пані,— скиглить: "Дайте, мамо, копійку, в театр на кумедію піду".— "Не будеш ходити,— кажу,— до тих шибеників, то поведу".— "Не буду, мамо". Одягла я його оце, причепурила — посидь же, кажу, Колю, поки я одінусь, тоді підемо разом. Я ж пішла одягатись, а там цід вікном свиснув якийсь старчовод, то він і повіявся з двору. Тепер не жди вже до півночі додому. Де його тепер шукати!..</w:t>
      </w:r>
    </w:p>
    <w:p>
      <w:r>
        <w:br/>
        <w:t>— А дивіться, ото ж чи не він буде? — показав палицею панок у комірці кудись у далечінь. На краю майдану од бур’янів тихо одділялась маленька тінь.</w:t>
      </w:r>
    </w:p>
    <w:p>
      <w:r>
        <w:br/>
        <w:t>— А глядіть, чи не він,— пильно придивляючись до неї, промовила пані.— Колю!</w:t>
      </w:r>
    </w:p>
    <w:p>
      <w:r>
        <w:br/>
        <w:t>Тінь спершу помалу, потім усе дужче й дужче залупотіла ногами й сховалась в уличку за чиїмсь садом.</w:t>
      </w:r>
    </w:p>
    <w:p>
      <w:r>
        <w:br/>
        <w:t>— Колю! Колю! — гукала пані.</w:t>
      </w:r>
    </w:p>
    <w:p>
      <w:r>
        <w:br/>
        <w:t>— Біжи, Мавро, поза церквою, а я, може, звідтіль перейму його.</w:t>
      </w:r>
    </w:p>
    <w:p>
      <w:r>
        <w:br/>
        <w:t>Мавра захурчала спідницею.</w:t>
      </w:r>
    </w:p>
    <w:p>
      <w:r>
        <w:br/>
        <w:t>— Це не хлопець, це кара мені божа за гріх,— стиха промовила пані й підтюпцем подалася через майдан.</w:t>
      </w:r>
    </w:p>
    <w:p>
      <w:r>
        <w:br/>
        <w:t>Стиха гомонить глухий куток. Під хатами й під дворами блимають цигарки, лускає насіння, гудуть ліниві празникові розмови.</w:t>
      </w:r>
    </w:p>
    <w:p>
      <w:r>
        <w:br/>
        <w:t>Серед шляху піском курить дітвора. Через чиїсь ворота, як лисий віл, дивиться місяць. Тоненькі голоси то дзвенять, то затихають. Вирівнялись по шляху низкою, як москалі.</w:t>
      </w:r>
    </w:p>
    <w:p>
      <w:r>
        <w:br/>
        <w:t>Перед ними бадьоро проходить простоволосий хлопчик, нашвидку витирає спітніле лице й одбирає до себе товариство.</w:t>
      </w:r>
    </w:p>
    <w:p>
      <w:r>
        <w:br/>
        <w:t>— Старці-сіромахи, одходьте туди! — суворо командував, хлопець.— А ці будуть пани!</w:t>
      </w:r>
    </w:p>
    <w:p>
      <w:r>
        <w:br/>
        <w:t>Ніхто йому не суперечить.</w:t>
      </w:r>
    </w:p>
    <w:p>
      <w:r>
        <w:br/>
        <w:t>— Старець! Старець! Старець! — тикає рукою хлопець; вибрані з радісним гуком вистрибом вилітають з ряду.</w:t>
      </w:r>
    </w:p>
    <w:p>
      <w:r>
        <w:br/>
        <w:t>Рядом з другими, покірно чекаючи своєї долі, стоїть прибите до уличної дітвори паненя. Коліно новеньких штаненят розпанахано аж донизу, з розхристаної матроски світять голі груденята, а ніжне личко зашмароване піском. Рученята склало на грудях, готовлячись скоритися тому, що скажуть, проте великі, темні й блискучі, як зоряної ночі вода, очиці дивляться на суворого ватажка з благанням і таємною надією.</w:t>
      </w:r>
    </w:p>
    <w:p>
      <w:r>
        <w:br/>
        <w:t>Тілько коліно здригнуло та схилилась голова, як привідця, минувши його, показав пальцем на сусіда: хлопчик мав лишитись за пана.</w:t>
      </w:r>
    </w:p>
    <w:p>
      <w:r>
        <w:br/>
        <w:t>— Пани!.. Заходьте з того краю,— порядкував хлопець,— а наше браття до мене.</w:t>
      </w:r>
    </w:p>
    <w:p>
      <w:r>
        <w:br/>
        <w:t>Хлопці з веселим гуком розбіглись на дві ватаги. Пани зразу почали вмощувати собі з бур’яну великі животи, ліпили на лоб і на груди замість кокардів і гудзиків реп’яхи, махали над головою, немов зонтиками, листками лопуху.</w:t>
      </w:r>
    </w:p>
    <w:p>
      <w:r>
        <w:br/>
        <w:t>"Старці-сіромахи" посідали в ряд шляхом, вишмарувавши землею лице й розпатлавши чуби.</w:t>
      </w:r>
    </w:p>
    <w:p>
      <w:r>
        <w:br/>
        <w:t>Батеньки, матінки ріднії,</w:t>
      </w:r>
    </w:p>
    <w:p>
      <w:r>
        <w:br/>
        <w:t>Подаріте хоч копієчку,-</w:t>
      </w:r>
    </w:p>
    <w:p>
      <w:r>
        <w:br/>
        <w:t>заголосили "сіромахи", посхилявши набік голови й виставивши вперед жміньки.</w:t>
      </w:r>
    </w:p>
    <w:p>
      <w:r>
        <w:br/>
        <w:t>Пихкаючи й обмахуючись, один за одним посунули по дорозі "пани".</w:t>
      </w:r>
    </w:p>
    <w:p>
      <w:r>
        <w:br/>
        <w:t>— А ти ж, Колю, чого стоїш там? — гукнув чийсь голос.</w:t>
      </w:r>
    </w:p>
    <w:p>
      <w:r>
        <w:br/>
        <w:t>Коля стояв, схилившись під тином, і мовчав.</w:t>
      </w:r>
    </w:p>
    <w:p>
      <w:r>
        <w:br/>
        <w:t>— Іди, Колю! — почали його кликати.</w:t>
      </w:r>
    </w:p>
    <w:p>
      <w:r>
        <w:br/>
        <w:t>— Е! Коля чогось плаче,— придивившись, промовив другий хлопчик.</w:t>
      </w:r>
    </w:p>
    <w:p>
      <w:r>
        <w:br/>
        <w:t>Ватажок схопився з місця й з серйозним, заклопотаним виглядом підійшов до Колі.</w:t>
      </w:r>
    </w:p>
    <w:p>
      <w:r>
        <w:br/>
        <w:t>— Чого це ти, Колю? — ласкаво заглядаючи йому в вічі, питав він.</w:t>
      </w:r>
    </w:p>
    <w:p>
      <w:r>
        <w:br/>
        <w:t>Коля закрив лице рукою.</w:t>
      </w:r>
    </w:p>
    <w:p>
      <w:r>
        <w:br/>
        <w:t>— Хлопці! — суворо звернувся він до дітвори.— Може, хто вдарив?</w:t>
      </w:r>
    </w:p>
    <w:p>
      <w:r>
        <w:br/>
        <w:t>— Ні, ніхто,— одмовляли хлопці, підходячи до тину.</w:t>
      </w:r>
    </w:p>
    <w:p>
      <w:r>
        <w:br/>
        <w:t>— Ну, то чого ж ти, Колю? — одводячи од очей руку, питав він.</w:t>
      </w:r>
    </w:p>
    <w:p>
      <w:r>
        <w:br/>
        <w:t>— Я — теж наше бра-ття, сірома-аха,— схлипуючи, промовив Коля.</w:t>
      </w:r>
    </w:p>
    <w:p>
      <w:r>
        <w:br/>
        <w:t>Ватажок трохи подумав.</w:t>
      </w:r>
    </w:p>
    <w:p>
      <w:r>
        <w:br/>
        <w:t>— Давайте, хлопці, приймемо вже Колю до нашого браття,— пожалів він Колю.</w:t>
      </w:r>
    </w:p>
    <w:p>
      <w:r>
        <w:br/>
        <w:t>— Приймаємо! — гукнули хлопці.</w:t>
      </w:r>
    </w:p>
    <w:p>
      <w:r>
        <w:br/>
        <w:t>— Іди, Колю, сюди,— поступаючи рядом з собою місце на піску, привітно гукнув на його один із "старців".</w:t>
      </w:r>
    </w:p>
    <w:p>
      <w:r>
        <w:br/>
        <w:t>Сльози не висохли ще в очах у Колі, як заблищали вони радістю й гарячою вдячністю. І соромлячись, і осміхаючись, і витираючи рукавом сльози, мостився він край шляху всередину між "наше браття". Одну ніжку підобгав під себе, другу з розпанаханим коліном висунув у пісок, скривився, як сирітка, виставив і свою жміньку.</w:t>
      </w:r>
    </w:p>
    <w:p>
      <w:r>
        <w:br/>
        <w:t>Дайте сиротиночці,</w:t>
      </w:r>
    </w:p>
    <w:p>
      <w:r>
        <w:br/>
        <w:t>Темній, невидній...</w:t>
      </w:r>
    </w:p>
    <w:p>
      <w:r>
        <w:br/>
        <w:t>А немає ж у мене</w:t>
      </w:r>
    </w:p>
    <w:p>
      <w:r>
        <w:br/>
        <w:t>Ні батенька, ні матінки,-</w:t>
      </w:r>
    </w:p>
    <w:p>
      <w:r>
        <w:br/>
        <w:t>лунали на цілий куток жалісні голоси, й найжалібніше з усіх бринів голос нового "сіромахи".</w:t>
      </w:r>
    </w:p>
    <w:p>
      <w:r>
        <w:br/>
        <w:t>Мимо проходили "пани", кидали в руку черепки, кізяки, будяки колючі, сипали на голову й за шию пригорщами пісок. Коля покірно склепав очі й схиляв головку до самої землі.</w:t>
      </w:r>
    </w:p>
    <w:p>
      <w:r>
        <w:br/>
        <w:t>Всім було байдуже, як улицею, шумлячи шовками, пройшла якась пані. Тільки Коля примовк був одразу й прищулився до товариша; вона зиркнула збоку на розхристаних, обсипаних травою й піском "сіромах" і пішла далі.</w:t>
      </w:r>
    </w:p>
    <w:p>
      <w:r>
        <w:br/>
        <w:t>— І що ото вони витівають там! — загомонів хтось з-під стріхи на "старців".— А чи не пора б уже вам на піч!</w:t>
      </w:r>
    </w:p>
    <w:p>
      <w:r>
        <w:br/>
        <w:t>І незабаром Коля стояв серед шляху один як палець. Підійшло кілька старих.</w:t>
      </w:r>
    </w:p>
    <w:p>
      <w:r>
        <w:br/>
        <w:t>— Чиє воно? — придивлялись вони до його.</w:t>
      </w:r>
    </w:p>
    <w:p>
      <w:r>
        <w:br/>
        <w:t>— Чий ти, Колю? — питав його, підійшовши, якийсь хлопчик.</w:t>
      </w:r>
    </w:p>
    <w:p>
      <w:r>
        <w:br/>
        <w:t>Коля сказав.</w:t>
      </w:r>
    </w:p>
    <w:p>
      <w:r>
        <w:br/>
        <w:t>— Це аж із базару, — дивується якась жінка. — Та чого ж ти аж сюди забрів?</w:t>
      </w:r>
    </w:p>
    <w:p>
      <w:r>
        <w:br/>
        <w:t>Коля готувався заплакати. Люди погомоніли, порадились і одрядили дівчину одвести Колю.</w:t>
      </w:r>
    </w:p>
    <w:p>
      <w:r>
        <w:br/>
        <w:t>Кріпко взявшись за руку чужої дівчини, Коля спотикався по дорозі й плакав, жаліючись, що болять ноги й хочеться спати. Далі він вже не пам'ятає, як опинивсь на руках у неї. Тільки близько-близько бачив коло себе незнакоме лице й чужі ласкаві очі.</w:t>
      </w:r>
    </w:p>
    <w:p>
      <w:r>
        <w:br/>
        <w:t>Потім чув розмову чужої дівчини з кимсь дуже-дуже близьким.</w:t>
      </w:r>
    </w:p>
    <w:p>
      <w:r>
        <w:br/>
        <w:t>Пам'ятає ще, як той рідний голос промовив до нього:</w:t>
      </w:r>
    </w:p>
    <w:p>
      <w:r>
        <w:br/>
        <w:t>— А де ж ти хоч чобітки подів, шибенику?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