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Утеча</w:t>
      </w:r>
    </w:p>
    <w:p>
      <w:r>
        <w:br/>
        <w:t xml:space="preserve"> &lt;p&gt;Був раз день, коли я, здавалося, оставила далеко за собою дантейські ворота пожеж, нічних перестрілів, страхіть з навислими на брови шоломами з заліза, чорного людського курива по полях, закиданих ватрами горіючих сіл... Під погідним дахом чужого неба заволоділо мною пристрасне бажання вийти кудись на шпиль скелі з дубовою гілкою у волоссі і замість молитви й дяки жбухнути у провалля каменюку, притрушену снігами, як грімке осанна радісному Богу.</w:t>
      </w:r>
    </w:p>
    <w:p>
      <w:r>
        <w:br/>
        <w:t>Замість сього я йшла легкими стопами попри квітники великого міста над Дунаєм і поміж старі причілки мурів, що шуміли сріблом голубиних крил. Де-не-де вдарив мене у серце чийсь профіль опукий та гострий, наче відлив черт завойовника, або роздзвонено-хижий сміх дитини, що бігла наступом на твердиню з піску. Тим радісніше минала я в таку хвилю струмочки сонця і дивувалася новітній обстанові світу, як поет, що непохитно вірить у казку.</w:t>
      </w:r>
    </w:p>
    <w:p>
      <w:r>
        <w:br/>
        <w:t>Тільки тоді, коли замерехтіла з-поміж лісу будівель якась латинська Гіральда, крилатий сонет про снігами вкриті вічні шпиці, я зупинилася зором на лінії, витягненій лучем у синяву неба, й поволі вступила у храм круглими, витоптаними сходами, по яких, може, проходила колись чиста, як майський світ, Гретхен, Шубертове кохання. Вона, певно, держала в одній руці святочний роброн, у другій — молитовник у білій хустині, з застромленою між сторінки віткою рожі.</w:t>
      </w:r>
    </w:p>
    <w:p>
      <w:r>
        <w:br/>
        <w:t>Мене окутала темінь, вщерть повна внутрішнього світла, стокольорова, пересіяна крізь вікна, тонкоузорі, як валенсіанське мереживо. З ніші в недалекому куті поглянули на мене з-під брів, насуплених вічною тінню, германські святі в мідних шоломах з окиссю, в нагрудниках з кільчастої чешуйки і з копіями.</w:t>
      </w:r>
    </w:p>
    <w:p>
      <w:r>
        <w:br/>
        <w:t>— Lacrimae Christi ... О, ви сльози Христові!</w:t>
      </w:r>
    </w:p>
    <w:p>
      <w:r>
        <w:br/>
        <w:t>Як чайка скиглить віолончель: жіночий альтовий голос оксамитною стрічкою тече крізь мої духовні пальці. Прислонюю очі руками від блиску пісні, чистої, як лілія раю. Сниться мені, що з рамен виростають знову мої малі, мої понівечені крила: вони дрижать на вітрі та додають ще один тон від себе.</w:t>
      </w:r>
    </w:p>
    <w:p>
      <w:r>
        <w:br/>
        <w:t>— Свят, свят, свят, Господь Саваоф...</w:t>
      </w:r>
    </w:p>
    <w:p>
      <w:r>
        <w:br/>
        <w:t>Альпійський соловейко залився щебетом, аж бачиш, як перехиляє натхненну голівку в гірському малиннику. (Між листям сміється сонячна мрич...).</w:t>
      </w:r>
    </w:p>
    <w:p>
      <w:r>
        <w:br/>
        <w:t>Неймовірно чергуються в'юнкі, як хвилі Рейну, пасажі, солодкі скрипкові фложіолети, антифон слів, що утікають чимскорше на висоти. Навіть павзи, проникнені нематеріальним світлом, здаються продовженням мелодії. Щось космічне є у тім "Sanctus", яке повисає високо у просторі і немов важиться там над лоном землі вод.</w:t>
      </w:r>
    </w:p>
    <w:p>
      <w:r>
        <w:br/>
        <w:t>І бачиш, як у тиші храму вихилюються слова прозоро скандовані,— перші гаї з бурунів вселенної, і видно жовту, наче вохра, лінію овиду та синяву молодого неба. На обрії рисується велетенський віл у ярмі, за ним вічний його погонич — чоловік. Тінь від них паде далеко на шнури скиб, вона здається темніша чорнозему.</w:t>
      </w:r>
    </w:p>
    <w:p>
      <w:r>
        <w:br/>
        <w:t>І привіт тобі, вечірня радосте по праці, жінко! Рожева свічечко погонича, його веселе зітхнення на зорі! І ти вплітаєш гучний акорд між святі глаголи, що їх Метатронос співає Господу у Сабат. Стоїш отсе нага в зелені спілого саду, крилате дитя клячить на світлім похиллі твоїх рамен, рве яблука, зі співом, подібним сонцю, дає їх тобі.</w:t>
      </w:r>
    </w:p>
    <w:p>
      <w:r>
        <w:br/>
        <w:t>— Benedictus, qui venit... Благословен грядий...</w:t>
      </w:r>
    </w:p>
    <w:p>
      <w:r>
        <w:br/>
        <w:t>Чорні ленти крісел обіч престола колишуться матовими рухами задуми. Якесь тонке скло забриніло від бурдивої нотки, наче крило джмеля. Людські зітхнення на подобу темних ягід сипляться з невидимих гілок, сипляться...</w:t>
      </w:r>
    </w:p>
    <w:p>
      <w:r>
        <w:br/>
        <w:t>О, яка студінь в нагальнім шумі молитов!</w:t>
      </w:r>
    </w:p>
    <w:p>
      <w:r>
        <w:br/>
        <w:t>Се так, як коли б під самою копулою отворено колесом усі вікна настіж. Високо угорі свиснув гострий подув, брутальний зойк, хтось вдарив мечем об старинний щит... Ще раз той самий тон, ледяно-зимний, сліпучий — ні, уже згас. Одна мить — і шалений вихор зривається навкруги: се покотилися по яругах, по верболозах побідні оклики, брязкіт мечів, крик сурм, передзвін літаврів і видно... видно, як лілейним ранним полем женуть борці з "Walpurgisnacht"[1].</w:t>
      </w:r>
    </w:p>
    <w:p>
      <w:r>
        <w:br/>
        <w:t>— На прю, други! Окольмо ліс!</w:t>
      </w:r>
    </w:p>
    <w:p>
      <w:r>
        <w:br/>
        <w:t>Дух Вотана над нашим днем!</w:t>
      </w:r>
    </w:p>
    <w:p>
      <w:r>
        <w:br/>
        <w:t>Мовчіть,— стежіть,— в долонях спис,</w:t>
      </w:r>
    </w:p>
    <w:p>
      <w:r>
        <w:br/>
        <w:t>Як в'юн углиб, ми в бій пірнем!</w:t>
      </w:r>
    </w:p>
    <w:p>
      <w:r>
        <w:br/>
        <w:t>О Спасе! Розсипається огненним пилом душа моя... В куриві крові валиться все довкола, падуть люди, як лан від граду, і конають, мов звірі,— звірі ж конають, як люди! Шамочеться розпука з насильством, сім раз обіймами заплітається, кричить проти неба і в судорогах паде.</w:t>
      </w:r>
    </w:p>
    <w:p>
      <w:r>
        <w:br/>
        <w:t>Але... стежинкою біжить менестрель молодий, русоволосе, радісне хлоп'я — шелеще у повітрі стягом, що покотився у кров, і з буйним трепетом кучерів співає...</w:t>
      </w:r>
    </w:p>
    <w:p>
      <w:r>
        <w:br/>
        <w:t>Schwarmlinie![2]— чути на цілім фронті хорів довге, кріпке. Уже, уже збігаються голоси, кожний уоружений, хто копієм, хто пращею,— тіла похилені вперед — вітер свисне, полетять!</w:t>
      </w:r>
    </w:p>
    <w:p>
      <w:r>
        <w:br/>
        <w:t>Пішли — ні, рванули, крик під саме небо, й яка у нім поезія смерті! Сонце заходить криваво, витязьке, повне тужливої ласки, наче Лоенгрін у мідяному панцирі.</w:t>
      </w:r>
    </w:p>
    <w:p>
      <w:r>
        <w:br/>
        <w:t>Dona nobis pacem...</w:t>
      </w:r>
    </w:p>
    <w:p>
      <w:r>
        <w:br/>
        <w:t>Там, де рідко підшитий гайок начинає темну смугу лісу, видно, як збирають ранених, як кладуть рам'я під омлілі голови й легенько несуть розгойдане тіло. Сумерки злітають на листя, здовж піль кладуться тіні, вогкі від смертних сліз.</w:t>
      </w:r>
    </w:p>
    <w:p>
      <w:r>
        <w:br/>
        <w:t>— О, пошли нам мир, господарю Вселенної!</w:t>
      </w:r>
    </w:p>
    <w:p>
      <w:r>
        <w:br/>
        <w:t>У благанні чути категоричний імператив, зухвалий визов уст, аж по ясна розхилених спазмом розпуки.</w:t>
      </w:r>
    </w:p>
    <w:p>
      <w:r>
        <w:br/>
        <w:t>А вірна челядь витязя, дві бестії з очима в іскрах, як карніоль у золоті, безсмертні вовки Вальгалі,— лягають хмуро на землі спочити. Тепер і старий Вотан у крилатому шоломі й золотих нараменниках, із груддю, вкритою волоссям, оперся розлогими плечима на святий дуб із краю лісу та глибоко, стомлено віддихає.</w:t>
      </w:r>
    </w:p>
    <w:p>
      <w:r>
        <w:br/>
        <w:t>Ще хвиля — й йому піднесуть солодке вино богів.</w:t>
      </w:r>
    </w:p>
    <w:p>
      <w:r>
        <w:br/>
        <w:t>— Ite missa est![3]</w:t>
      </w:r>
    </w:p>
    <w:p>
      <w:r>
        <w:br/>
        <w:t>Білі стихарі і як грань червоні ковніри міністрантів заслонила імла фіміаму. Мене людська хвиля понесла з собою, і я не пручалася, плила. Поблідла, оголомшена незнаними страхами, в похміллі безради я хотіла лиш одного: втекти, втекти поза межі крові.</w:t>
      </w:r>
    </w:p>
    <w:p>
      <w:r>
        <w:br/>
        <w:t>[1] "Вальпургієва ніч" (нім).</w:t>
      </w:r>
    </w:p>
    <w:p>
      <w:r>
        <w:br/>
        <w:t>[2] Ряд, шеренга (нім.).</w:t>
      </w:r>
    </w:p>
    <w:p>
      <w:r>
        <w:br/>
        <w:t>[3] Месса закінчена, ідіть собі! (лат.).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Утеча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