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Уста говорять: "він навіки згинув!"</w:t>
      </w:r>
    </w:p>
    <w:p>
      <w:r>
        <w:br/>
        <w:t xml:space="preserve"> Уста говорять: "він навіки згинув!"&lt;br /&gt;</w:t>
        <w:br/>
        <w:t>А серце каже: "ні, він не покинув!"&lt;br /&gt;</w:t>
        <w:br/>
        <w:t>Ти чуєш, як бринить струна якась тремтяча?&lt;br /&gt;</w:t>
        <w:br/>
        <w:t>Тремтить-бринить, немов сльоза гаряча,&lt;br /&gt;</w:t>
        <w:br/>
        <w:t>Тут в глибині і б'ється враз зі мною:&lt;br /&gt;</w:t>
        <w:br/>
        <w:t>"Я тут, я завжди тут, я все з тобою!"</w:t>
      </w:r>
    </w:p>
    <w:p>
      <w:r>
        <w:br/>
        <w:t>Так завжди, чи в піснях забути хочу муку,&lt;br /&gt;</w:t>
        <w:br/>
        <w:t>Чи хто мені стискає дружньо руку,&lt;br /&gt;</w:t>
        <w:br/>
        <w:t>Чи любая розмова з ким ведеться,&lt;br /&gt;</w:t>
        <w:br/>
        <w:t>Чи поцілунок на устах озветься,&lt;br /&gt;</w:t>
        <w:br/>
        <w:t>Струна бринить лагідною луною:&lt;br /&gt;</w:t>
        <w:br/>
        <w:t>"Я тут, я завжди тут, я все з тобою!"</w:t>
      </w:r>
    </w:p>
    <w:p>
      <w:r>
        <w:br/>
        <w:t>Чи я спущусь в безодні мрій таємні,&lt;br /&gt;</w:t>
        <w:br/>
        <w:t>Де постаті леліють ясні й темні,&lt;br /&gt;</w:t>
        <w:br/>
        <w:t>Незнані й знані, і наводять чари,&lt;br /&gt;</w:t>
        <w:br/>
        <w:t>І душу опановують примари,&lt;br /&gt;</w:t>
        <w:br/>
        <w:t>А голос твій бринить, співа з журбою:&lt;br /&gt;</w:t>
        <w:br/>
        <w:t>"Я тут, я завжди тут, я все з тобою!"</w:t>
      </w:r>
    </w:p>
    <w:p>
      <w:r>
        <w:br/>
        <w:t>Чи сон мені склепить помалу вії,&lt;br /&gt;</w:t>
        <w:br/>
        <w:t>Покриє очі втомлені від мрії,&lt;br /&gt;</w:t>
        <w:br/>
        <w:t>Та крізь важкі, ворожії сновиддя&lt;br /&gt;</w:t>
        <w:br/>
        <w:t>Я чую голос любого привиддя,&lt;br /&gt;</w:t>
        <w:br/>
        <w:t>Бринить тужливо з дивною журбою:&lt;br /&gt;</w:t>
        <w:br/>
        <w:t>"Я тут, я завжди тут, я все з тобою!"</w:t>
      </w:r>
    </w:p>
    <w:p>
      <w:r>
        <w:br/>
        <w:t>І кожний раз, як стане він бриніти,&lt;br /&gt;</w:t>
        <w:br/>
        <w:t>Тремтять в моєму серці тії квіти,&lt;br /&gt;</w:t>
        <w:br/>
        <w:t>Що ти не міг їх за життя зірвати,&lt;br /&gt;</w:t>
        <w:br/>
        <w:t>Що ти не хтів їх у труну сховати,&lt;br /&gt;</w:t>
        <w:br/>
        <w:t>Тремтять і промовляють враз зо мною:&lt;br /&gt;</w:t>
        <w:br/>
        <w:t>"Тебе нема, але я все з тобою!"</w:t>
      </w:r>
    </w:p>
    <w:p>
      <w:r>
        <w:br/>
        <w:t>Kimpolung, 7.06.1901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 говорять: "він навіки згинув!"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