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Усмішка тьоті Кльоми</w:t>
      </w:r>
    </w:p>
    <w:p>
      <w:r>
        <w:br/>
        <w:t xml:space="preserve"> &lt;p&gt;Павлик пішов у перший клас. Це було дуже урочисто й навіть трішечки страшнувато. Весь перший клас "Б" вишикували перед школою на лінійку і в лункій тиші кожного по черзі привітали з першим вересня, а потім продзвонив дзвоник на перший урок.</w:t>
      </w:r>
    </w:p>
    <w:p>
      <w:r>
        <w:br/>
        <w:t>А далі були створені зірочки. У Павликову зірочку попали всі його найкращі друзі: Вітя, Юрась, Сашко й Володька на прізвисько Довгоносик. Та й вожатий їм попався дуже хороший — п'ятикласник Вася Черевань, якого знала вся школа, бо ж він був редактором сатиричної стінгазети "Їжачок".</w:t>
      </w:r>
    </w:p>
    <w:p>
      <w:r>
        <w:br/>
        <w:t>Павлик зрозумів, що в житті його відбулася важлива зміна. І відчув він це вже наступного дня. Це була п'ятниця — особливий день у школі, де вчився Павлик. Прибиральниць у цій школі не було, прибирали в класах і коридорах самі учні. Отож щоп'ятниці влаштовували так званий "аврал", коли в школі мили, шкребли й чистили, як на справжньому військовому кораблі. В "авралі" брали участь усі учні.</w:t>
      </w:r>
    </w:p>
    <w:p>
      <w:r>
        <w:br/>
        <w:t>І от цієї п'ятниці на великій перерві Вася Черевань зібрав свою зірочку в коридорі біля вікна і сказав:</w:t>
      </w:r>
    </w:p>
    <w:p>
      <w:r>
        <w:br/>
        <w:t>— Хлопці, ви, звісно, знаєте, що сьогодні "аврал". Нам пропонують приєднатися. Треба, братця, вже вчитись працювати.</w:t>
      </w:r>
    </w:p>
    <w:p>
      <w:r>
        <w:br/>
        <w:t>Ніколи п'ятеро друзів не чекали так кінця уроків, як у цей день. Нарешті продзеленчав останній дзвінок. Хлопці миттю вибігли з класу. За кілька хвилин до них підійшов Вася Черевань. У руках у нього було шість віників — п'ять для зірочки і один для себе. Він дав кожному хлопцеві по вінику, свій віник поклав на плече, як гвинтівку, й коротко скомандував:</w:t>
      </w:r>
    </w:p>
    <w:p>
      <w:r>
        <w:br/>
        <w:t>— За мною! Одягатися! І — в сад!</w:t>
      </w:r>
    </w:p>
    <w:p>
      <w:r>
        <w:br/>
        <w:t>Вася Черевань вивів хлоп'ят на довгу доріжку, що простяглася через увесь сад.</w:t>
      </w:r>
    </w:p>
    <w:p>
      <w:r>
        <w:br/>
        <w:t>— Сашку, твоя ділянка від початку доріжки до того пенька. А твоя, Вітю, від пенька до старої груші. Юрась буде підмітати від груші до лавки, Володя — від лавки до кущів. А це, Павлику, твоя ділянка. Решту я беру на себе. Слухай мою команду! Розійтись по ділянках! За хвилину починаємо. Приготуватися! Почали!..</w:t>
      </w:r>
    </w:p>
    <w:p>
      <w:r>
        <w:br/>
        <w:t>Це було здорово! Павлик не знав, що саме відчувають на кораблі матроси під час "авралу", але він був чомусь певен, що вони повинні відчувати те ж саме, що зараз він. Ще давно-давно, в дитячому садку, Павлик остаточно поклав собі бути моряком, коли виросте. Він мріяв про безкрає синє море, про далекі небезпечні плавання, про бурі й шторми. Й ось тепер Павликові раптом здалося, що його мрія несподівано наблизилась і в якійсь мірі почала здійснюватись. І те, що в зірочці були самі лише хлопці, і що ватажком у них був такий бойовий п'ятикласник, і, головне, що цей ватажок давав їм завдання таким владним командирським тоном, наче справжній капітан, — усе це здавалось Павликові дуже схожим на морську службу.</w:t>
      </w:r>
    </w:p>
    <w:p>
      <w:r>
        <w:br/>
        <w:t>Павлик підмітав доріжку так захоплено, як, здається, ніколи не грав навіть у найулюбленіші ігри. Особливо радісно було від того, що поряд, у саду, в школі, працюють десятки, сотні учнів, — щось носять, миють, шкребуть, підмітають. А коли хвилин через двадцять усе було зроблено, Павлик, на диво, відчув не задоволення, а якусь досаду і навіть розчарування. Йому хотілося ще працювати. І він із потаємною надією глянув на вожатого — чи не загадає той ще робити що-небудь? Але Вася Черевань, забравши в хлопців віники, сказав:</w:t>
      </w:r>
    </w:p>
    <w:p>
      <w:r>
        <w:br/>
        <w:t>— Оце молодці! Справжні трударі! Ну, а тепер — гайда додому, обідати!.. Привіт!..</w:t>
      </w:r>
    </w:p>
    <w:p>
      <w:r>
        <w:br/>
        <w:t>По віконній шибці повільно й ліниво повзе муха. Павлик якийсь час презирливо дивиться на неї, потім різким рухом зганяє її з вікна. Павлик давно пообідав і тепер тиняється по кімнатах. У кімнатах тихо, нікого немає. Мати і батько ще не повернулися з роботи. Але Павлик уже звик один залишатися вдома, і це його аніскілечки не турбує. Спершися на підвіконня, Павлик із сумом дивиться, як на вулиці двірник підмітає тротуар. Раптом з коридору чується голос, різкий і неприємний:</w:t>
      </w:r>
    </w:p>
    <w:p>
      <w:r>
        <w:br/>
        <w:t>— Хлопчику, я йду! Замкни двері на защіпку. Нікого чужого не впускай. Якщо стукатимуть — неодмінно спитай: "Хто там?" І не нароби пожежі. Зрозумів?</w:t>
      </w:r>
    </w:p>
    <w:p>
      <w:r>
        <w:br/>
        <w:t>— Та чую! — невдоволено відповідає Павлик. Парадні двері грюкнули, клацнув замок. Це пішла сусідка, тьотя Кльома.</w:t>
      </w:r>
    </w:p>
    <w:p>
      <w:r>
        <w:br/>
        <w:t>Тьотя Кльома… Навряд чи в усьому світі є друга така сусідка, як тьотя Кльома.</w:t>
      </w:r>
    </w:p>
    <w:p>
      <w:r>
        <w:br/>
        <w:t>Це висока худа бабуся з жовтим зморшкуватим обличчям і хижацьким гачкуватим носом. На цьому носі якимсь дивом тримається схоже на пропелер пенсне з квадратними гранчастими скельцями.</w:t>
      </w:r>
    </w:p>
    <w:p>
      <w:r>
        <w:br/>
        <w:t>Її звуть Климентина Аполлінаріївна. Проте всі в будинку здавна називають її тьотя Кльома. Подейкують, що так називали її колись родичі, які загинули. Зараз тьотя Кльома самотня і живе зовсім одна. Вона мовчазна і ставиться до всіх презирливо. З ніжністю ставиться лише до свого кота Васьки, великого, викоханого і сліпучо-білого як сніг. Через оцього самого Ваську й почалася непримиренна ворожнеча тьоті Кльоми з Павликом.</w:t>
      </w:r>
    </w:p>
    <w:p>
      <w:r>
        <w:br/>
        <w:t>Якось Павлик і його найкращий друзяка Володька-Довгоносик затіяли гру в цирк. Арена цирку була в кухні. І от після другого антракту в кухню, потягуючись, лінивою ходою зайшов кіт Васька. Кота Ваську спіймали і перетворили на дресированого тигра. Для початку дресирувальники вмочили кінчик його білого хвоста в чорнильницю. Вийшло дуже гарно й оригінально…</w:t>
      </w:r>
    </w:p>
    <w:p>
      <w:r>
        <w:br/>
        <w:t>На виставу несподівано завітала тьотя Кльома. Приглушено зойкнувши, вона схопила Ваську і, боляче шльопнувши Павлика по потилиці, гнівно промовила:</w:t>
      </w:r>
    </w:p>
    <w:p>
      <w:r>
        <w:br/>
        <w:t>— Не смій мучити тварин, поганий хлопчисько!</w:t>
      </w:r>
    </w:p>
    <w:p>
      <w:r>
        <w:br/>
        <w:t>Після чого подалась до себе в кімнату відмивати котячий хвіст.</w:t>
      </w:r>
    </w:p>
    <w:p>
      <w:r>
        <w:br/>
        <w:t>Відтоді вони стали ворогами.</w:t>
      </w:r>
    </w:p>
    <w:p>
      <w:r>
        <w:br/>
        <w:t>Тьотя Кльома неприховано зневажала Павлика, а він — у міру можливості — завдавав їй різних дрібних прикростей: то погасить у ванній світло, коли вона миється, то вимаже повидлом ручку її дверей, то ще що-небудь утне. Єдине, що іноді зупиняло Павлика в його ворожих намірах, це те, що тьотя Кльома ніколи не скаржилась на нього батькам.</w:t>
      </w:r>
    </w:p>
    <w:p>
      <w:r>
        <w:br/>
        <w:t>Сьогодні Павликові було не до тьоті Кльоми. Пішла — ну й добре. Ех, нудно! Хоч би скоріш Володька-Довгоносик прийшов. Може, вдвох придумали б щось. Але Володьки немає. Мабуть, подався з мамою в гості до бабусі. В душі у Павлика звучать морські команди: "Аврал! Усі нагору! Драїть палубу!" Хочеться рухатись, щось робити. Ех!..</w:t>
      </w:r>
    </w:p>
    <w:p>
      <w:r>
        <w:br/>
        <w:t>Павлик знову обходить квартиру. Виходить у коридор, іде на кухню. Але й на кухні сьогодні чисто-чистісінько, зовсім нема чого ні підмітати, ні прибирати…І раптом погляд зупиняється на вікні. Там, за вікном — балкон. А на балконі страшенний гармидер, валяються якісь ящики, розбиті горщики з-під квітів, іржаві консервні банки та інший мотлох. Посеред балкона стоїть почорніле від дощів та снігу, старе плетене з лози крісло, на спинці якого висить брудне ганчір'я.</w:t>
      </w:r>
    </w:p>
    <w:p>
      <w:r>
        <w:br/>
        <w:t>Оце так! Ось де можна розійтись і навести такий лад, що.</w:t>
      </w:r>
    </w:p>
    <w:p>
      <w:r>
        <w:br/>
        <w:t>Тьху, та це ж балкон тьоті Кльоми!.. Павлик досадливо морщиться. Знову тьотя Кльома стає йому поперек дороги!..</w:t>
      </w:r>
    </w:p>
    <w:p>
      <w:r>
        <w:br/>
        <w:t>Та він уже не може одвести погляду від балкона. І що більше він дивиться на цей балкон, то більше йому хочеться поприбирати там.</w:t>
      </w:r>
    </w:p>
    <w:p>
      <w:r>
        <w:br/>
        <w:t>І чому цей балкон належить тьоті Кльомі?</w:t>
      </w:r>
    </w:p>
    <w:p>
      <w:r>
        <w:br/>
        <w:t>От досада!</w:t>
      </w:r>
    </w:p>
    <w:p>
      <w:r>
        <w:br/>
        <w:t>І раптом майнула думка. А що як…</w:t>
      </w:r>
    </w:p>
    <w:p>
      <w:r>
        <w:br/>
        <w:t>А що ж тут такого?! Її вдома немає. Вона не побачить. Адже вона рідко виходить на балкон і, безперечно, взагалі нічого не помітить. І ніколи не довідається. Ну, чого там! А ще називається моряк! Боягуз нещасний!</w:t>
      </w:r>
    </w:p>
    <w:p>
      <w:r>
        <w:br/>
        <w:t>Ну!.. Кухонне вікно виходить просто на балкон тьоті Кльоми. Відчинити вікно й пролізти на балкон було пусте діло. Й от Павлик уже хазяйнує на балконі.</w:t>
      </w:r>
    </w:p>
    <w:p>
      <w:r>
        <w:br/>
        <w:t>Ящики вбік — потім їх треба буде скласти під стіною. Консервні банки на підвіконня — вони підуть у відро на сміття. Черепки Павлик згріб у купу — їх теж доведеться викинути. Ганчірки зняв із крісла й склав у один з ящиків. А коли підсував ящик до стіни, побачив подерту дитячу калошу. І одразу впізнав її. Це була його власна стара калоша, яку він ще торік зимою кинув через кватирку на балкон, щоб досадити тьоті Кльомі. Павлик мимохіть посміхнувся — дурень! Сам собі тепер роботи додав.</w:t>
      </w:r>
    </w:p>
    <w:p>
      <w:r>
        <w:br/>
        <w:t>Незабаром балкон не можна було впізнати.</w:t>
      </w:r>
    </w:p>
    <w:p>
      <w:r>
        <w:br/>
        <w:t>Павлик сів у крісло і гордо роззирнувся навколо.</w:t>
      </w:r>
    </w:p>
    <w:p>
      <w:r>
        <w:br/>
        <w:t>Він був задоволений.</w:t>
      </w:r>
    </w:p>
    <w:p>
      <w:r>
        <w:br/>
        <w:t>І тут він згадав, що влітку в цьому самому кріслі годинами сиділа на самоті тьотя Кльома. І Павлик раптом вперше подумав, що вона дуже самотня. Як їй, мабуть, тоскно й сумно бути весь час самій… Адже нікого в неї нема. І ніхто їй ніколи не допомагає. І нема кому навіть ось так просто прибрати їй на балконі. Все треба самій. А вона ж дуже стара, і їй, звичайно, важко вже це робити. І Павликові вперше в житті стало жаль цю несимпатичну стареньку дивачку, яка так не любила його. І було приємно, що тьотя Кльома ніколи не довідається про його вчинок.</w:t>
      </w:r>
    </w:p>
    <w:p>
      <w:r>
        <w:br/>
        <w:t>Сидячи в кріслі, Павлик усміхнувся. Він іще раз, тепер уже з якимось новим почуттям, обвів поглядом балкон. І погляд його випадково зупинився на вікні. Павлик мало не скрикнув від несподіванки. За вікном стояла тьотя Кльома.</w:t>
      </w:r>
    </w:p>
    <w:p>
      <w:r>
        <w:br/>
        <w:t>Павлик враз зіщулився, втягнув голову в плечі, немов спійманий на гарячому, злякано дивився на неї. І — дивна річ — тільки тепер він згадав, що забув замкнути двері на защіпку, а тьотя Кльома гніватиметься ж на нього за це! А про те, що він без її дозволу заліз на балкон і хазяйнує там, Павлик чомусь навіть не подумав.</w:t>
      </w:r>
    </w:p>
    <w:p>
      <w:r>
        <w:br/>
        <w:t>Крізь запорошені, давно не миті шибки, ніби в серпанку, виднілося обличчя тьоті Кльоми, і здавалось воно не живим людським обличчям, а страхітливим казковим привидом.</w:t>
      </w:r>
    </w:p>
    <w:p>
      <w:r>
        <w:br/>
        <w:t>І раптом тьотя Кльома всміхнулася. Це було так несподівано, так незвичайно, навіть неймовірно! Павлик ніколи раніш не бачив, щоб тьотя Кльома всміхалась.</w:t>
      </w:r>
    </w:p>
    <w:p>
      <w:r>
        <w:br/>
        <w:t>А потім губи тьоті Кльоми здригнулись і заворушилися.</w:t>
      </w:r>
    </w:p>
    <w:p>
      <w:r>
        <w:br/>
        <w:t>Крізь подвійні рами не було чути слів, але Павлик зрозумів, що вона сказала щось дуже ніжне й хороше.</w:t>
      </w:r>
    </w:p>
    <w:p>
      <w:r>
        <w:br/>
        <w:t>1960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Усмішка тьоті Кльоми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