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Усякому своє</w:t>
      </w:r>
    </w:p>
    <w:p>
      <w:r>
        <w:br/>
        <w:t xml:space="preserve"> &lt;p&gt;Високо в горах, в скелях крижаних він уродився, струмок говіркий.</w:t>
      </w:r>
    </w:p>
    <w:p>
      <w:r>
        <w:br/>
        <w:t>Сміливо рився в брилах синястих криги одвічної, повних задуми.</w:t>
      </w:r>
    </w:p>
    <w:p>
      <w:r>
        <w:br/>
        <w:t>Весело бризкав, кроплячи камінь, з-поміж каміння хвилям назустріч враз нарождались гірськії квітки.</w:t>
      </w:r>
    </w:p>
    <w:p>
      <w:r>
        <w:br/>
        <w:t>Жалібно плакав перед щовбами, просячи волі, шляху здобував.</w:t>
      </w:r>
    </w:p>
    <w:p>
      <w:r>
        <w:br/>
        <w:t>Бився шалено, рився завзято під неприступні лихі пороги.</w:t>
      </w:r>
    </w:p>
    <w:p>
      <w:r>
        <w:br/>
        <w:t>Грізно зате ж після сього шуміли хвилі ярливі, зміцнені снігом, зносячи бистро всі перепони, що обісмілились стати пред ним.</w:t>
      </w:r>
    </w:p>
    <w:p>
      <w:r>
        <w:br/>
        <w:t>Дивний красою, в гніві нестримний, порухом гордим кидався з кручі і розсипавсь водоспадом рясним.</w:t>
      </w:r>
    </w:p>
    <w:p>
      <w:r>
        <w:br/>
        <w:t>В смак наспівавшись, натішившись грою, в кучерях піни він спочивав і, заспокоєний, тихо котився, вільний, та дужий, радісно жвавий, певний в собі.</w:t>
      </w:r>
    </w:p>
    <w:p>
      <w:r>
        <w:br/>
        <w:t>Біг, не спиняючись, радий дізнатись, чи не лежить де крижина зелена, чи не дрімає в печері де сніг.</w:t>
      </w:r>
    </w:p>
    <w:p>
      <w:r>
        <w:br/>
        <w:t>В’їдливо будить, захоплює владно й, набравшися сили, далі біжить.</w:t>
      </w:r>
    </w:p>
    <w:p>
      <w:r>
        <w:br/>
        <w:t>Стріне, що озеро тихо дрімає в рамці зеленій рясних берегів, кинеться, вип’є, захопить з собою й котиться далі, шукав нових.</w:t>
      </w:r>
    </w:p>
    <w:p>
      <w:r>
        <w:br/>
        <w:t>Рине назустріч чи в бік утікає інший струмочок – підхопить його: марне змагання! шепче… говорить… гримає грізно:</w:t>
      </w:r>
    </w:p>
    <w:p>
      <w:r>
        <w:br/>
        <w:t>– Разом ходім! Зіллємося вкупу, зміцнимо хвилі, всі одностайно поринемо ми і понесемо до вічного мора силу могутну і славу свою! Геть же з дороги камінь, болото, греблі, коріння, замети, кущі! З нами, хто хоче дужим зробитись! З вами, хто хоче слави здобути; хто ж бо не з нами, той супроти нас!</w:t>
      </w:r>
    </w:p>
    <w:p>
      <w:r>
        <w:br/>
        <w:t>Так він гукав, і в могутную хвилю бігли покірно маленькі струмки.</w:t>
      </w:r>
    </w:p>
    <w:p>
      <w:r>
        <w:br/>
        <w:t>Рвалися греблі, ставочки збігали, рудки всихали, вростали яри.</w:t>
      </w:r>
    </w:p>
    <w:p>
      <w:r>
        <w:br/>
        <w:t>Весело, голосно хвилі греміли, славлючи всюди з’єднання снагу.</w:t>
      </w:r>
    </w:p>
    <w:p>
      <w:r>
        <w:br/>
        <w:t>Дзвінко луна, догоджаючи силі, славу розносила скрізь на бігу.</w:t>
      </w:r>
    </w:p>
    <w:p>
      <w:r>
        <w:br/>
        <w:t>Потай, тихенько у нетрях глибоких рилась, сліпуючи, крапля води.</w:t>
      </w:r>
    </w:p>
    <w:p>
      <w:r>
        <w:br/>
        <w:t>Помацки землю свердлила, довбала, нишком лічила підземні скарби, тими скарбами впивалась жадобно, їхньою силою вся пройнялась.</w:t>
      </w:r>
    </w:p>
    <w:p>
      <w:r>
        <w:br/>
        <w:t>Сита і повна, до другої краплі поночі тислася крапля німа, разом обнявшися, тихо під землю глибше вривались вони.</w:t>
      </w:r>
    </w:p>
    <w:p>
      <w:r>
        <w:br/>
        <w:t>Повнії скарбу, сумирні, таємні, краплі докупи злилися в струмки.</w:t>
      </w:r>
    </w:p>
    <w:p>
      <w:r>
        <w:br/>
        <w:t>Кожен струмочок ніс свою хвилю, мав свою фарбу і силу свою.</w:t>
      </w:r>
    </w:p>
    <w:p>
      <w:r>
        <w:br/>
        <w:t>Стали на раду сумирні струмочки, задзюркотіли між себе оттак:</w:t>
      </w:r>
    </w:p>
    <w:p>
      <w:r>
        <w:br/>
        <w:t>– Злити до купи сіль і залізо, вапну і сірку, – що буде з того? хто розбереться у тій мішанині, де чия хвиля і сила чия? Хто скористається силою тою, хто їм подякує щиро тоді? Хто оцінує їх працю невпинну? світу розкаже підземні байки?</w:t>
      </w:r>
    </w:p>
    <w:p>
      <w:r>
        <w:br/>
        <w:t>І розділились струмочки дрібненькі, кожен річище окреме довбе. Скоро сітками струмків ріжнобарвних рясно укрилось підгір’я кругом.</w:t>
      </w:r>
    </w:p>
    <w:p>
      <w:r>
        <w:br/>
        <w:t>Тихо дзюркочуть цілющі течійки, вітер повсюди розносить їх спів.</w:t>
      </w:r>
    </w:p>
    <w:p>
      <w:r>
        <w:br/>
        <w:t>Тиснуться квіти до хвиль животворчих, звір ними гоїть свої виразки, люде недужні простують нестримно, сум і хвороби до їх несучи.</w:t>
      </w:r>
    </w:p>
    <w:p>
      <w:r>
        <w:br/>
        <w:t>Вітер, надихавшись духом цілющим, лине в краї, де царицею смерть, і пролітаючи там понад смутком, сіє надію, відразу ростить.</w:t>
      </w:r>
    </w:p>
    <w:p>
      <w:r>
        <w:br/>
        <w:t>Води цілющі не ломлять каміння, лиш одягають у фарбу свою, ні водоспадом з гори не плигають, ні чорториєм в порогах не б’ють.</w:t>
      </w:r>
    </w:p>
    <w:p>
      <w:r>
        <w:br/>
        <w:t>Вийдуть з землі – до землі припадають, сили нової знов з неї беруть.</w:t>
      </w:r>
    </w:p>
    <w:p>
      <w:r>
        <w:br/>
        <w:t>Слава їх тиха, не бучна, не пишна, вабить до себе, страждання зніма та, освіживши надломлену силу, в хвилях не топить, у вир не спиха.</w:t>
      </w:r>
    </w:p>
    <w:p>
      <w:r>
        <w:br/>
        <w:t>Пишно котилась ріка за грядою.</w:t>
      </w:r>
    </w:p>
    <w:p>
      <w:r>
        <w:br/>
        <w:t>Тихо котились цілющі струмки.</w:t>
      </w:r>
    </w:p>
    <w:p>
      <w:r>
        <w:br/>
        <w:t>Жвавий вітрець і луна язиката їй розказали про дивних сусід.</w:t>
      </w:r>
    </w:p>
    <w:p>
      <w:r>
        <w:br/>
        <w:t>Збурилась річка, здулась пухирями, б’ється і грюка в камінну гряду, лащиться хитро і з вітром летючим шле до сусідів вабливий привіт.</w:t>
      </w:r>
    </w:p>
    <w:p>
      <w:r>
        <w:br/>
        <w:t>"З нами, хто дужим зробитись бажає!</w:t>
      </w:r>
    </w:p>
    <w:p>
      <w:r>
        <w:br/>
        <w:t>З нами, хто слави жадає зажить!</w:t>
      </w:r>
    </w:p>
    <w:p>
      <w:r>
        <w:br/>
        <w:t>З нами, хто хоче пожити на волі,</w:t>
      </w:r>
    </w:p>
    <w:p>
      <w:r>
        <w:br/>
        <w:t>Долі зазнати, кайдани зломить!"</w:t>
      </w:r>
    </w:p>
    <w:p>
      <w:r>
        <w:br/>
        <w:t>Тихо дзюркочуть сумирні струмочки.</w:t>
      </w:r>
    </w:p>
    <w:p>
      <w:r>
        <w:br/>
        <w:t>– Слави бучної не прагнемо ми!</w:t>
      </w:r>
    </w:p>
    <w:p>
      <w:r>
        <w:br/>
        <w:t>Ми не в кайданах, по вільній лиш волі</w:t>
      </w:r>
    </w:p>
    <w:p>
      <w:r>
        <w:br/>
        <w:t>Ми змалювали країну свою!</w:t>
      </w:r>
    </w:p>
    <w:p>
      <w:r>
        <w:br/>
        <w:t>В мандри податися – кинути край свій –</w:t>
      </w:r>
    </w:p>
    <w:p>
      <w:r>
        <w:br/>
        <w:t>Хто ж тут без нас стерегтиме його?</w:t>
      </w:r>
    </w:p>
    <w:p>
      <w:r>
        <w:br/>
        <w:t>Хто напувати, цілити тут буде,</w:t>
      </w:r>
    </w:p>
    <w:p>
      <w:r>
        <w:br/>
        <w:t>Хто одживлятиме пустку смажну?</w:t>
      </w:r>
    </w:p>
    <w:p>
      <w:r>
        <w:br/>
        <w:t>Хитро під берег ріка підбиває, влесливо шепче:</w:t>
      </w:r>
    </w:p>
    <w:p>
      <w:r>
        <w:br/>
        <w:t>– Струмочки святі! Силу велику, цілющую силу нащо од світу ховаєте ви? Нащо її в невідомій пустелі тратите марно у самий той час, як по всім світі безліч недужних прагне даремне поради собі? Нумо в дорогу! Я всіх вас гостливо в лоні широкім старанно зберу, і по всім світі прокотимось вільно, цілючи рани, гамуючи біль. Скоро ж доринем до вічного моря – море в обійми пас щиро прийме, сила цілюща не дрібним струмочком – морем безкраїм весь світ обійме!</w:t>
      </w:r>
    </w:p>
    <w:p>
      <w:r>
        <w:br/>
        <w:t>Крапля по краплі продовбує скелю, день поза день розсипається камінь. Впала гряда, і ярливії хвилі заполонили долину струмків.</w:t>
      </w:r>
    </w:p>
    <w:p>
      <w:r>
        <w:br/>
        <w:t>Випила силу цілющу і пишно рине до моря велика ріка.</w:t>
      </w:r>
    </w:p>
    <w:p>
      <w:r>
        <w:br/>
        <w:t>Що ж бо до неї не тиснуться квіти? Чом же од неї недужний не йде весело жваво, діставши відради? Чом же про чуда луна не гука?</w:t>
      </w:r>
    </w:p>
    <w:p>
      <w:r>
        <w:br/>
        <w:t>Чом же і море, прийнявши в обійми хвилі мутнії красуні-ріки, в їх не побачило, в їх не відчуло сили цілющої дивних струмків?</w:t>
      </w:r>
    </w:p>
    <w:p>
      <w:r>
        <w:br/>
        <w:t>Гучно співає могутнє про волю, гнів і кохання і довгу борню, тільки про зраду рідній країні вічнеє море не знає пісень.</w:t>
      </w:r>
    </w:p>
    <w:p>
      <w:r>
        <w:br/>
        <w:t>Там же далеко прорита долина сохне, німуючи в скелях німих.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Усякому своє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