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Усі пастелі веселиць загарбаю...</w:t>
      </w:r>
    </w:p>
    <w:p>
      <w:r>
        <w:br/>
        <w:t xml:space="preserve"> Усі пастелі веселиць загарбаю,&lt;br /&gt;</w:t>
        <w:br/>
        <w:t>Бо хочу бути дуже гарною —&lt;br /&gt;</w:t>
        <w:br/>
        <w:t>Зажуреною і веселою,&lt;br /&gt;</w:t>
        <w:br/>
        <w:t>Хмариною й веселкою…</w:t>
      </w:r>
    </w:p>
    <w:p>
      <w:r>
        <w:br/>
        <w:t>Українонька збудила мене рано,&lt;br /&gt;</w:t>
        <w:br/>
        <w:t>Умила шепотом ялиновим&lt;br /&gt;</w:t>
        <w:br/>
        <w:t>Та й дала тайстрину із книжками:&lt;br /&gt;</w:t>
        <w:br/>
        <w:t>Учись, дитино.</w:t>
      </w:r>
    </w:p>
    <w:p>
      <w:r>
        <w:br/>
        <w:t>А школа кругла і шалена,&lt;br /&gt;</w:t>
        <w:br/>
        <w:t>То біла, то зелена,&lt;br /&gt;</w:t>
        <w:br/>
        <w:t>Народами, містами і морями&lt;br /&gt;</w:t>
        <w:br/>
        <w:t>Навкруг мене розпростерлася…</w:t>
      </w:r>
    </w:p>
    <w:p>
      <w:r>
        <w:br/>
        <w:t>Щодня іду дитиною&lt;br /&gt;</w:t>
        <w:br/>
        <w:t>З гуцульською тайстриною,&lt;br /&gt;</w:t>
        <w:br/>
        <w:t>І лопотять вітрилами&lt;br /&gt;</w:t>
        <w:br/>
        <w:t>Дні, ткані білодивами.</w:t>
      </w:r>
    </w:p>
    <w:p>
      <w:r>
        <w:br/>
        <w:t>І гарно так іти мені&lt;br /&gt;</w:t>
        <w:br/>
        <w:t>За руку із дитинством…&lt;br /&gt;</w:t>
        <w:br/>
        <w:t>Чия? — питають ріки.&lt;br /&gt;</w:t>
        <w:br/>
        <w:t>Чия? — питають скелі.&lt;br /&gt;</w:t>
        <w:br/>
        <w:t>Чия? — спасають вівці&lt;br /&gt;</w:t>
        <w:br/>
        <w:t>Літа пастелі.</w:t>
      </w:r>
    </w:p>
    <w:p>
      <w:r>
        <w:br/>
        <w:t>Гримкочу водоспадами,&lt;br /&gt;</w:t>
        <w:br/>
        <w:t>В безодню сонця падаю,&lt;br /&gt;</w:t>
        <w:br/>
        <w:t>Закохана, розгнівана, замріяна:&lt;br /&gt;</w:t>
        <w:br/>
        <w:t>Я Українина.&lt;br /&gt;</w:t>
        <w:br/>
        <w:t>Вся Українина.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Усі пастелі веселиць загарбаю...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