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Урок</w:t>
      </w:r>
    </w:p>
    <w:p>
      <w:r>
        <w:br/>
        <w:t xml:space="preserve"> І&lt;br /&gt;</w:t>
        <w:br/>
        <w:t>Якось брів я звільна полем,&lt;br /&gt;</w:t>
        <w:br/>
        <w:t>весь заглиблений у себе.&lt;br /&gt;</w:t>
        <w:br/>
        <w:t>Поле тихло, ніби лебідь,&lt;br /&gt;</w:t>
        <w:br/>
        <w:t>що на осінь відлюбив.&lt;br /&gt;</w:t>
        <w:br/>
        <w:t>Та й не згледівсь,&lt;br /&gt;</w:t>
        <w:br/>
        <w:t>як уплив&lt;br /&gt;</w:t>
        <w:br/>
        <w:t>я в голубу тональність неба.&lt;br /&gt;</w:t>
        <w:br/>
        <w:t>В пролісковій темі неба&lt;br /&gt;</w:t>
        <w:br/>
        <w:t>всесвіт дихав голубим.</w:t>
      </w:r>
    </w:p>
    <w:p>
      <w:r>
        <w:br/>
        <w:t>Голубим я став, як голуб&lt;br /&gt;</w:t>
        <w:br/>
        <w:t>із небесної купелі.&lt;br /&gt;</w:t>
        <w:br/>
        <w:t>Став я зовсім невагомий,&lt;br /&gt;</w:t>
        <w:br/>
        <w:t>ніби вечорова тінь.&lt;br /&gt;</w:t>
        <w:br/>
        <w:t>Все минуле проминуло&lt;br /&gt;</w:t>
        <w:br/>
        <w:t>спраглим видивом пустелі,&lt;br /&gt;</w:t>
        <w:br/>
        <w:t>все моє сумне й веселе&lt;br /&gt;</w:t>
        <w:br/>
        <w:t>одлетіло в голубінь.</w:t>
      </w:r>
    </w:p>
    <w:p>
      <w:r>
        <w:br/>
        <w:t>Десь у мене за плечима&lt;br /&gt;</w:t>
        <w:br/>
        <w:t>місто мляві сни бороло:&lt;br /&gt;</w:t>
        <w:br/>
        <w:t>важко чахкали заводи,&lt;br /&gt;</w:t>
        <w:br/>
        <w:t>тонко звискував метал.&lt;br /&gt;</w:t>
        <w:br/>
        <w:t>Там без лагідних півтонів&lt;br /&gt;</w:t>
        <w:br/>
        <w:t>кут вривавсь раптово в коло,&lt;br /&gt;</w:t>
        <w:br/>
        <w:t>коло різко розгиналось&lt;br /&gt;</w:t>
        <w:br/>
        <w:t>в прямовисну магістраль.</w:t>
      </w:r>
    </w:p>
    <w:p>
      <w:r>
        <w:br/>
        <w:t>Думав я, що все на світі&lt;br /&gt;</w:t>
        <w:br/>
        <w:t>тонко з'єднане у сутнім:&lt;br /&gt;</w:t>
        <w:br/>
        <w:t>все на світі творить в зладі&lt;br /&gt;</w:t>
        <w:br/>
        <w:t>неперервний колобіг.&lt;br /&gt;</w:t>
        <w:br/>
        <w:t>Думалось:&lt;br /&gt;</w:t>
        <w:br/>
        <w:t>коли б не знав я&lt;br /&gt;</w:t>
        <w:br/>
        <w:t>мову міста прямокутну,&lt;br /&gt;</w:t>
        <w:br/>
        <w:t>то округлу тишу поля&lt;br /&gt;</w:t>
        <w:br/>
        <w:t>вже пізнати б я не зміг.</w:t>
      </w:r>
    </w:p>
    <w:p>
      <w:r>
        <w:br/>
        <w:t>Ще додумалося: в громі&lt;br /&gt;</w:t>
        <w:br/>
        <w:t>молодих прокатних станів,&lt;br /&gt;</w:t>
        <w:br/>
        <w:t>у засмаглих дужих буднях,&lt;br /&gt;</w:t>
        <w:br/>
        <w:t>в пропотілих сорочках&lt;br /&gt;</w:t>
        <w:br/>
        <w:t>місто творить тишу поля&lt;br /&gt;</w:t>
        <w:br/>
        <w:t>ув оправі філігранній,&lt;br /&gt;</w:t>
        <w:br/>
        <w:t>носить ніжність, як дитину,&lt;br /&gt;</w:t>
        <w:br/>
        <w:t>на своїх важких руках.</w:t>
      </w:r>
    </w:p>
    <w:p>
      <w:r>
        <w:br/>
        <w:t>Думав я, що в кожнім серці&lt;br /&gt;</w:t>
        <w:br/>
        <w:t>є сьогодні, вчора й завтра.&lt;br /&gt;</w:t>
        <w:br/>
        <w:t>Є минуле і сучасне,&lt;br /&gt;</w:t>
        <w:br/>
        <w:t>перевтом гіркий вантаж.&lt;br /&gt;</w:t>
        <w:br/>
        <w:t>Думав: от би відшукати&lt;br /&gt;</w:t>
        <w:br/>
        <w:t>місто на учнівській карті,&lt;br /&gt;</w:t>
        <w:br/>
        <w:t>щоб те місто мало тихий,&lt;br /&gt;</w:t>
        <w:br/>
        <w:t>акварельний антураж.</w:t>
      </w:r>
    </w:p>
    <w:p>
      <w:r>
        <w:br/>
        <w:t>От Венеція, скажімо,&lt;br /&gt;</w:t>
        <w:br/>
        <w:t>голуба, немов гондола,&lt;br /&gt;</w:t>
        <w:br/>
        <w:t>а чи Ріо-де-Жанейро,&lt;br /&gt;</w:t>
        <w:br/>
        <w:t>як гарячий помаранч.&lt;br /&gt;</w:t>
        <w:br/>
        <w:t>От би з'їхать з піраміди,&lt;br /&gt;</w:t>
        <w:br/>
        <w:t>як в дитинстві — із стодолі&lt;br /&gt;</w:t>
        <w:br/>
        <w:t>прямо в казку,&lt;br /&gt;</w:t>
        <w:br/>
        <w:t>проминувши&lt;br /&gt;</w:t>
        <w:br/>
        <w:t>суєту, і сміх, і плач.</w:t>
      </w:r>
    </w:p>
    <w:p>
      <w:r>
        <w:br/>
        <w:t>От лягти б на дикім пляжі,&lt;br /&gt;</w:t>
        <w:br/>
        <w:t>як Адам один, без Єви,&lt;br /&gt;</w:t>
        <w:br/>
        <w:t>і, забувшись, наслухати,&lt;br /&gt;</w:t>
        <w:br/>
        <w:t>як осінньо спить Париж.&lt;br /&gt;</w:t>
        <w:br/>
        <w:t>Чи, обнявши стан гітари,&lt;br /&gt;</w:t>
        <w:br/>
        <w:t>завернути в... Крагуєваць.&lt;br /&gt;</w:t>
        <w:br/>
        <w:t>(Стій! Я ж думав — до Мадріда&lt;br /&gt;</w:t>
        <w:br/>
        <w:t>Крагуєваць? Що це й звідки?&lt;br /&gt;</w:t>
        <w:br/>
        <w:t>Я вас не просив у вірш!)</w:t>
      </w:r>
    </w:p>
    <w:p>
      <w:r>
        <w:br/>
        <w:t>Чи лягти під крону лавра,&lt;br /&gt;</w:t>
        <w:br/>
        <w:t>вічного, як слава, древа...&lt;br /&gt;</w:t>
        <w:br/>
        <w:t>"Кр-рагуеваць!" —&lt;br /&gt;</w:t>
        <w:br/>
        <w:t>знову різко&lt;br /&gt;</w:t>
        <w:br/>
        <w:t>полоснуло, ніби ніж...&lt;br /&gt;</w:t>
        <w:br/>
        <w:t>"Кр-рагуєваць!" —&lt;br /&gt;</w:t>
        <w:br/>
        <w:t>ніби черга автоматна.&lt;br /&gt;</w:t>
        <w:br/>
        <w:t>(Кар-ркнув вор-рон. Хр-руснув чер-р-реп.&lt;br /&gt;</w:t>
        <w:br/>
        <w:t>...Р-розколовся вірш).</w:t>
      </w:r>
    </w:p>
    <w:p>
      <w:r>
        <w:br/>
        <w:t>Пам'ять блима, наче ватра...&lt;br /&gt;</w:t>
        <w:br/>
        <w:t>Де це? Де це? Де ж це? Де?!!&lt;br /&gt;</w:t>
        <w:br/>
        <w:t>Карту... Карту! Дайте кар-рту!!!&lt;br /&gt;</w:t>
        <w:br/>
        <w:t>Серце, тихше. Тихше, серце!&lt;br /&gt;</w:t>
        <w:br/>
        <w:t>(Автомат — у центр грудей).</w:t>
      </w:r>
    </w:p>
    <w:p>
      <w:r>
        <w:br/>
        <w:t>Цвинтар... парти... цвинтар... парти...&lt;br /&gt;</w:t>
        <w:br/>
        <w:t>Карта:&lt;br /&gt;</w:t>
        <w:br/>
        <w:t>Париж, Афіни, Белград...&lt;br /&gt;</w:t>
        <w:br/>
        <w:t>Кр-ра-гу-в-ваць.&lt;br /&gt;</w:t>
        <w:br/>
        <w:t>Югославія&lt;br /&gt;</w:t>
        <w:br/>
        <w:t>(Будьте ж прокляті ви, карти! І той...&lt;br /&gt;</w:t>
        <w:br/>
        <w:t>день).&lt;br /&gt;</w:t>
        <w:br/>
        <w:t>Поховали без оркестрів.&lt;br /&gt;</w:t>
        <w:br/>
        <w:t>Пульс востаннє дзьобом: тук...&lt;br /&gt;</w:t>
        <w:br/>
        <w:t>(Ах, маестро. О маестро!&lt;br /&gt;</w:t>
        <w:br/>
        <w:t>Та маестр-ро, дайте ж звук!)</w:t>
      </w:r>
    </w:p>
    <w:p>
      <w:r>
        <w:br/>
        <w:t>Тихше. Тиша кане в камінь.&lt;br /&gt;</w:t>
        <w:br/>
        <w:t>В тиші — зламане крило.&lt;br /&gt;</w:t>
        <w:br/>
        <w:t>Все ж забуте під роками,&lt;br /&gt;</w:t>
        <w:br/>
        <w:t>все ж травою поросло.&lt;br /&gt;</w:t>
        <w:br/>
        <w:t>Що ж ти тягнешся руками&lt;br /&gt;</w:t>
        <w:br/>
        <w:t>до мойого серця, пам'ять?&lt;br /&gt;</w:t>
        <w:br/>
        <w:t>Все ж минуло, все опало,&lt;br /&gt;</w:t>
        <w:br/>
        <w:t>все ж травою поросло.</w:t>
      </w:r>
    </w:p>
    <w:p>
      <w:r>
        <w:br/>
        <w:t>Тридцять років одмінилось.&lt;br /&gt;</w:t>
        <w:br/>
        <w:t>Скільки згадувати можна?&lt;br /&gt;</w:t>
        <w:br/>
        <w:t>Оновилось покоління,&lt;br /&gt;</w:t>
        <w:br/>
        <w:t>возродивсь втридцяте світ.&lt;br /&gt;</w:t>
        <w:br/>
        <w:t>Вже сини нащадків носять,&lt;br /&gt;</w:t>
        <w:br/>
        <w:t>як знамена переможні.&lt;br /&gt;</w:t>
        <w:br/>
        <w:t>"Ви од пам'яті,— хтось хлипа,-&lt;br /&gt;</w:t>
        <w:br/>
        <w:t>хоч онука вбережіть".&lt;br /&gt;</w:t>
        <w:br/>
        <w:t>...Може й справді: хай та пам'ять&lt;br /&gt;</w:t>
        <w:br/>
        <w:t>в нашім серці відболить?&lt;br /&gt;</w:t>
        <w:br/>
        <w:t>II&lt;br /&gt;</w:t>
        <w:br/>
        <w:t>Син прийшов із школи.&lt;br /&gt;</w:t>
        <w:br/>
        <w:t>Гучно полетів портфель під стіл.&lt;br /&gt;</w:t>
        <w:br/>
        <w:t>Перед люстром окрутнувся.&lt;br /&gt;</w:t>
        <w:br/>
        <w:t>Скоса зиркнув у вікно.&lt;br /&gt;</w:t>
        <w:br/>
        <w:t>За балкон комусь петитом&lt;br /&gt;</w:t>
        <w:br/>
        <w:t>таємниче засвистів.&lt;br /&gt;</w:t>
        <w:br/>
        <w:t>Став нівроку. Чуб — на плечі.&lt;br /&gt;</w:t>
        <w:br/>
        <w:t>Джинси, списані з кіно.&lt;br /&gt;</w:t>
        <w:br/>
        <w:t>Я сказав педагогічно:&lt;br /&gt;</w:t>
        <w:br/>
        <w:t>"Прибери портфель на стіл".&lt;br /&gt;</w:t>
        <w:br/>
        <w:t>Він ліниво нахилився, буркнув: "Ну, почавсь урок".&lt;br /&gt;</w:t>
        <w:br/>
        <w:t>"Пробачай мені, шановний,&lt;br /&gt;</w:t>
        <w:br/>
        <w:t>але перше, ніж свистіть,&lt;br /&gt;</w:t>
        <w:br/>
        <w:t>ти б нам з матір'ю повідав,&lt;br /&gt;</w:t>
        <w:br/>
        <w:t>як з оцінками, синок?"</w:t>
      </w:r>
    </w:p>
    <w:p>
      <w:r>
        <w:br/>
        <w:t>Він скривився: "Ат, набридло,&lt;br /&gt;</w:t>
        <w:br/>
        <w:t>я ж казав, що все гаразд".&lt;br /&gt;</w:t>
        <w:br/>
        <w:t>Я нахмуривсь традиційно:&lt;br /&gt;</w:t>
        <w:br/>
        <w:t>"Ти б, шановний, тон змінив,&lt;br /&gt;</w:t>
        <w:br/>
        <w:t>це тобі не в класі, хлопче,-&lt;br /&gt;</w:t>
        <w:br/>
        <w:t>нагадаю в котрий раз.&lt;br /&gt;</w:t>
        <w:br/>
        <w:t>Я тобі не однокашник..."&lt;br /&gt;</w:t>
        <w:br/>
        <w:t>"Добре, тату. Зрозумів".&lt;br /&gt;</w:t>
        <w:br/>
        <w:t>Сірі очі. Білобровий. Вже під носом — перша тінь.&lt;br /&gt;</w:t>
        <w:br/>
        <w:t>(Інтересно: цілувався? Я ж у восьмім...&lt;br /&gt;</w:t>
        <w:br/>
        <w:t>Ат, було).&lt;br /&gt;</w:t>
        <w:br/>
        <w:t>"Знаєш, цей географ, тату..."&lt;br /&gt;</w:t>
        <w:br/>
        <w:t>"Ти мені ці речі кинь!"&lt;br /&gt;</w:t>
        <w:br/>
        <w:t>"Ця історичка..."&lt;br /&gt;</w:t>
        <w:br/>
        <w:t>"Ти знову за своє, мені на зло?!"&lt;br /&gt;</w:t>
        <w:br/>
        <w:t>(А підтекстом, підсвідоме&lt;br /&gt;</w:t>
        <w:br/>
        <w:t>через пам'ять, мов крізь мрево:&lt;br /&gt;</w:t>
        <w:br/>
        <w:t>"Крагуєвац ь".</w:t>
      </w:r>
    </w:p>
    <w:p>
      <w:r>
        <w:br/>
        <w:t>Як вони тоді сиділи:&lt;br /&gt;</w:t>
        <w:br/>
        <w:t>парами а чи по троє?&lt;br /&gt;</w:t>
        <w:br/>
        <w:t>Про війну Столітню вчили&lt;br /&gt;</w:t>
        <w:br/>
        <w:t>а чи про падіння Трої?</w:t>
      </w:r>
    </w:p>
    <w:p>
      <w:r>
        <w:br/>
        <w:t>Чи й вони, як ми,&lt;br /&gt;</w:t>
        <w:br/>
        <w:t>на парті імена свої лишали?&lt;br /&gt;</w:t>
        <w:br/>
        <w:t>А можливо, що по карті&lt;br /&gt;</w:t>
        <w:br/>
        <w:t>короля свого шукали?..)&lt;br /&gt;</w:t>
        <w:br/>
        <w:t>І сказав йому повчально:&lt;br /&gt;</w:t>
        <w:br/>
        <w:t>"Географію завжди&lt;br /&gt;</w:t>
        <w:br/>
        <w:t>треба, сину, добре знати:&lt;br /&gt;</w:t>
        <w:br/>
        <w:t>вчення — світ, невчення — тьма".&lt;br /&gt;</w:t>
        <w:br/>
        <w:t>Посміхнувся він скептично,&lt;br /&gt;</w:t>
        <w:br/>
        <w:t>гумку пожував: "Зажди.&lt;br /&gt;</w:t>
        <w:br/>
        <w:t>То колись, у ваші роки...&lt;br /&gt;</w:t>
        <w:br/>
        <w:t>Зараз білих плям нема.&lt;br /&gt;</w:t>
        <w:br/>
        <w:t>Взяв собі квиток у касі,&lt;br /&gt;</w:t>
        <w:br/>
        <w:t>і лети, а хочеш: їдь".</w:t>
      </w:r>
    </w:p>
    <w:p>
      <w:r>
        <w:br/>
        <w:t>Я постукав пальцем строго:&lt;br /&gt;</w:t>
        <w:br/>
        <w:t>"Слухай, хлопче, і мовчи.&lt;br /&gt;</w:t>
        <w:br/>
        <w:t>(Боже, як йому, напевне, я повчаннями набрид!)&lt;br /&gt;</w:t>
        <w:br/>
        <w:t>А. історію,— натиснув,— особливо, сину, вчи".</w:t>
      </w:r>
    </w:p>
    <w:p>
      <w:r>
        <w:br/>
        <w:t>Що ж,— зітхнув,-&lt;br /&gt;</w:t>
        <w:br/>
        <w:t>ти завше правий: роки, досвід і т. ін.&lt;br /&gt;</w:t>
        <w:br/>
        <w:t>Але все ж дозвольте, врешті, вам запитання одне.&lt;br /&gt;</w:t>
        <w:br/>
        <w:t>Тільки: цур! На цей раз, батьку,&lt;br /&gt;</w:t>
        <w:br/>
        <w:t>йде розмова двох мужчин.&lt;br /&gt;</w:t>
        <w:br/>
        <w:t>Я уже давно дорослий. Ти прогавив десь мене".</w:t>
      </w:r>
    </w:p>
    <w:p>
      <w:r>
        <w:br/>
        <w:t>До паска потягся звично...&lt;br /&gt;</w:t>
        <w:br/>
        <w:t>і від подиву осів:&lt;br /&gt;</w:t>
        <w:br/>
        <w:t>Вперше я помітив раптом, що ми зростом нарівні.&lt;br /&gt;</w:t>
        <w:br/>
        <w:t>Господи, коли ж це сталось?&lt;br /&gt;</w:t>
        <w:br/>
        <w:t>Певне, й справді я осліп:&lt;br /&gt;</w:t>
        <w:br/>
        <w:t>він уже дорослий зовсім!&lt;br /&gt;</w:t>
        <w:br/>
        <w:t>Хто ж простить мене мені?!</w:t>
      </w:r>
    </w:p>
    <w:p>
      <w:r>
        <w:br/>
        <w:t>"Слухаю,— сказав я хрипло.-&lt;br /&gt;</w:t>
        <w:br/>
        <w:t>Викладай усе як є".&lt;br /&gt;</w:t>
        <w:br/>
        <w:t>"Треба знать усе, ти кажеш. А задумайсь-но на мент:&lt;br /&gt;</w:t>
        <w:br/>
        <w:t>от історія, скажімо.&lt;br /&gt;</w:t>
        <w:br/>
        <w:t>Що вона мені дає?&lt;br /&gt;</w:t>
        <w:br/>
        <w:t>НУ, було щось. Ну, минуло.&lt;br /&gt;</w:t>
        <w:br/>
        <w:t>А життя ж іде вперед!&lt;br /&gt;</w:t>
        <w:br/>
        <w:t>От розсудимо тверезо:&lt;br /&gt;</w:t>
        <w:br/>
        <w:t>раз було, то вже нема?&lt;br /&gt;</w:t>
        <w:br/>
        <w:t>А коли нема,&lt;br /&gt;</w:t>
        <w:br/>
        <w:t>що з того: сталося воно чи ні?</w:t>
      </w:r>
    </w:p>
    <w:p>
      <w:r>
        <w:br/>
        <w:t>Зараз, тату, космос кличе.&lt;br /&gt;</w:t>
        <w:br/>
        <w:t>Там проблем у мене тьма.&lt;br /&gt;</w:t>
        <w:br/>
        <w:t>Ну, яке ракеті діло,&lt;br /&gt;</w:t>
        <w:br/>
        <w:t>що було в старовині?!&lt;br /&gt;</w:t>
        <w:br/>
        <w:t>Чи були троянські війни,&lt;br /&gt;</w:t>
        <w:br/>
        <w:t>чи тих воєн не було б,&lt;br /&gt;</w:t>
        <w:br/>
        <w:t>все одно злетить ракета,&lt;br /&gt;</w:t>
        <w:br/>
        <w:t>бо в моїх руках ключі.&lt;br /&gt;</w:t>
        <w:br/>
        <w:t>Ти пробач, що викладаю я свою програму в лоб.&lt;br /&gt;</w:t>
        <w:br/>
        <w:t>І, коли я помиляюсь,&lt;br /&gt;</w:t>
        <w:br/>
        <w:t>доведи, а не кричи".&lt;br /&gt;</w:t>
        <w:br/>
        <w:t>* * *&lt;br /&gt;</w:t>
        <w:br/>
        <w:t>Все довкруг, як мусить бути:&lt;br /&gt;</w:t>
        <w:br/>
        <w:t>входить вечір, мерхне даль.&lt;br /&gt;</w:t>
        <w:br/>
        <w:t>Зійде сонце. Зайде сонце.&lt;br /&gt;</w:t>
        <w:br/>
        <w:t>А затим настане ніч.&lt;br /&gt;</w:t>
        <w:br/>
        <w:t>Як банально! Як прекрасно&lt;br /&gt;</w:t>
        <w:br/>
        <w:t>все округлено в спіраль&lt;br /&gt;</w:t>
        <w:br/>
        <w:t>гармонійно:&lt;br /&gt;</w:t>
        <w:br/>
        <w:t>так було вже&lt;br /&gt;</w:t>
        <w:br/>
        <w:t>тисячу тисячоріч.</w:t>
      </w:r>
    </w:p>
    <w:p>
      <w:r>
        <w:br/>
        <w:t>О стрункий світопорядок —&lt;br /&gt;</w:t>
        <w:br/>
        <w:t>чергування вічний плин!&lt;br /&gt;</w:t>
        <w:br/>
        <w:t>Все так мудро у природі:&lt;br /&gt;</w:t>
        <w:br/>
        <w:t>день — за ніччю, ніч — за днем.&lt;br /&gt;</w:t>
        <w:br/>
        <w:t>Батько, роль свою скінчивши,&lt;br /&gt;</w:t>
        <w:br/>
        <w:t>віддає нащадкам кін.&lt;br /&gt;</w:t>
        <w:br/>
        <w:t>Все минає, проминає:&lt;br /&gt;</w:t>
        <w:br/>
        <w:t>день — за ніччю, ніч — за днем.&lt;br /&gt;</w:t>
        <w:br/>
        <w:t>Ідеальний ритм природи:&lt;br /&gt;</w:t>
        <w:br/>
        <w:t>батько вбитий,&lt;br /&gt;</w:t>
        <w:br/>
        <w:t>я — живу.&lt;br /&gt;</w:t>
        <w:br/>
        <w:t>Ах, який світопорядок:&lt;br /&gt;</w:t>
        <w:br/>
        <w:t>ну, поплакав — і забудь.&lt;br /&gt;</w:t>
        <w:br/>
        <w:t>О жорстокий ритм природи:&lt;br /&gt;</w:t>
        <w:br/>
        <w:t>вбиті&lt;br /&gt;</w:t>
        <w:br/>
        <w:t>падають в траву!&lt;br /&gt;</w:t>
        <w:br/>
        <w:t>О зміїна мудрість кола:&lt;br /&gt;</w:t>
        <w:br/>
        <w:t>ну, поплакав — і забудь.&lt;br /&gt;</w:t>
        <w:br/>
        <w:t>Що ж ти тягнешся руками&lt;br /&gt;</w:t>
        <w:br/>
        <w:t>до мойого серця, пам'ять?&lt;br /&gt;</w:t>
        <w:br/>
        <w:t>Все ж минуло, все опало,&lt;br /&gt;</w:t>
        <w:br/>
        <w:t>все ж травою поросло!</w:t>
      </w:r>
    </w:p>
    <w:p>
      <w:r>
        <w:br/>
        <w:t>"Може, сину, й не було?"&lt;br /&gt;</w:t>
        <w:br/>
        <w:t>"Може, й не було.&lt;br /&gt;</w:t>
        <w:br/>
        <w:t>А... ти про що?"</w:t>
      </w:r>
    </w:p>
    <w:p>
      <w:r>
        <w:br/>
        <w:t>III&lt;br /&gt;</w:t>
        <w:br/>
        <w:t>"Та... просто згадалось. Стривай, а яке сьогодні число?"&lt;br /&gt;</w:t>
        <w:br/>
        <w:t>"Ха! — соковите зареготав.— Не іронізуй, батьку,&lt;br /&gt;</w:t>
        <w:br/>
        <w:t>двадцяте жовтня.&lt;br /&gt;</w:t>
        <w:br/>
        <w:t>Ти ж завтра іменинник".&lt;br /&gt;</w:t>
        <w:br/>
        <w:t>"Хо-го! — відгукнувсь я у його стилі.— Все ж хоч&lt;br /&gt;</w:t>
        <w:br/>
        <w:t>одну дату ти таки пам'ятаєш. А ще кажеш: до чого&lt;br /&gt;</w:t>
        <w:br/>
        <w:t>мені та історія!" "Отаким, старий, ти мені подобаєшся...&lt;br /&gt;</w:t>
        <w:br/>
        <w:t>в гуморі". "Ну, ще б пак! Завтра ж я народився.&lt;br /&gt;</w:t>
        <w:br/>
        <w:t>Власне, в ніч з 20 на 21 жовтня 1935 року".&lt;br /&gt;</w:t>
        <w:br/>
        <w:t>"0це точність! Ану, загляньмо в календар: о котрій там&lt;br /&gt;</w:t>
        <w:br/>
        <w:t>сходило і заходило сонце? В життєписі великих кожна&lt;br /&gt;</w:t>
        <w:br/>
        <w:t>деталь — на вагу золота",— він потягся до календаря,&lt;br /&gt;</w:t>
        <w:br/>
        <w:t>веселий і нахабно юний.&lt;br /&gt;</w:t>
        <w:br/>
        <w:t>"Не треба..." — перепинив я йому руку.&lt;br /&gt;</w:t>
        <w:br/>
        <w:t>Ліниво знизав плечима:&lt;br /&gt;</w:t>
        <w:br/>
        <w:t>"А то чому?"&lt;br /&gt;</w:t>
        <w:br/>
        <w:t>"Там... кров".&lt;br /&gt;</w:t>
        <w:br/>
        <w:t>"Та ти що-о?! — відсахнувся од мене ошелешено.-&lt;br /&gt;</w:t>
        <w:br/>
        <w:t>Яка... кров? Де? Нічого не розумію".&lt;br /&gt;</w:t>
        <w:br/>
        <w:t>"Зараз поясню, сину... документально: "В ніч з 20 на&lt;br /&gt;</w:t>
        <w:br/>
        <w:t>21 жовтня 1941 року карателі під орудою майора&lt;br /&gt;</w:t>
        <w:br/>
        <w:t>Кеніга вдерлися в містечко Крагуєваць і розстріляли сім&lt;br /&gt;</w:t>
        <w:br/>
        <w:t>тисяч чоловік. Серед них — триста гімназистів.&lt;br /&gt;</w:t>
        <w:br/>
        <w:t>Їх вели на смерть покласно, на чолі з учителями..."&lt;br /&gt;</w:t>
        <w:br/>
        <w:t>"А де цей... Крагуєваць?"&lt;br /&gt;</w:t>
        <w:br/>
        <w:t>"В Сербії. За сорок верст від Белграда, сину.&lt;br /&gt;</w:t>
        <w:br/>
        <w:t>А ти кажеш: що мені та географія".&lt;br /&gt;</w:t>
        <w:br/>
        <w:t>"Ну, до чого ж тут географія! Не про це зараз... Я просто&lt;br /&gt;</w:t>
        <w:br/>
        <w:t>хочу сказати: це ж випадковий збіг, і то лише в днях.&lt;br /&gt;</w:t>
        <w:br/>
        <w:t>Ти ж народився за шість літ до... цього".&lt;br /&gt;</w:t>
        <w:br/>
        <w:t>"Е, ні, сину, у цьому світі — ти ж учив — усе зв'язане:&lt;br /&gt;</w:t>
        <w:br/>
        <w:t>причина — наслідок, день і ніч, народження й смерть,&lt;br /&gt;</w:t>
        <w:br/>
        <w:t>куля і вказівний палець. День мого народження, як і&lt;br /&gt;</w:t>
        <w:br/>
        <w:t>ніч смерті Крагуєнаця, увійшли у вічний колобіг народжень&lt;br /&gt;</w:t>
        <w:br/>
        <w:t>і смертей, ставши клітинами світобудови. Ніщо&lt;br /&gt;</w:t>
        <w:br/>
        <w:t>не зникає в цьому світі, сину. Закон збереження матерії&lt;br /&gt;</w:t>
        <w:br/>
        <w:t>і... пам'яті. Придивися пильніше: на моїй сорочці — кров".&lt;br /&gt;</w:t>
        <w:br/>
        <w:t>"Облиш, тату! Це вже... містика. Мені страшно, тату".</w:t>
      </w:r>
    </w:p>
    <w:p>
      <w:r>
        <w:br/>
        <w:t>IV&lt;br /&gt;</w:t>
        <w:br/>
        <w:t>"Не бійся. То Пам'ять стає при свічі.&lt;br /&gt;</w:t>
        <w:br/>
        <w:t>Он тіні якісь ворухнулись вночі.&lt;br /&gt;</w:t>
        <w:br/>
        <w:t>І жахом дихнула руда каламуть.&lt;br /&gt;</w:t>
        <w:br/>
        <w:t>І чоботи з ночі, як фатум, ідуть.</w:t>
      </w:r>
    </w:p>
    <w:p>
      <w:r>
        <w:br/>
        <w:t>Немає облич. Тільки вишкір зубів.&lt;br /&gt;</w:t>
        <w:br/>
        <w:t>Та усміх кривий на арійській губі.&lt;br /&gt;</w:t>
        <w:br/>
        <w:t>Стискається коло, як защморг, ривком..."&lt;br /&gt;</w:t>
        <w:br/>
        <w:t>"О, тату! То ж вітер гуде за вікном".</w:t>
      </w:r>
    </w:p>
    <w:p>
      <w:r>
        <w:br/>
        <w:t>"Ось Кеніг підносить правицю:&lt;br /&gt;</w:t>
        <w:br/>
        <w:t>"Moment!"&lt;br /&gt;</w:t>
        <w:br/>
        <w:t>У компасі стрілка дзвенить, як стилет.&lt;br /&gt;</w:t>
        <w:br/>
        <w:t>І карта тремтить, як в Освенцімі плац.&lt;br /&gt;</w:t>
        <w:br/>
        <w:t>І око свинцеве — над Крагуєваць".</w:t>
      </w:r>
    </w:p>
    <w:p>
      <w:r>
        <w:br/>
        <w:t>"О тату, це просто здалося тобі:&lt;br /&gt;</w:t>
        <w:br/>
        <w:t>То гнуться дерева в осінній журбі".</w:t>
      </w:r>
    </w:p>
    <w:p>
      <w:r>
        <w:br/>
        <w:t>Педантичний арієць (в пунктуальності —&lt;br /&gt;</w:t>
        <w:br/>
        <w:t>теж своя грація)&lt;br /&gt;</w:t>
        <w:br/>
        <w:t>З чисто прусською точністю зводить&lt;br /&gt;</w:t>
        <w:br/>
        <w:t>дітей із-за парт.&lt;br /&gt;</w:t>
        <w:br/>
        <w:t>І в колонах по троє веде ("Liebe Kinder! *&lt;br /&gt;</w:t>
        <w:br/>
        <w:t>Дистанцію").</w:t>
      </w:r>
    </w:p>
    <w:p>
      <w:r>
        <w:br/>
        <w:t>Акуратно,&lt;br /&gt;</w:t>
        <w:br/>
        <w:t>покласно на цвинтар,&lt;br /&gt;</w:t>
        <w:br/>
        <w:t>в сумний&lt;br /&gt;</w:t>
        <w:br/>
        <w:t>листопад.&lt;br /&gt;</w:t>
        <w:br/>
        <w:t>"Ідуть, як до школи. В портфелях —&lt;br /&gt;</w:t>
        <w:br/>
        <w:t>книжки.&lt;br /&gt;</w:t>
        <w:br/>
        <w:t>___________________&lt;br /&gt;</w:t>
        <w:br/>
        <w:t>* Любі діти! (Нім.)</w:t>
      </w:r>
    </w:p>
    <w:p>
      <w:r>
        <w:br/>
        <w:t>Сніданки завбачно поклали батьки.&lt;br /&gt;</w:t>
        <w:br/>
        <w:t>І зошит в клітинку на перший урок.&lt;br /&gt;</w:t>
        <w:br/>
        <w:t>І вчитель суворо вирівнює крок.&lt;br /&gt;</w:t>
        <w:br/>
        <w:t>Над свіжими ямами — глина руда..."&lt;br /&gt;</w:t>
        <w:br/>
        <w:t>"О тату, не треба! То ж лист опада".</w:t>
      </w:r>
    </w:p>
    <w:p>
      <w:r>
        <w:br/>
        <w:t>"Шість тисяч сімсот вже вростають у грунт,&lt;br /&gt;</w:t>
        <w:br/>
        <w:t>А триста... на цвинтар покласно ідуть.&lt;br /&gt;</w:t>
        <w:br/>
        <w:t>Географ, немов на уроці, сказав:&lt;br /&gt;</w:t>
        <w:br/>
        <w:t>"А зараз ви бачите гору Триглав".&lt;br /&gt;</w:t>
        <w:br/>
        <w:t>І важко плечем ворухнула гора:&lt;br /&gt;</w:t>
        <w:br/>
        <w:t>"Вбивають людей, та народ&lt;br /&gt;</w:t>
        <w:br/>
        <w:t>не вмира".&lt;br /&gt;</w:t>
        <w:br/>
        <w:t>Історик старий повернувсь до дітей:&lt;br /&gt;</w:t>
        <w:br/>
        <w:t>"А зараз ви Косовим полем йдете.&lt;br /&gt;</w:t>
        <w:br/>
        <w:t>Тут пращурів наших, обагривши схід,&lt;br /&gt;</w:t>
        <w:br/>
        <w:t>косив ятаганом султан Баязід".&lt;br /&gt;</w:t>
        <w:br/>
        <w:t>І важко плечем ворухнула гора:&lt;br /&gt;</w:t>
        <w:br/>
        <w:t>"Вбивають людей, та народ&lt;br /&gt;</w:t>
        <w:br/>
        <w:t>не вмира".&lt;br /&gt;</w:t>
        <w:br/>
        <w:t>"А триста по Сербії мовчки грядуть..."</w:t>
      </w:r>
    </w:p>
    <w:p>
      <w:r>
        <w:br/>
        <w:t>"О тату, то ж гуси у небі пливуть".</w:t>
      </w:r>
    </w:p>
    <w:p>
      <w:r>
        <w:br/>
        <w:t>"Зірвавши мости, як бинти із грудей,&lt;br /&gt;</w:t>
        <w:br/>
        <w:t>метається Тиса: "Куди ж ви... дітей,&lt;br /&gt;</w:t>
        <w:br/>
        <w:t>Куди ж ведете ви невинних дітей?"</w:t>
      </w:r>
    </w:p>
    <w:p>
      <w:r>
        <w:br/>
        <w:t>...Невинних дітей?!</w:t>
      </w:r>
    </w:p>
    <w:p>
      <w:r>
        <w:br/>
        <w:t>Комендант Яновського табору (це недалеко, у Львові, сину) штурмфюрер Густав Вільгауз у спортивному азарті стріляв із автомата з балкона канцелярії у в'язнів, що працювали в майстернях, потім передавав автомат своїй дружині, і вона теж стріляла. Інколи, аби&lt;br /&gt;</w:t>
        <w:br/>
        <w:t>потішити дев'ятирічну доньку, Вільгауз примушував підкидати в повітря 2-4-річних дітей і стріляв у них. Донечка плескала в долоньки (боже, яка невинність!) і&lt;br /&gt;</w:t>
        <w:br/>
        <w:t>кричала: "Тату, ще, тату, ще!" — і він стріляв. Відтоді, сину, коли я бачу на фресках Софії білокрилих янголят, мені хочеться запитати їх: "Ви часом... не з Янковського табору?"</w:t>
      </w:r>
    </w:p>
    <w:p>
      <w:r>
        <w:br/>
        <w:t>Зірвавши мости, як бинти із грудей,&lt;br /&gt;</w:t>
        <w:br/>
        <w:t>метається Тиса: "Куди ж ви... дітей?!"</w:t>
      </w:r>
    </w:p>
    <w:p>
      <w:r>
        <w:br/>
        <w:t>...Фінал наближає рокована грань.&lt;br /&gt;</w:t>
        <w:br/>
        <w:t>На каски росою спадає туман.&lt;br /&gt;</w:t>
        <w:br/>
        <w:t>І в цьому фіналі, як літера "Ф",&lt;br /&gt;</w:t>
        <w:br/>
        <w:t>рядок починає руде галіфе.</w:t>
      </w:r>
    </w:p>
    <w:p>
      <w:r>
        <w:br/>
        <w:t>Порядок для Кеніга — понад усе:&lt;br /&gt;</w:t>
        <w:br/>
        <w:t>"Дистанцію, серби! Куди вас несе?!&lt;br /&gt;</w:t>
        <w:br/>
        <w:t>Покласно, слов'яни! Учіться, скоти,&lt;br /&gt;</w:t>
        <w:br/>
        <w:t>хоч зараз порядок і час берегти!"</w:t>
      </w:r>
    </w:p>
    <w:p>
      <w:r>
        <w:br/>
        <w:t>І перша колона ступає на пруг..."&lt;br /&gt;</w:t>
        <w:br/>
        <w:t>"О тату, я чую: змикається круг!"</w:t>
      </w:r>
    </w:p>
    <w:p>
      <w:r>
        <w:br/>
        <w:t>Директор гімназії рветься на смерть:&lt;br /&gt;</w:t>
        <w:br/>
        <w:t>"Пустіть до дітей! Я ж учитель і серб!"</w:t>
      </w:r>
    </w:p>
    <w:p>
      <w:r>
        <w:br/>
        <w:t>А Кеніг регоче: "Куди тобі? Weg! *&lt;br /&gt;</w:t>
        <w:br/>
        <w:t>Ми цілим в майбутнє, ти ж —&lt;br /&gt;</w:t>
        <w:br/>
        <w:t>Plusquamperfekt" **.</w:t>
      </w:r>
    </w:p>
    <w:p>
      <w:r>
        <w:br/>
        <w:t>Директор відрізав: "Ти знай свій курок:&lt;br /&gt;</w:t>
        <w:br/>
        <w:t>Jedem das Seine***. У мене — урок.</w:t>
      </w:r>
    </w:p>
    <w:p>
      <w:r>
        <w:br/>
        <w:t>Хлоп'ята! Лишилось нам кілька хвилин.&lt;br /&gt;</w:t>
        <w:br/>
        <w:t>З усіх вам уроків я вибрав один.&lt;br /&gt;</w:t>
        <w:br/>
        <w:t>Хай править нам цвинтар однині за клас:&lt;br /&gt;</w:t>
        <w:br/>
        <w:t>Історія, діти, сьогодні у нас.&lt;br /&gt;</w:t>
        <w:br/>
        <w:t>Сьогодні не гоже підносити рук..."&lt;br /&gt;</w:t>
        <w:br/>
        <w:t>"О тату, я чую: змикається круг".&lt;br /&gt;</w:t>
        <w:br/>
        <w:t>"Оцінка єдина — для мене й для вас.&lt;br /&gt;</w:t>
        <w:br/>
        <w:t>Її об'єктивно нам виставить час.</w:t>
      </w:r>
    </w:p>
    <w:p>
      <w:r>
        <w:br/>
        <w:t>Тож перше: під оком холодним війни&lt;br /&gt;</w:t>
        <w:br/>
        <w:t>уже ви не діти. Затямте, сини!&lt;br /&gt;</w:t>
        <w:br/>
        <w:t>Уже ви не просто родинний оплот,&lt;br /&gt;</w:t>
        <w:br/>
        <w:t>а воїни, хлопці. За вами — народ.&lt;br /&gt;</w:t>
        <w:br/>
        <w:t>Судьба ваша вписана в святці хоругв".&lt;br /&gt;</w:t>
        <w:br/>
        <w:t>"О тату, я чую: змикається круг".&lt;br /&gt;</w:t>
        <w:br/>
        <w:t>_________________&lt;br /&gt;</w:t>
        <w:br/>
        <w:t>* Геть! (нім.)&lt;br /&gt;</w:t>
        <w:br/>
        <w:t>** Давноминулий час (нім.).&lt;br /&gt;</w:t>
        <w:br/>
        <w:t>*** Кожному своє (нім.).</w:t>
      </w:r>
    </w:p>
    <w:p>
      <w:r>
        <w:br/>
        <w:t>"Вам холодно, хлопці? Так завше було,&lt;br /&gt;</w:t>
        <w:br/>
        <w:t>коли одинокість студила чоло&lt;br /&gt;</w:t>
        <w:br/>
        <w:t>і око свинцеве прискалював крук..."&lt;br /&gt;</w:t>
        <w:br/>
        <w:t>"О тату я чую змикається круг".</w:t>
      </w:r>
    </w:p>
    <w:p>
      <w:r>
        <w:br/>
        <w:t>"На кожному слові даю собі звіт:&lt;br /&gt;</w:t>
        <w:br/>
        <w:t>усім було страшно лишати цей світ.&lt;br /&gt;</w:t>
        <w:br/>
        <w:t>Ба навіть героєм найвищих орбіт —&lt;br /&gt;</w:t>
        <w:br/>
        <w:t>і їм було жаль полишать білий світ.&lt;br /&gt;</w:t>
        <w:br/>
        <w:t>О як їм хотілось гукнуть: "Промини!"&lt;br /&gt;</w:t>
        <w:br/>
        <w:t>Так чом же, питаєш, герої вони?</w:t>
      </w:r>
    </w:p>
    <w:p>
      <w:r>
        <w:br/>
        <w:t>На кожному слові даю собі звіт;&lt;br /&gt;</w:t>
        <w:br/>
        <w:t>герої в собі відчували весь світ.&lt;br /&gt;</w:t>
        <w:br/>
        <w:t>І те відчуття їм ставало за щит:&lt;br /&gt;</w:t>
        <w:br/>
        <w:t>хоч він упаде так стоятиме ж&lt;br /&gt;</w:t>
        <w:br/>
        <w:t>світ!</w:t>
      </w:r>
    </w:p>
    <w:p>
      <w:r>
        <w:br/>
        <w:t>Тож в Косовій полі султан Баязід&lt;br /&gt;</w:t>
        <w:br/>
        <w:t>не просто на серба ішов, а на світ.&lt;br /&gt;</w:t>
        <w:br/>
        <w:t>І кожен із сербів давав собі звіт:&lt;br /&gt;</w:t>
        <w:br/>
        <w:t>хоч він упаде, та стоятиме ж світ,&lt;br /&gt;</w:t>
        <w:br/>
        <w:t>Не треба, слов'яни, підносити рук..."&lt;br /&gt;</w:t>
        <w:br/>
        <w:t>"О батьку, я чую — завершився&lt;br /&gt;</w:t>
        <w:br/>
        <w:t>круг".&lt;br /&gt;</w:t>
        <w:br/>
        <w:t>"Он Кеніг піднявся на колонах чобіт,&lt;br /&gt;</w:t>
        <w:br/>
        <w:t>в приціл назираючи вічність і мить.&lt;br /&gt;</w:t>
        <w:br/>
        <w:t>І дума, що от він натисне курок&lt;br /&gt;</w:t>
        <w:br/>
        <w:t>і крапкою кулі закінчить урок.&lt;br /&gt;</w:t>
        <w:br/>
        <w:t>Нещасний! Чи він оддає собі звіт,&lt;br /&gt;</w:t>
        <w:br/>
        <w:t>що ми впадемо, та стоятиме ж світ?!"</w:t>
      </w:r>
    </w:p>
    <w:p>
      <w:r>
        <w:br/>
        <w:t>А Кеніг регоче: "Облиште слова!&lt;br /&gt;</w:t>
        <w:br/>
        <w:t>Слова перед кулями, діду,— трава.&lt;br /&gt;</w:t>
        <w:br/>
        <w:t>Я просто зведу автомат на живіт —&lt;br /&gt;</w:t>
        <w:br/>
        <w:t>і в яму, старий, і тебе, і твій світ.&lt;br /&gt;</w:t>
        <w:br/>
        <w:t>І це вам потвердять шість тисяч сімсот,&lt;br /&gt;</w:t>
        <w:br/>
        <w:t>а він тут розводить про честь і народ!"</w:t>
      </w:r>
    </w:p>
    <w:p>
      <w:r>
        <w:br/>
        <w:t>Учитель замислено глянув в зеніт&lt;br /&gt;</w:t>
        <w:br/>
        <w:t>і тихо сказав, а почув увесь світ:&lt;br /&gt;</w:t>
        <w:br/>
        <w:t>"Як рід і Вітчизна — всього лиш слова,&lt;br /&gt;</w:t>
        <w:br/>
        <w:t>то що вам говорять... Бєлград і Москва?&lt;br /&gt;</w:t>
        <w:br/>
        <w:t>Майоре! А пам'ять в якому ряду?"&lt;br /&gt;</w:t>
        <w:br/>
        <w:t>І Кеніг темніє ураз на виду:</w:t>
      </w:r>
    </w:p>
    <w:p>
      <w:r>
        <w:br/>
        <w:t>"Старий, ти занадто далеко зайшов.&lt;br /&gt;</w:t>
        <w:br/>
        <w:t>Зненавистю тхне від твоїх підошов.&lt;br /&gt;</w:t>
        <w:br/>
        <w:t>Ти добре намацав, де в мене болить,&lt;br /&gt;</w:t>
        <w:br/>
        <w:t>але не тобі нашу долю судить.&lt;br /&gt;</w:t>
        <w:br/>
        <w:t>Історію звершую я і курок.&lt;br /&gt;</w:t>
        <w:br/>
        <w:t>Ти, діду, почав. Я ж закінчу урок!"&lt;br /&gt;</w:t>
        <w:br/>
        <w:t>І око холодне прискалив, мов крук...</w:t>
      </w:r>
    </w:p>
    <w:p>
      <w:r>
        <w:br/>
        <w:t>"О батьку! Ти бачиш: я входжу в цей круг".</w:t>
      </w:r>
    </w:p>
    <w:p>
      <w:r>
        <w:br/>
        <w:t>Директор зітхнув: "Наша вічність сплива.&lt;br /&gt;</w:t>
        <w:br/>
        <w:t>Хай першими стануть останні слова:&lt;br /&gt;</w:t>
        <w:br/>
        <w:t>братове! Нам вибив фатальний дзвінок.&lt;br /&gt;</w:t>
        <w:br/>
        <w:t>Я вчив вас уперше творити свій крок.</w:t>
      </w:r>
    </w:p>
    <w:p>
      <w:r>
        <w:br/>
        <w:t>Та знайте:&lt;br /&gt;</w:t>
        <w:br/>
        <w:t>останній ваш крок на путі&lt;br /&gt;</w:t>
        <w:br/>
        <w:t>не менше важливий, ніж перший в житті,&lt;br /&gt;</w:t>
        <w:br/>
        <w:t>бо він увінчає спіраль, як виток,&lt;br /&gt;</w:t>
        <w:br/>
        <w:t>з якого нащадки творитимуть крок&lt;br /&gt;</w:t>
        <w:br/>
        <w:t>до істини з істин, якій не зітліть:&lt;br /&gt;</w:t>
        <w:br/>
        <w:t>"Людина впаде, так стоятиме ж світ".</w:t>
      </w:r>
    </w:p>
    <w:p>
      <w:r>
        <w:br/>
        <w:t>Слов'яни! Синочки... Мужайтесь... Пора.&lt;br /&gt;</w:t>
        <w:br/>
        <w:t>Ми — смертні. Та знайте: народ не вмира!"&lt;br /&gt;</w:t>
        <w:br/>
        <w:t>Солдати зловісно стоять, як мерці,&lt;br /&gt;</w:t>
        <w:br/>
        <w:t>у Кеніга кров вигаса на лиці.&lt;br /&gt;</w:t>
        <w:br/>
        <w:t>Вершина Триглав небозвід підпира&lt;br /&gt;</w:t>
        <w:br/>
        <w:t>великої правди: "Народ не вмира".&lt;br /&gt;</w:t>
        <w:br/>
        <w:t>Гримить над літами,&lt;br /&gt;</w:t>
        <w:br/>
        <w:t>як доля, дзвінок:&lt;br /&gt;</w:t>
        <w:br/>
        <w:t>то сину, скінчившись,&lt;br /&gt;</w:t>
        <w:br/>
        <w:t>почався урок.</w:t>
      </w:r>
    </w:p>
    <w:p>
      <w:r>
        <w:br/>
        <w:t>Якось, сину, брів я полем,&lt;br /&gt;</w:t>
        <w:br/>
        <w:t>весь заглиблений у себе.&lt;br /&gt;</w:t>
        <w:br/>
        <w:t>Поле тихло, ніби лебідь,&lt;br /&gt;</w:t>
        <w:br/>
        <w:t>що на осінь відлюбив.&lt;br /&gt;</w:t>
        <w:br/>
        <w:t>Та й не згледівсь, як уплив я&lt;br /&gt;</w:t>
        <w:br/>
        <w:t>в голубу тональність неба.&lt;br /&gt;</w:t>
        <w:br/>
        <w:t>В пролісковій темі неба&lt;br /&gt;</w:t>
        <w:br/>
        <w:t>всесвіт дихав голубим.&lt;br /&gt;</w:t>
        <w:br/>
        <w:t>Думав я, що в кожнім серці&lt;br /&gt;</w:t>
        <w:br/>
        <w:t>є сьогодні, вчора й завтра.&lt;br /&gt;</w:t>
        <w:br/>
        <w:t>Є минуле і сучасне,&lt;br /&gt;</w:t>
        <w:br/>
        <w:t>перевтом гіркий вантаж.&lt;br /&gt;</w:t>
        <w:br/>
        <w:t>Думав: от би відшукати&lt;br /&gt;</w:t>
        <w:br/>
        <w:t>місто на учнівській карті,&lt;br /&gt;</w:t>
        <w:br/>
        <w:t>щоб те місто мало тихий&lt;br /&gt;</w:t>
        <w:br/>
        <w:t>акварельний антураж.</w:t>
      </w:r>
    </w:p>
    <w:p>
      <w:r>
        <w:br/>
        <w:t>Думав: є велике право&lt;br /&gt;</w:t>
        <w:br/>
        <w:t>одпочить під лавром світу&lt;br /&gt;</w:t>
        <w:br/>
        <w:t>всім, хто в тій війні жорстокій&lt;br /&gt;</w:t>
        <w:br/>
        <w:t>ніс страждання на плечах.&lt;br /&gt;</w:t>
        <w:br/>
        <w:t>Думав: нам за всіх дісталось,&lt;br /&gt;</w:t>
        <w:br/>
        <w:t>то нехай хоч наші діти&lt;br /&gt;</w:t>
        <w:br/>
        <w:t>не зазнають навіть тіні,&lt;br /&gt;</w:t>
        <w:br/>
        <w:t>навіть пам'яті меча.</w:t>
      </w:r>
    </w:p>
    <w:p>
      <w:r>
        <w:br/>
        <w:t>Тільки ж все у цьому світі&lt;br /&gt;</w:t>
        <w:br/>
        <w:t>тонко з'єднане у сутнім:&lt;br /&gt;</w:t>
        <w:br/>
        <w:t>за непам'яттю онукам&lt;br /&gt;</w:t>
        <w:br/>
        <w:t>скепсис зазира до віч.&lt;br /&gt;</w:t>
        <w:br/>
        <w:t>І тоді для них могили —&lt;br /&gt;</w:t>
        <w:br/>
        <w:t>просто плити прямокутні,&lt;br /&gt;</w:t>
        <w:br/>
        <w:t>просто символи байдужі&lt;br /&gt;</w:t>
        <w:br/>
        <w:t>проминулих віковіч.</w:t>
      </w:r>
    </w:p>
    <w:p>
      <w:r>
        <w:br/>
        <w:t>Ти прости мені сьогодні&lt;br /&gt;</w:t>
        <w:br/>
        <w:t>за урок жорстокий, сину,&lt;br /&gt;</w:t>
        <w:br/>
        <w:t>я поклав на твої плечі&lt;br /&gt;</w:t>
        <w:br/>
        <w:t>пам'яті страшний вантаж.&lt;br /&gt;</w:t>
        <w:br/>
        <w:t>Я боргів не правлю, сину.&lt;br /&gt;</w:t>
        <w:br/>
        <w:t>Ти нічого нам не винен.&lt;br /&gt;</w:t>
        <w:br/>
        <w:t>Боржники і кредитори —&lt;br /&gt;</w:t>
        <w:br/>
        <w:t>то непевне діло, зваж.</w:t>
      </w:r>
    </w:p>
    <w:p>
      <w:r>
        <w:br/>
        <w:t>Але ж пам'ять... Має пам'ять&lt;br /&gt;</w:t>
        <w:br/>
        <w:t>зоставатись, як осердя.&lt;br /&gt;</w:t>
        <w:br/>
        <w:t>Ми від неї, наче віти,&lt;br /&gt;</w:t>
        <w:br/>
        <w:t>що вчувають корінь свій.&lt;br /&gt;</w:t>
        <w:br/>
        <w:t>Пам'ять віри. Пам'ять роду.&lt;br /&gt;</w:t>
        <w:br/>
        <w:t>Пам'ять прапора і серця.&lt;br /&gt;</w:t>
        <w:br/>
        <w:t>Лиш по пам'яті в людині&lt;br /&gt;</w:t>
        <w:br/>
        <w:t>пізнає Людину світ.</w:t>
      </w:r>
    </w:p>
    <w:p>
      <w:r>
        <w:br/>
        <w:t>Одягай модерні джинси...&lt;br /&gt;</w:t>
        <w:br/>
        <w:t>Суть не в джинсах і чуприні.&lt;br /&gt;</w:t>
        <w:br/>
        <w:t>Мила зрадить, друг полишить —&lt;br /&gt;</w:t>
        <w:br/>
        <w:t>серце з туги заболить.&lt;br /&gt;</w:t>
        <w:br/>
        <w:t>Та коли людину нагло&lt;br /&gt;</w:t>
        <w:br/>
        <w:t>пам'ять світова покине,&lt;br /&gt;</w:t>
        <w:br/>
        <w:t>можна з гиком й у візитці&lt;br /&gt;</w:t>
        <w:br/>
        <w:t>рачки гнати в неоліт&lt;br /&gt;</w:t>
        <w:br/>
        <w:t>чи ввігнати в серце чергу,&lt;br /&gt;</w:t>
        <w:br/>
        <w:t>вперши автомат в живіт".</w:t>
      </w:r>
    </w:p>
    <w:p>
      <w:r>
        <w:br/>
        <w:t>V&lt;br /&gt;</w:t>
        <w:br/>
        <w:t>Став нівроку. Чуб — на плечі.&lt;br /&gt;</w:t>
        <w:br/>
        <w:t>Джинси, списані з кіно.&lt;br /&gt;</w:t>
        <w:br/>
        <w:t>Тільки щось нове з'явилось&lt;br /&gt;</w:t>
        <w:br/>
        <w:t>у криницях сірих віч.&lt;br /&gt;</w:t>
        <w:br/>
        <w:t>Щось поглибшало. Зболіло. Сіллю випало на дно.&lt;br /&gt;</w:t>
        <w:br/>
        <w:t>Десь далеко за безжур'ям диха сивиною ніч.</w:t>
      </w:r>
    </w:p>
    <w:p>
      <w:r>
        <w:br/>
        <w:t>"Слухай, батьку,— він доросло доторкнувсь мого плеча.&lt;br /&gt;</w:t>
        <w:br/>
        <w:t>Якось зовсім по-новому подививсь мені в лице.-&lt;br /&gt;</w:t>
        <w:br/>
        <w:t>Чуєш, тату, до сьогодні я цього не помічав:&lt;br /&gt;</w:t>
        <w:br/>
        <w:t>Як же ми з тобою... схожі!&lt;br /&gt;</w:t>
        <w:br/>
        <w:t>Дерево і... деревце.-&lt;br /&gt;</w:t>
        <w:br/>
        <w:t>Пальцями торкнувсь волосся:&lt;br /&gt;</w:t>
        <w:br/>
        <w:t>— Бач, а в тебе... сивина.&lt;br /&gt;</w:t>
        <w:br/>
        <w:t>Як я довго йшов до тебе, заблукавши десь... колись.&lt;br /&gt;</w:t>
        <w:br/>
        <w:t>Крізь бездумність та байдужість,&lt;br /&gt;</w:t>
        <w:br/>
        <w:t>через перший гріх вина.&lt;br /&gt;</w:t>
        <w:br/>
        <w:t>Аж на день твоїх народин в... Крагуєваці зійшлись.</w:t>
      </w:r>
    </w:p>
    <w:p>
      <w:r>
        <w:br/>
        <w:t>Не тремти: я не зломлюся. Бачиш, я пішов у ріст.&lt;br /&gt;</w:t>
        <w:br/>
        <w:t>Не стели мені солому на мульКий і гострий брук.&lt;br /&gt;</w:t>
        <w:br/>
        <w:t>Дай мені самому з болем упізнати болю зміст.&lt;br /&gt;</w:t>
        <w:br/>
        <w:t>Ти не бійсь мене впустити у всесвітній вічний круг.</w:t>
      </w:r>
    </w:p>
    <w:p>
      <w:r>
        <w:br/>
        <w:t>Хай ударить в крила вітер. Хай мороз мене січе.&lt;br /&gt;</w:t>
        <w:br/>
        <w:t>Хай відчую, як у жилах кров твоя в мені тече.&lt;br /&gt;</w:t>
        <w:br/>
        <w:t>Не спіши мене од бурі затулять своїм плечем:&lt;br /&gt;</w:t>
        <w:br/>
        <w:t>маю ж я колись&lt;br /&gt;</w:t>
        <w:br/>
        <w:t>майбутнє&lt;br /&gt;</w:t>
        <w:br/>
        <w:t>взяти на своє плече!</w:t>
      </w:r>
    </w:p>
    <w:p>
      <w:r>
        <w:br/>
        <w:t>Я тебе сьогодні вперше так побачив... аж болить.&lt;br /&gt;</w:t>
        <w:br/>
        <w:t>Я себе сьогодні вперше по-новому пізнаю.&lt;br /&gt;</w:t>
        <w:br/>
        <w:t>Щось мені під серцем, батьку, так пронизливо дзвенить!&lt;br /&gt;</w:t>
        <w:br/>
        <w:t>Чи не я то триста першим... в Крагуєваці стою?"</w:t>
      </w:r>
    </w:p>
    <w:p>
      <w:r>
        <w:br/>
        <w:t>"Не треба, сину. Я не хотів цього. Мені страшно".</w:t>
      </w:r>
    </w:p>
    <w:p>
      <w:r>
        <w:br/>
        <w:t>"Не бійся: то пам'ять стає при свічі.&lt;br /&gt;</w:t>
        <w:br/>
        <w:t>Ти чуєш, як скиглять зловісне сичі?&lt;br /&gt;</w:t>
        <w:br/>
        <w:t>Цей шерхіт... цей шелест надламаних крил...&lt;br /&gt;</w:t>
        <w:br/>
        <w:t>То книги печально ростуть із могил.</w:t>
      </w:r>
    </w:p>
    <w:p>
      <w:r>
        <w:br/>
        <w:t>Поранений Гете схилився, як віть:&lt;br /&gt;</w:t>
        <w:br/>
        <w:t>"'Wer reitet so spat dursch Nacht und Wind?"*&lt;br /&gt;</w:t>
        <w:br/>
        <w:t>І Шіллер, вжахнувшись, кричить віддаля:&lt;br /&gt;</w:t>
        <w:br/>
        <w:t>"То Кеніг підняв на багнет немовля!&lt;br /&gt;</w:t>
        <w:br/>
        <w:t>О, де ж ми з тобою, Вольфгангу, були,&lt;br /&gt;</w:t>
        <w:br/>
        <w:t>як націю нашу... на розстріл вели?!&lt;br /&gt;</w:t>
        <w:br/>
        <w:t>Він, може, й простить нас, невичерпний світ,&lt;br /&gt;</w:t>
        <w:br/>
        <w:t>та пам'ять, Вольфганг... чи вона ж вам простить?"</w:t>
      </w:r>
    </w:p>
    <w:p>
      <w:r>
        <w:br/>
        <w:t>Ворушиться грунт... розверзається грунт!&lt;br /&gt;</w:t>
        <w:br/>
        <w:t>То триста з дев'ятого круга встають.</w:t>
      </w:r>
    </w:p>
    <w:p>
      <w:r>
        <w:br/>
        <w:t>(Поховали без оркестрів.&lt;br /&gt;</w:t>
        <w:br/>
        <w:t>Пульс востаннє дзьобом — тук...&lt;br /&gt;</w:t>
        <w:br/>
        <w:t>Ах, маестро. О маестро!&lt;br /&gt;</w:t>
        <w:br/>
        <w:t>Та маестр-ро, дайте ж звук!!!</w:t>
      </w:r>
    </w:p>
    <w:p>
      <w:r>
        <w:br/>
        <w:t>Вдарте, оркестри,&lt;br /&gt;</w:t>
        <w:br/>
        <w:t>щоб крига на полюсі трісла,&lt;br /&gt;</w:t>
        <w:br/>
        <w:t>громом страшним сколихніть в праоснові цей світ,&lt;br /&gt;</w:t>
        <w:br/>
        <w:t>щоби ожив і сльозою людською умився&lt;br /&gt;</w:t>
        <w:br/>
        <w:t>меморіальне холодний лабрадорит!</w:t>
      </w:r>
    </w:p>
    <w:p>
      <w:r>
        <w:br/>
        <w:t>Вбиті в Обухівці **,&lt;br /&gt;</w:t>
        <w:br/>
        <w:t>спалені люто в Капріві ***,&lt;br /&gt;</w:t>
        <w:br/>
        <w:t>мертві з Хатині й Сонгмі,&lt;br /&gt;</w:t>
        <w:br/>
        <w:t>із кривавих усюд,&lt;br /&gt;</w:t>
        <w:br/>
        <w:t>Встаньте із праху&lt;br /&gt;</w:t>
        <w:br/>
        <w:t>в святому і праведнім гніві&lt;br /&gt;</w:t>
        <w:br/>
        <w:t>на всепланетний суд!&lt;br /&gt;</w:t>
        <w:br/>
        <w:t>_______________&lt;br /&gt;</w:t>
        <w:br/>
        <w:t>* Перший .рядок з балади Гете "Лісовий цар".&lt;br /&gt;</w:t>
        <w:br/>
        <w:t>** Обухівка — село на Полтавщині, що в роки війни зазнало трагічної долі Лідіце.&lt;br /&gt;</w:t>
        <w:br/>
        <w:t>*** Капріві — село в Намібії, разом з мешканцями спалене південноафриканськими расистами.</w:t>
      </w:r>
    </w:p>
    <w:p>
      <w:r>
        <w:br/>
        <w:t>Полеглі зітхнули: "Ми звершили суд.&lt;br /&gt;</w:t>
        <w:br/>
        <w:t>Ви краще живим не давайте заснуть").</w:t>
      </w:r>
    </w:p>
    <w:p>
      <w:r>
        <w:br/>
        <w:t>А триста грядуть на рокований пруг.&lt;br /&gt;</w:t>
        <w:br/>
        <w:t>І я з ними входжу у вічності круг.&lt;br /&gt;</w:t>
        <w:br/>
        <w:t>Учитель підняв, наче долю, дзвінок:&lt;br /&gt;</w:t>
        <w:br/>
        <w:t>"Народи! Нас пам'ять зове на урок!"</w:t>
      </w:r>
    </w:p>
    <w:p>
      <w:r>
        <w:br/>
        <w:t>Директор із учнями входить в граніт,&lt;br /&gt;</w:t>
        <w:br/>
        <w:t>І я серед них о шістнадцяти літ.&lt;br /&gt;</w:t>
        <w:br/>
        <w:t>І все, як тоді... Навіть глина руда".</w:t>
      </w:r>
    </w:p>
    <w:p>
      <w:r>
        <w:br/>
        <w:t>"О сину, отямся — то ж лист опада".</w:t>
      </w:r>
    </w:p>
    <w:p>
      <w:r>
        <w:br/>
        <w:t>"І Кеніг курок ошаліло натис,&lt;br /&gt;</w:t>
        <w:br/>
        <w:t>та вмер автомат, бо закінчився диск&lt;br /&gt;</w:t>
        <w:br/>
        <w:t>у ніч, коли, зсунувши смерть на живіт,&lt;br /&gt;</w:t>
        <w:br/>
        <w:t>стріляв у дітей, поціляючи світ.&lt;br /&gt;</w:t>
        <w:br/>
        <w:t>А пам'ять гримить мені в скроні,&lt;br /&gt;</w:t>
        <w:br/>
        <w:t>як ртуть;&lt;br /&gt;</w:t>
        <w:br/>
        <w:t>"Ти владен простити, але — не забуть&lt;br /&gt;</w:t>
        <w:br/>
        <w:t>записаний юною кров'ю урок:&lt;br /&gt;</w:t>
        <w:br/>
        <w:t>з останнього кроку їх — перший твій&lt;br /&gt;</w:t>
        <w:br/>
        <w:t>крок.</w:t>
      </w:r>
    </w:p>
    <w:p>
      <w:r>
        <w:br/>
        <w:t>То правда свята,— ти даєш собі звіт,-&lt;br /&gt;</w:t>
        <w:br/>
        <w:t>що діти впадуть, а стоятиме світ,&lt;br /&gt;</w:t>
        <w:br/>
        <w:t>та маєш відчути плечем терезів,&lt;br /&gt;</w:t>
        <w:br/>
        <w:t>що світ цей поважчав у триста разів.&lt;br /&gt;</w:t>
        <w:br/>
        <w:t>Хай Кеніг своє відстріляв того дня,&lt;br /&gt;</w:t>
        <w:br/>
        <w:t>а що, коли хтось йому диск поміня?"</w:t>
      </w:r>
    </w:p>
    <w:p>
      <w:r>
        <w:br/>
        <w:t>"Все у цьому світі, сину,&lt;br /&gt;</w:t>
        <w:br/>
        <w:t>тонко з'єднане у сутнім.&lt;br /&gt;</w:t>
        <w:br/>
        <w:t>Все в гармонії нещадній&lt;br /&gt;</w:t>
        <w:br/>
        <w:t>вічний колобіг вершить.&lt;br /&gt;</w:t>
        <w:br/>
        <w:t>Коли Кеніг у Сантьяго&lt;br /&gt;</w:t>
        <w:br/>
        <w:t>диск новий вганяє люто,&lt;br /&gt;</w:t>
        <w:br/>
        <w:t>то в Обухівці й Хатині&lt;br /&gt;</w:t>
        <w:br/>
        <w:t>мертвим і живим болить".</w:t>
      </w:r>
    </w:p>
    <w:p>
      <w:r>
        <w:br/>
        <w:t>"Все на цій планеті, батьку,&lt;br /&gt;</w:t>
        <w:br/>
        <w:t>жорстко з'єднане у суті!&lt;br /&gt;</w:t>
        <w:br/>
        <w:t>Куля виліта осою&lt;br /&gt;</w:t>
        <w:br/>
        <w:t>з пальця правої руки.&lt;br /&gt;</w:t>
        <w:br/>
        <w:t>І коли "фантом" на джунглі&lt;br /&gt;</w:t>
        <w:br/>
        <w:t>у піке заходить круто,&lt;br /&gt;</w:t>
        <w:br/>
        <w:t>то у нас, як в сорок першім,&lt;br /&gt;</w:t>
        <w:br/>
        <w:t>у хатах летять шибки.</w:t>
      </w:r>
    </w:p>
    <w:p>
      <w:r>
        <w:br/>
        <w:t>Гримить мені пам'ять у серце, як ртуть:&lt;br /&gt;</w:t>
        <w:br/>
        <w:t>"Ти владен простити, але — не забуть".&lt;br /&gt;</w:t>
        <w:br/>
        <w:t>Беру, як меча, твою пам'ять до рук,&lt;br /&gt;</w:t>
        <w:br/>
        <w:t>щоб зло не прокралось у вічності круг.</w:t>
      </w:r>
    </w:p>
    <w:p>
      <w:r>
        <w:br/>
        <w:t>Спасибі, мій тату, тобі за урок..."&lt;br /&gt;</w:t>
        <w:br/>
        <w:t>"Спасибі, мій сину, тобі за урок.&lt;br /&gt;</w:t>
        <w:br/>
        <w:t>Я чую крізь плин, як останній мій крок&lt;br /&gt;</w:t>
        <w:br/>
        <w:t>ввіходить у перший твій крок".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