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Упадок века</w:t>
      </w:r>
    </w:p>
    <w:p>
      <w:r>
        <w:br/>
        <w:t xml:space="preserve"> &lt;blockquote&gt;Печально я гляжу на наше поколенье.&lt;br /&gt;</w:t>
        <w:br/>
        <w:t>Лермонтов&lt;br /&gt;</w:t>
        <w:br/>
        <w:t>&lt;/blockquote&gt;&lt;br /&gt;</w:t>
        <w:br/>
        <w:t>Як подивлюсь на хист теперішніх людців,&lt;br /&gt;</w:t>
        <w:br/>
        <w:t>На витребеньки їх... Та що з ними мороки!..&lt;br /&gt;</w:t>
        <w:br/>
        <w:t>То, далебі, дрючок отак би і вхопив,&lt;br /&gt;</w:t>
        <w:br/>
        <w:t>Та й ну їх лупцьовать, замірків, на всі боки!&lt;br /&gt;</w:t>
        <w:br/>
        <w:t>Яка пожива з їх?.. Як з цапа молока!..&lt;br /&gt;</w:t>
        <w:br/>
        <w:t>Учора — байдики, сьогодні — перелоги;&lt;br /&gt;</w:t>
        <w:br/>
        <w:t>Косить — живіт болить, жать — спека, бач, така,&lt;br /&gt;</w:t>
        <w:br/>
        <w:t>До церкви — ніс набряк, попухли литки й ноги!&lt;br /&gt;</w:t>
        <w:br/>
        <w:t>І кат їх батька зна, над чим таким важким&lt;br /&gt;</w:t>
        <w:br/>
        <w:t>Дихтовні животи вони понадривали?&lt;br /&gt;</w:t>
        <w:br/>
        <w:t>Сказать би, не в примір, приміром би таким,&lt;br /&gt;</w:t>
        <w:br/>
        <w:t>Що над горілкою — так ні! не коштували.&lt;br /&gt;</w:t>
        <w:br/>
        <w:t>Та й де їм, вишкваркам, горілку ту круглять,&lt;br /&gt;</w:t>
        <w:br/>
        <w:t>Як їх батьки колись та їх діди кругляли!..&lt;br /&gt;</w:t>
        <w:br/>
        <w:t>Не вспіють квартою в ротах пополоскать,-&lt;br /&gt;</w:t>
        <w:br/>
        <w:t>Вже й по-індичому в шинку заґерґотали!&lt;br /&gt;</w:t>
        <w:br/>
        <w:t>З похмілля нудяться, їдять за горобця,&lt;br /&gt;</w:t>
        <w:br/>
        <w:t>Об Семені дрижать, об Петрі — зранку мліють,&lt;br /&gt;</w:t>
        <w:br/>
        <w:t>А схопить трясця: "Гвалт!.. покличте панотця —&lt;br /&gt;</w:t>
        <w:br/>
        <w:t>Хай сповіда!.." Притьмом конають і дубіють!&lt;br /&gt;</w:t>
        <w:br/>
        <w:t>Та й без пропасниці — не скілько з їх добра,&lt;br /&gt;</w:t>
        <w:br/>
        <w:t>І кращих не в примір кладуть у домовині!&lt;br /&gt;</w:t>
        <w:br/>
        <w:t>Худобоньки — дасть біг!., ні хати, ні двора,&lt;br /&gt;</w:t>
        <w:br/>
        <w:t>В Великдень — без штанів, в різдво — в старій свитині!&lt;br /&gt;</w:t>
        <w:br/>
        <w:t>Та ще й яка на їх одежина стирчить!..&lt;br /&gt;</w:t>
        <w:br/>
        <w:t>Як звізди на небі — на латці латка сяє;&lt;br /&gt;</w:t>
        <w:br/>
        <w:t>Сорочка — решето, очкур пірнув в живіт,&lt;br /&gt;</w:t>
        <w:br/>
        <w:t>Манаття з-під матні, мов злодій, виглядає.&lt;br /&gt;</w:t>
        <w:br/>
        <w:t>І що за пляшкою придбали їх батьки,-&lt;br /&gt;</w:t>
        <w:br/>
        <w:t>Вони потверезу протринькали і натще;&lt;br /&gt;</w:t>
        <w:br/>
        <w:t>Не з'їли, не спили, та все, небораки,&lt;br /&gt;</w:t>
        <w:br/>
        <w:t>На хмари дивлячись, здихають важче й важче!&lt;br /&gt;</w:t>
        <w:br/>
        <w:t>Ледачий з їх москаль та й миршавий козак!&lt;br /&gt;</w:t>
        <w:br/>
        <w:t>Чи трапиться стрілять...— пшик порох на пановці!..&lt;br /&gt;</w:t>
        <w:br/>
        <w:t>Уже й злякалися! беркиць... об землю ряк!&lt;br /&gt;</w:t>
        <w:br/>
        <w:t>"Хто в бога вірує,— кричать,— рятуйте, хлопці!"&lt;br /&gt;</w:t>
        <w:br/>
        <w:t>І все обридло їм, і все їм не в користь;&lt;br /&gt;</w:t>
        <w:br/>
        <w:t>Тут не вередить їм, а там друге завадить;&lt;br /&gt;</w:t>
        <w:br/>
        <w:t>Полизкають борщу, ковтнуть галушок з шість,-&lt;br /&gt;</w:t>
        <w:br/>
        <w:t>Уже й кородяться, що й бабка не порадить.&lt;br /&gt;</w:t>
        <w:br/>
        <w:t>І марно як жили, так марно і помруть,&lt;br /&gt;</w:t>
        <w:br/>
        <w:t>Як ті на яблуні червиві скороспілки,&lt;br /&gt;</w:t>
        <w:br/>
        <w:t>Що рано відцвіли та рано й опадуть,&lt;br /&gt;</w:t>
        <w:br/>
        <w:t>Ніхто по їх душі та й не лизне горілки!&lt;br /&gt;</w:t>
        <w:br/>
        <w:t>І років через сто на цвинтар прийде внук,&lt;br /&gt;</w:t>
        <w:br/>
        <w:t>Де грішні кості їх в одну копицю сперли,&lt;br /&gt;</w:t>
        <w:br/>
        <w:t>Поверне череп їх, та в лоб ногою стук,&lt;br /&gt;</w:t>
        <w:br/>
        <w:t>Та й скаже: "Як жили, так дурнями і вмерли!"&lt;br /&gt;</w:t>
        <w:br/>
        <w:t>24 марта 1856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Упадок века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