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Улюблена лялька</w:t>
      </w:r>
    </w:p>
    <w:p>
      <w:r>
        <w:br/>
        <w:t xml:space="preserve"> &lt;p&gt;Серед звичайних, невеликих ляльок — одна була моя найулюбленіша.</w:t>
      </w:r>
    </w:p>
    <w:p>
      <w:r>
        <w:br/>
        <w:t>Звали її Тася,— як і мене.</w:t>
      </w:r>
    </w:p>
    <w:p>
      <w:r>
        <w:br/>
        <w:t>Вона була в нас дуже давно й багато вже лиха зазнала в своєму житті: ступні на обох ногах в неї були відбиті, голова проламана — посеред лоба дірка. Доводилося голову хусточкою запинати, щоб не видно було. А все ж таки я люблю її найдужче.</w:t>
      </w:r>
    </w:p>
    <w:p>
      <w:r>
        <w:br/>
        <w:t>От настала весна, й ми зібралися їхати на дачу.</w:t>
      </w:r>
    </w:p>
    <w:p>
      <w:r>
        <w:br/>
        <w:t>Мама укладала в чемодани все, що треба взяти с собою,— одежу, білизну, посуд.</w:t>
      </w:r>
    </w:p>
    <w:p>
      <w:r>
        <w:br/>
        <w:t>Ну, та й іграшки також.</w:t>
      </w:r>
    </w:p>
    <w:p>
      <w:r>
        <w:br/>
        <w:t>Одягла я свою Тасю як слід: гарне плаття, пальто, панчішки й черевички на обламані ніжки, капелюшок на пробиту голівку... І понесла до мами, щоб теж покласти в чемодан.</w:t>
      </w:r>
    </w:p>
    <w:p>
      <w:r>
        <w:br/>
        <w:t>— Ні,— сказала мама,— навіщо брати з собою старий мотлох? Цю ляльку ми не візьмемо.</w:t>
      </w:r>
    </w:p>
    <w:p>
      <w:r>
        <w:br/>
        <w:t>Я похнюпилася, сіла в куток і стала думати.</w:t>
      </w:r>
    </w:p>
    <w:p>
      <w:r>
        <w:br/>
        <w:t>Бідна моя Тася! Як же вона залишиться сама в місті, в спустілій квартирі?.. Я гулятиму собі в садку, збиратиму ягоди й гриби в лісі, гратимусь на піщаному березі озера, а вона тут буде сумувати й плакати невидимими нікому сльозами... І докоряти мені за те, що я її покинула... Ні, це неможливо! Треба щось зробити...</w:t>
      </w:r>
    </w:p>
    <w:p>
      <w:r>
        <w:br/>
        <w:t>І от вранці, коли нас повдягали й звеліли виходити з дому, щоб їхати на вокзал, я нишком прослизнула в дитячу кімнату.</w:t>
      </w:r>
    </w:p>
    <w:p>
      <w:r>
        <w:br/>
        <w:t>Тася зовсім напоготові, зодягнена по-дорожньому, сиділа в куточку. Я швидко схопила її й сунула собі під пальто.</w:t>
      </w:r>
    </w:p>
    <w:p>
      <w:r>
        <w:br/>
        <w:t>Ніхто не побачив...</w:t>
      </w:r>
    </w:p>
    <w:p>
      <w:r>
        <w:br/>
        <w:t>Коло під'їзду вже стояли візники.</w:t>
      </w:r>
    </w:p>
    <w:p>
      <w:r>
        <w:br/>
        <w:t>— Сідай скоріше, Тасю, чого ти забарилася? — каже мама.</w:t>
      </w:r>
    </w:p>
    <w:p>
      <w:r>
        <w:br/>
        <w:t>Я обережно,— щоб лялька не випала з-під пальта,— влізла в бричку.</w:t>
      </w:r>
    </w:p>
    <w:p>
      <w:r>
        <w:br/>
        <w:t>От і вокзал.</w:t>
      </w:r>
    </w:p>
    <w:p>
      <w:r>
        <w:br/>
        <w:t>— Беріться за руки, діти, беріться за руки! — клопоталася мама. Вона боялася, щоб ми не розгубилися у вокзальній юрбі.</w:t>
      </w:r>
    </w:p>
    <w:p>
      <w:r>
        <w:br/>
        <w:t>Я миттю примостилася так, щоб стати скраю: в мене ж одна рука була зайнята — тримала ляльку крізь пальто...</w:t>
      </w:r>
    </w:p>
    <w:p>
      <w:r>
        <w:br/>
        <w:t>Зараз подадуть поїзд...</w:t>
      </w:r>
    </w:p>
    <w:p>
      <w:r>
        <w:br/>
        <w:t>Тут я повинна розповісти, яка я була боягузка: я страшенно боялася паровозів. Коли підходив паровоз, пихкав, сичав і гудів, я з жахом заплющувала очі і ховалася за чиюсь спину. Аля потім сміялася з мене й казала:</w:t>
      </w:r>
    </w:p>
    <w:p>
      <w:r>
        <w:br/>
        <w:t>— А ти й не бачила, не бачила! На паровозі сидів верхи машиніст і підганяв батіжком!</w:t>
      </w:r>
    </w:p>
    <w:p>
      <w:r>
        <w:br/>
        <w:t>І я вірила, що не й справді так було.</w:t>
      </w:r>
    </w:p>
    <w:p>
      <w:r>
        <w:br/>
        <w:t>...Та от нарешті поїзд спинився, грюкнули вагони, й ми стали залазити. Всі почали розміщуватися на лавках, скидати пальта, прощатися з батьком, який, провівши нас, мав іти на роботу. А я забилася в куток і боялася зняти пальто: що. як побачать мою Тасю й батько забере її назад, у порожню квартиру?..</w:t>
      </w:r>
    </w:p>
    <w:p>
      <w:r>
        <w:br/>
        <w:t>І тільки тоді, коли поїзд рушив, батько залишився на пероні й всі стали махати йому руками й гукати "до побачення!", я гордо витягла з-під пальта свою любу ляльку!..</w:t>
      </w:r>
    </w:p>
    <w:p>
      <w:r>
        <w:br/>
        <w:t>Мама не розсердилася. Вона тільки здивувалася, засміялася й сказала:</w:t>
      </w:r>
    </w:p>
    <w:p>
      <w:r>
        <w:br/>
        <w:t>— Ну що ж, це непогано, що ти так любиш своїх давніх Друзів!</w:t>
      </w:r>
    </w:p>
    <w:p>
      <w:r>
        <w:br/>
        <w:t>Отака була подія з моєю улюбленою лялькою.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Улюблена лялька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