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Українські птахи в українському краєвиді</w:t>
      </w:r>
    </w:p>
    <w:p>
      <w:r>
        <w:br/>
        <w:t xml:space="preserve"> УКРАЇНСЬКІ ПТАХИ В УКРАЇНСЬКОМУ КРАЄВИДІ&lt;br /&gt;</w:t>
        <w:br/>
        <w:t>1994-2002</w:t>
      </w:r>
    </w:p>
    <w:p>
      <w:r>
        <w:br/>
        <w:t>ВИВІЛЬГА:&lt;br /&gt;</w:t>
        <w:br/>
        <w:t>ПТАХ, ЯКИЙ МАЄ ДОЩОВИЙ ГОЛОС</w:t>
      </w:r>
    </w:p>
    <w:p>
      <w:r>
        <w:br/>
        <w:t>Вивільго, ВИВІЛЬГО,&lt;br /&gt;</w:t>
        <w:br/>
        <w:t>ти — жовта пташка,&lt;br /&gt;</w:t>
        <w:br/>
        <w:t>ти —найжовтіша пташка серед усіх жовтих пташок,&lt;br /&gt;</w:t>
        <w:br/>
        <w:t>як побачиш тебе на дереві, то наче прогляне&lt;br /&gt;</w:t>
        <w:br/>
        <w:t>сонечко золотим сяєвом крізь гілки, а тому&lt;br /&gt;</w:t>
        <w:br/>
        <w:t>ти — і злотий птах, і жовтобрюх, і жовтогуз,&lt;br /&gt;</w:t>
        <w:br/>
        <w:t>ти — і жовтий дрозд, і жовна, і жовна,&lt;br /&gt;</w:t>
        <w:br/>
        <w:t>ти — жовта пташка,&lt;br /&gt;</w:t>
        <w:br/>
        <w:t>але, коли ти сидиш, згорнувши крила,&lt;br /&gt;</w:t>
        <w:br/>
        <w:t>то чорні махові пера у твоїх крилах&lt;br /&gt;</w:t>
        <w:br/>
        <w:t>добре помітні на жовтому тлі забарвлення твого тіла&lt;br /&gt;</w:t>
        <w:br/>
        <w:t>і лежать на твоїй шині, наче коси, тому&lt;br /&gt;</w:t>
        <w:br/>
        <w:t>ти іще маєш ім'я коса;&lt;br /&gt;</w:t>
        <w:br/>
        <w:t>ти любиш лічити ягоди на черешні — вишні птичій,&lt;br /&gt;</w:t>
        <w:br/>
        <w:t>але лічиш у притаманний лише тобі спосіб:&lt;br /&gt;</w:t>
        <w:br/>
        <w:t>яку ягоду порахуєш — ягода із дерева зникає,&lt;br /&gt;</w:t>
        <w:br/>
        <w:t>поки всі перелічиш — жодної не лишиться,&lt;br /&gt;</w:t>
        <w:br/>
        <w:t>ти — і череиіоїд, і черешенник,&lt;br /&gt;</w:t>
        <w:br/>
        <w:t>а через те, що ягоди ти лічиш дзьобом,&lt;br /&gt;</w:t>
        <w:br/>
        <w:t>то дзьоб у тебе завжди червоний від соку ягід.</w:t>
      </w:r>
    </w:p>
    <w:p>
      <w:r>
        <w:br/>
        <w:t>Вивільго, ВИВІЛЬГО,&lt;br /&gt;</w:t>
        <w:br/>
        <w:t>ти голосно виляскуєш своїми піснями між&lt;br /&gt;</w:t>
        <w:br/>
        <w:t>полудневих дерев, атому,&lt;br /&gt;</w:t>
        <w:br/>
        <w:t>що твій ляскіт пісенний у лісі, то&lt;br /&gt;</w:t>
        <w:br/>
        <w:t>ти — не ляскотуха, а ти — ліскотуіїха;&lt;br /&gt;</w:t>
        <w:br/>
        <w:t>ти висвистуєш свої пісні — ф'юкаєш, тож&lt;br /&gt;</w:t>
        <w:br/>
        <w:t>ти — ф'юкадло;&lt;br /&gt;</w:t>
        <w:br/>
        <w:t>ти завжди так гарно співаєш,&lt;br /&gt;</w:t>
        <w:br/>
        <w:t>але як налякаєшся чогось, то верещиш,&lt;br /&gt;</w:t>
        <w:br/>
        <w:t>ніби кішка, якій ненароком наступили на хвіст,&lt;br /&gt;</w:t>
        <w:br/>
        <w:t>а тому, що ти не в хаті живеш, то&lt;br /&gt;</w:t>
        <w:br/>
        <w:t>тебе називають дикою,&lt;br /&gt;</w:t>
        <w:br/>
        <w:t>ти — дика кішка.</w:t>
      </w:r>
    </w:p>
    <w:p>
      <w:r>
        <w:br/>
        <w:t>Вивільго, вивільго,&lt;br /&gt;</w:t>
        <w:br/>
        <w:t>ти маєш вологий голос, а тому&lt;br /&gt;</w:t>
        <w:br/>
        <w:t>ти — і вШвильга, і виїївільга, і вивожечка,&lt;br /&gt;</w:t>
        <w:br/>
        <w:t>ти — і викьга, і еильгаО, і ві'Ольга, і вШьженька,&lt;br /&gt;</w:t>
        <w:br/>
        <w:t>ти — і воловіга, і вольвіга, і вольга,&lt;br /&gt;</w:t>
        <w:br/>
        <w:t>та — і сірогіра, і суровіра,&lt;br /&gt;</w:t>
        <w:br/>
        <w:t>ти любиш мостити гніздо і на іві, і на вільсі,&lt;br /&gt;</w:t>
        <w:br/>
        <w:t>ти своїм голосом називаєш ці дерева,&lt;br /&gt;</w:t>
        <w:br/>
        <w:t>а тому маєш іще й отакі імена:&lt;br /&gt;</w:t>
        <w:br/>
        <w:t>ти — і іва, і иОвол, і ивола, і ивоОва, і їлова,&lt;br /&gt;</w:t>
        <w:br/>
        <w:t>ти — і иїїеиль, і ивіО/їь, і иву{ла,&lt;br /&gt;</w:t>
        <w:br/>
        <w:t>ти — і ишьга, і ивоїїлга, і іволга, і іволга,&lt;br /&gt;</w:t>
        <w:br/>
        <w:t>ти — і іволга, і гивига, і гивиля, і іОвуд,&lt;br /&gt;</w:t>
        <w:br/>
        <w:t>ти — і ігваО, і іглаО, і іговда, і єговда, і ігоОвна,&lt;br /&gt;</w:t>
        <w:br/>
        <w:t>ти — і ігола, і іголий, і іголийка.</w:t>
      </w:r>
    </w:p>
    <w:p>
      <w:r>
        <w:br/>
        <w:t>ВИВІЛЬГО, ВИВІЛЬГО,&lt;br /&gt;</w:t>
        <w:br/>
        <w:t>ТИ — не інша гарна пташка, яка називається омелюх,&lt;br /&gt;</w:t>
        <w:br/>
        <w:t>ти — омельга,&lt;br /&gt;</w:t>
        <w:br/>
        <w:t>ти співаєш, ніби уголос називаєш ім'я коханої дівчини,&lt;br /&gt;</w:t>
        <w:br/>
        <w:t>яке закоханий повсякчас вимовляє по думки на різні лади&lt;br /&gt;</w:t>
        <w:br/>
        <w:t>ти — і єОва, і євка, і єоник, і євша, і єволаО, і єлень;&lt;br /&gt;</w:t>
        <w:br/>
        <w:t>а іншому закоханому в твоїй пісні вчуваються&lt;br /&gt;</w:t>
        <w:br/>
        <w:t>звуки іншого коханого імені, тому&lt;br /&gt;</w:t>
        <w:br/>
        <w:t>ти — іще й зофіїїя;&lt;br /&gt;</w:t>
        <w:br/>
        <w:t>ти кожного дня нагадуєш усім нам, хто тебе чує,&lt;br /&gt;</w:t>
        <w:br/>
        <w:t>про молодицю з нашого села, яка овдовіла цього року,&lt;br /&gt;</w:t>
        <w:br/>
        <w:t>а тому, через голос твій, для нас&lt;br /&gt;</w:t>
        <w:br/>
        <w:t>ти — сивоядвиа</w:t>
      </w:r>
    </w:p>
    <w:p>
      <w:r>
        <w:br/>
        <w:t>Вивільго, ВИВІЛЬГО,&lt;br /&gt;</w:t>
        <w:br/>
        <w:t>ти всім, хто чує тебе, радиш придбати телігу,&lt;br /&gt;</w:t>
        <w:br/>
        <w:t>ти кажеш: "Купи телігу! Телігу", а тому&lt;br /&gt;</w:t>
        <w:br/>
        <w:t>ти — і купитилюго, і купителюжпик, і потеліжник,&lt;br /&gt;</w:t>
        <w:br/>
        <w:t>ти — і пітелюга, і шелюга, і филюга;&lt;br /&gt;</w:t>
        <w:br/>
        <w:t>ти побачила якось,&lt;br /&gt;</w:t>
        <w:br/>
        <w:t>як чоловік від олійниці ніс макуху,&lt;br /&gt;</w:t>
        <w:br/>
        <w:t>побачила макуху та й стала просити в чоловіка олії,&lt;br /&gt;</w:t>
        <w:br/>
        <w:t>помастити пір'яна грудях, щоб іще жовтіше блищало:&lt;br /&gt;</w:t>
        <w:br/>
        <w:t>"Дай олію! Дай олію", —післятого&lt;br /&gt;</w:t>
        <w:br/>
        <w:t>ти — і олійник, і оліяр, і оліярник,&lt;br /&gt;</w:t>
        <w:br/>
        <w:t>ніби ти виготовляєш чи продаєш олію;&lt;br /&gt;</w:t>
        <w:br/>
        <w:t>твої пісні декому нагадують звичну домашню сварку,&lt;br /&gt;</w:t>
        <w:br/>
        <w:t>ніби ти як співаєш, то до свого чоловіка промовляєш:&lt;br /&gt;</w:t>
        <w:br/>
        <w:t>"Який ти невковирний! Який ти невковирний!" —&lt;br /&gt;</w:t>
        <w:br/>
        <w:t>а тобі чоловік твій — вивільжич — на те відповідає:&lt;br /&gt;</w:t>
        <w:br/>
        <w:t>"Не твоє діло! Не твоє діло!",&lt;br /&gt;</w:t>
        <w:br/>
        <w:t>а діти, як захочуть почути твою пісню,&lt;br /&gt;</w:t>
        <w:br/>
        <w:t>то дражнять тебе такими словами.&lt;br /&gt;</w:t>
        <w:br/>
        <w:t>"Вивільго, вивільго,&lt;br /&gt;</w:t>
        <w:br/>
        <w:t>свиню ссала,&lt;br /&gt;</w:t>
        <w:br/>
        <w:t>порося вкрала!",&lt;br /&gt;</w:t>
        <w:br/>
        <w:t>а ти й справді на їхній голос відгукуєшся&lt;br /&gt;</w:t>
        <w:br/>
        <w:t>наче їм відповідаєш:&lt;br /&gt;</w:t>
        <w:br/>
        <w:t>"А ти кобилу! А ти кобилу!"</w:t>
      </w:r>
    </w:p>
    <w:p>
      <w:r>
        <w:br/>
        <w:t>Вивільго, вивільго,&lt;br /&gt;</w:t>
        <w:br/>
        <w:t>ти не гніздо в'єш, а високо на дереві —&lt;br /&gt;</w:t>
        <w:br/>
        <w:t>на крайній розвилці дерева —&lt;br /&gt;</w:t>
        <w:br/>
        <w:t>чіпляєш сплетену зі стебел трави колиску&lt;br /&gt;</w:t>
        <w:br/>
        <w:t>для діток своїх — вивільженяток.</w:t>
      </w:r>
    </w:p>
    <w:p>
      <w:r>
        <w:br/>
        <w:t>Вивільго, вивільго,&lt;br /&gt;</w:t>
        <w:br/>
        <w:t>ти співаєш і своєю милозвучною піснею&lt;br /&gt;</w:t>
        <w:br/>
        <w:t>можеш із самим соловейком позмагатися тому й кажуть:&lt;br /&gt;</w:t>
        <w:br/>
        <w:t>"Не прилетів соловейко, нехай вивільга за нього править!&lt;br /&gt;</w:t>
        <w:br/>
        <w:t>а колись, як батьки хотіли доньку потішити,&lt;br /&gt;</w:t>
        <w:br/>
        <w:t>бо до неї приходили сватати не від того,&lt;br /&gt;</w:t>
        <w:br/>
        <w:t>від кого вона очікувала сватів, а від шшого,&lt;br /&gt;</w:t>
        <w:br/>
        <w:t>і батьки радили доньці не відмовляти йому, то казали:&lt;br /&gt;</w:t>
        <w:br/>
        <w:t>Не прилетів соловейко, нехай вивільга за нього править!&lt;br /&gt;</w:t>
        <w:br/>
        <w:t>і донька розуміла, що в цих загадкових словах батьків&lt;br /&gt;</w:t>
        <w:br/>
        <w:t>соловейко, це той, кого дівчина сподівалася,&lt;br /&gt;</w:t>
        <w:br/>
        <w:t>але той не сватає,&lt;br /&gt;</w:t>
        <w:br/>
        <w:t>а ти, вивільго, це той, якого дівчина не сподівалася,&lt;br /&gt;</w:t>
        <w:br/>
        <w:t>але він сватає її,&lt;br /&gt;</w:t>
        <w:br/>
        <w:t>і хоч він 1 несподіваний, але такий же гарний,&lt;br /&gt;</w:t>
        <w:br/>
        <w:t>як і той, кого сподівалася:&lt;br /&gt;</w:t>
        <w:br/>
        <w:t>біле личко, чорний вус — як такому відмовити!</w:t>
      </w:r>
    </w:p>
    <w:p>
      <w:r>
        <w:br/>
        <w:t>Вивільго, вивільго,&lt;br /&gt;</w:t>
        <w:br/>
        <w:t>ми знаємо, що для того, щоб пішов дощ&lt;br /&gt;</w:t>
        <w:br/>
        <w:t>треба взяти в праву руку шматочок макухи.</w:t>
      </w:r>
    </w:p>
    <w:p>
      <w:r>
        <w:br/>
        <w:t>повернутися обличчям до лісу, де ти живеш,&lt;br /&gt;</w:t>
        <w:br/>
        <w:t>і промовити:&lt;br /&gt;</w:t>
        <w:br/>
        <w:t>"Вивільго, вивільго,&lt;br /&gt;</w:t>
        <w:br/>
        <w:t>ти співай, вимовляй усі свої вологі імена:&lt;br /&gt;</w:t>
        <w:br/>
        <w:t>і вивильга, і вивільга, і вивожечка,&lt;br /&gt;</w:t>
        <w:br/>
        <w:t>і вильга, і вильга, і вільга, і вільженька,&lt;br /&gt;</w:t>
        <w:br/>
        <w:t>і воловіга, і вольвіга, і вольга,&lt;br /&gt;</w:t>
        <w:br/>
        <w:t>і сірогіра, і суробіра —&lt;br /&gt;</w:t>
        <w:br/>
        <w:t>хай дощ у хмарі почує&lt;br /&gt;</w:t>
        <w:br/>
        <w:t>і до нас прийде,&lt;br /&gt;</w:t>
        <w:br/>
        <w:t>а я за те тобі дам олії,&lt;br /&gt;</w:t>
        <w:br/>
        <w:t>щоб було тобі чим помастити пір'я на грудях,&lt;br /&gt;</w:t>
        <w:br/>
        <w:t>щоб іще жовтіше блищало!&lt;br /&gt;</w:t>
        <w:br/>
        <w:t>Співай, вивільго,&lt;br /&gt;</w:t>
        <w:br/>
        <w:t>подавай дощовий голос,&lt;br /&gt;</w:t>
        <w:br/>
        <w:t>подавай дощ!"</w:t>
      </w:r>
    </w:p>
    <w:p>
      <w:r>
        <w:br/>
        <w:t>червень 1994</w:t>
      </w:r>
    </w:p>
    <w:p>
      <w:r>
        <w:br/>
        <w:t>ГОРЛИЦЯ:&lt;br /&gt;</w:t>
        <w:br/>
        <w:t>ПТАХ, ЯКИЙ ТЧЕ У ЛІСІ</w:t>
      </w:r>
    </w:p>
    <w:p>
      <w:r>
        <w:br/>
        <w:t>Горлице, горлице,&lt;br /&gt;</w:t>
        <w:br/>
        <w:t>ти живеш у лісі або у садку, але не на подвір'ї,&lt;br /&gt;</w:t>
        <w:br/>
        <w:t>ти — дикий голуб,&lt;br /&gt;</w:t>
        <w:br/>
        <w:t>ти голос свій подаєш, туркочеш,&lt;br /&gt;</w:t>
        <w:br/>
        <w:t>і своїм турканням себе називаєш:&lt;br /&gt;</w:t>
        <w:br/>
        <w:t>ти — і туПрковка, і тпуїїркавонька, і шуПркавочка, і туОркалка,&lt;br /&gt;</w:t>
        <w:br/>
        <w:t>ти — і гуркавка, і туркочка, і тукавка, і тутавка, і туНтайка,&lt;br /&gt;</w:t>
        <w:br/>
        <w:t>ти — і туторка, і туріючка, і тручка, і туіїркало, і туркач,&lt;br /&gt;</w:t>
        <w:br/>
        <w:t>ти — і туртош, і турок, і торонда, і торомба,&lt;br /&gt;</w:t>
        <w:br/>
        <w:t>ти маєш туркотливе горлечко,&lt;br /&gt;</w:t>
        <w:br/>
        <w:t>ти туркочеш,&lt;br /&gt;</w:t>
        <w:br/>
        <w:t>ти воркочеш,&lt;br /&gt;</w:t>
        <w:br/>
        <w:t>ти — туркотлива горличко — прочищаєш горлечко, тому&lt;br /&gt;</w:t>
        <w:br/>
        <w:t>ти — і гоОрлиця, і горлице, і горличка, і горлечок,&lt;br /&gt;</w:t>
        <w:br/>
        <w:t>ти — і оїїрлиця, і орличка, і орлик,&lt;br /&gt;</w:t>
        <w:br/>
        <w:t>ти так давно живеш поруч із моїм народом,&lt;br /&gt;</w:t>
        <w:br/>
        <w:t>із прачасів мій народ переніс до сьогоднішнього дня&lt;br /&gt;</w:t>
        <w:br/>
        <w:t>прадавнє праслово, щоб тебе називати:&lt;br /&gt;</w:t>
        <w:br/>
        <w:t>ти — і геіїлничка, і геїїпниця, і гиїї/іниця,&lt;br /&gt;</w:t>
        <w:br/>
        <w:t>а пташеня твоє, гилнице, гилніча,&lt;br /&gt;</w:t>
        <w:br/>
        <w:t>а пташенята твої, гилнице, гилнічата;&lt;br /&gt;</w:t>
        <w:br/>
        <w:t>ти якось заклалася із соловейком,&lt;br /&gt;</w:t>
        <w:br/>
        <w:t>хто раніше встане співати,&lt;br /&gt;</w:t>
        <w:br/>
        <w:t>соловейко встав удосвіта, а ти сиділа на дереві й спала,&lt;br /&gt;</w:t>
        <w:br/>
        <w:t>сонце вже й під снідання підбилося,&lt;br /&gt;</w:t>
        <w:br/>
        <w:t>а ти голосу ніякого не подала,&lt;br /&gt;</w:t>
        <w:br/>
        <w:t>аж поки селянин не приїхав сіяти та й сказав на воли:&lt;br /&gt;</w:t>
        <w:br/>
        <w:t>"Тпру-тпру!", — тоді й&lt;br /&gt;</w:t>
        <w:br/>
        <w:t>ти підхопилася та й собі загукала: 'Тпру-тпру!', —&lt;br /&gt;</w:t>
        <w:br/>
        <w:t>та й навчилася відтоді турчати, а тому&lt;br /&gt;</w:t>
        <w:br/>
        <w:t>ти — і прукавка, і прутпавка, і прутайка,&lt;br /&gt;</w:t>
        <w:br/>
        <w:t>ти — і птуковка, і птуНкач, і птукадч,&lt;br /&gt;</w:t>
        <w:br/>
        <w:t>а іще інакше ти називаєшся плужок.&lt;br /&gt;</w:t>
        <w:br/>
        <w:t>Горлице, горлице,&lt;br /&gt;</w:t>
        <w:br/>
        <w:t>ти тихенько воркуєш, як звичайна дівчина розмовляє,&lt;br /&gt;</w:t>
        <w:br/>
        <w:t>а у звичайної дівчини тиха розмова, як&lt;br /&gt;</w:t>
        <w:br/>
        <w:t>твоє воркування, тому й кажуть про таку дівчину:&lt;br /&gt;</w:t>
        <w:br/>
        <w:t>"Дівчина, як горлиця", —&lt;br /&gt;</w:t>
        <w:br/>
        <w:t>а молодицю, яка буває з такої дівчини, називають горличкою;&lt;br /&gt;</w:t>
        <w:br/>
        <w:t>ти турботливо в'єш своє гніздечко для своїх діток —&lt;br /&gt;</w:t>
        <w:br/>
        <w:t>горличеняток, а тому й старанність господині,&lt;br /&gt;</w:t>
        <w:br/>
        <w:t>у якої гарно поприбирано у хаті,&lt;br /&gt;</w:t>
        <w:br/>
        <w:t>порівнюють із твоєю турботливістю, кажуть:&lt;br /&gt;</w:t>
        <w:br/>
        <w:t>"Так окукобилась, мов та горличка";&lt;br /&gt;</w:t>
        <w:br/>
        <w:t>вередливих діток батьки сварять, уподібнюючи&lt;br /&gt;</w:t>
        <w:br/>
        <w:t>їхнє вередування до твого туркотіння, кажуть:&lt;br /&gt;</w:t>
        <w:br/>
        <w:t>"Попотурчи, туркоте!" — і дітки чемненько вгамовуються.</w:t>
      </w:r>
    </w:p>
    <w:p>
      <w:r>
        <w:br/>
        <w:t>Горлице, горлице,&lt;br /&gt;</w:t>
        <w:br/>
        <w:t>твоє гніздо, ніби й не гніздо, а лише основа з паличок,&lt;br /&gt;</w:t>
        <w:br/>
        <w:t>ти ніби не в'єш гніздо, а тчеш,&lt;br /&gt;</w:t>
        <w:br/>
        <w:t>і голос твій "тур-тур*&lt;br /&gt;</w:t>
        <w:br/>
        <w:t>нагадує стукіт ляди ткацького верстата, коли жінки тчуть,&lt;br /&gt;</w:t>
        <w:br/>
        <w:t>тому жінки навесні й прислухаються до твого воркування —&lt;br /&gt;</w:t>
        <w:br/>
        <w:t>як почують його вперше, то знають, шо&lt;br /&gt;</w:t>
        <w:br/>
        <w:t>ти розпочала своє ткання, отже і нам час сіяти коноплі,&lt;br /&gt;</w:t>
        <w:br/>
        <w:t>щоб була пряжа на основу для полотна.</w:t>
      </w:r>
    </w:p>
    <w:p>
      <w:r>
        <w:br/>
        <w:t>щоб і ми не забували ткати.&lt;br /&gt;</w:t>
        <w:br/>
        <w:t>Горлице, горлице,&lt;br /&gt;</w:t>
        <w:br/>
        <w:t>мости своє — туркавчине, горличчине — гніздечко у нашому садку,&lt;br /&gt;</w:t>
        <w:br/>
        <w:t>щоб ми чули, як ти своїм турканням себе називаєш,&lt;br /&gt;</w:t>
        <w:br/>
        <w:t>щоб ми чули, як ти прочищаєш горлечко,&lt;br /&gt;</w:t>
        <w:br/>
        <w:t>щоб ми не забували твого прадавнього імені,&lt;br /&gt;</w:t>
        <w:br/>
        <w:t>щоб ми знали, як ти іще й від людей навчилася свого голосу,&lt;br /&gt;</w:t>
        <w:br/>
        <w:t>щоб ми мали з ким порівнювати звичайну дівчину,&lt;br /&gt;</w:t>
        <w:br/>
        <w:t>щоб ми твоїм іменем називали своїх дружин,&lt;br /&gt;</w:t>
        <w:br/>
        <w:t>щоб ми твоїм іменем хвалили наших старанних господинь,&lt;br /&gt;</w:t>
        <w:br/>
        <w:t>щоб ми вередливих діток вгамовували, нагадуючи їм про тебе,&lt;br /&gt;</w:t>
        <w:br/>
        <w:t>а ми будемо знати турбуватися за своїх дітей,&lt;br /&gt;</w:t>
        <w:br/>
        <w:t>як ти за своїми турбуєшся!&lt;br /&gt;</w:t>
        <w:br/>
        <w:t>Прилітай до нашого садка,&lt;br /&gt;</w:t>
        <w:br/>
        <w:t>горлице, лісова ткале!</w:t>
      </w:r>
    </w:p>
    <w:p>
      <w:r>
        <w:br/>
        <w:t>червень 1994</w:t>
      </w:r>
    </w:p>
    <w:p>
      <w:r>
        <w:br/>
        <w:t>РАКША:&lt;br /&gt;</w:t>
        <w:br/>
        <w:t>ПТАХ, ЯКИЙ ЗАМИКАЄ ВИРІЙ</w:t>
      </w:r>
    </w:p>
    <w:p>
      <w:r>
        <w:br/>
        <w:t>Ракшо, ракшо,&lt;br /&gt;</w:t>
        <w:br/>
        <w:t>ти найперше своїм голосом,&lt;br /&gt;</w:t>
        <w:br/>
        <w:t>пронизливим крапанням "рак-рак-рак",&lt;br /&gt;</w:t>
        <w:br/>
        <w:t>називаєш своє ім'я атому&lt;br /&gt;</w:t>
        <w:br/>
        <w:t>ти —ракшаії.&lt;br /&gt;</w:t>
        <w:br/>
        <w:t>Ракшо, ракшо,&lt;br /&gt;</w:t>
        <w:br/>
        <w:t>ти — світлий птах,&lt;br /&gt;</w:t>
        <w:br/>
        <w:t>ти — сивий птах, тому&lt;br /&gt;</w:t>
        <w:br/>
        <w:t>та — і сивораїїкша, і сиводраїїкша, і сиводраїїка, і сиводраксХІга, і стодроіїха,&lt;br /&gt;</w:t>
        <w:br/>
        <w:t>ти — голосом подібна до воронки,&lt;br /&gt;</w:t>
        <w:br/>
        <w:t>але не темного кольору забарвлення твого пір'я,&lt;br /&gt;</w:t>
        <w:br/>
        <w:t>а світлого, сивого, тому,&lt;br /&gt;</w:t>
        <w:br/>
        <w:t>ти — і сшовороїїнка, і сивороїїнка, і джШоронок, і дзШорон, і шиїївера;&lt;br /&gt;</w:t>
        <w:br/>
        <w:t>ти — голосом подібна і до грака,&lt;br /&gt;</w:t>
        <w:br/>
        <w:t>але не темного кольору забарвлення твого пір'я,&lt;br /&gt;</w:t>
        <w:br/>
        <w:t>а світлого, сивого, тому&lt;br /&gt;</w:t>
        <w:br/>
        <w:t>ти — і сшограїїк, і сивограИй&lt;br /&gt;</w:t>
        <w:br/>
        <w:t>Ракшо, ракшо,&lt;br /&gt;</w:t>
        <w:br/>
        <w:t>ти — голосом подібна до воронки,&lt;br /&gt;</w:t>
        <w:br/>
        <w:t>але не чорного кольору забарвлення твого пір'я,&lt;br /&gt;</w:t>
        <w:br/>
        <w:t>а синього, тому&lt;br /&gt;</w:t>
        <w:br/>
        <w:t>ти — синьо$ороІнка&lt;br /&gt;</w:t>
        <w:br/>
        <w:t>(тебе намалював Пікассо блакитного періоду своєї творчості!);&lt;br /&gt;</w:t>
        <w:br/>
        <w:t>ти — синя птаха,&lt;br /&gt;</w:t>
        <w:br/>
        <w:t>ти — синя як сине море, птаха,&lt;br /&gt;</w:t>
        <w:br/>
        <w:t>ти найостаннішою за всіх перелітних птахів,&lt;br /&gt;</w:t>
        <w:br/>
        <w:t>які повертаються у наші краї із вирію,&lt;br /&gt;</w:t>
        <w:br/>
        <w:t>бачиш синє море (тоді воно особливо синє!);&lt;br /&gt;</w:t>
        <w:br/>
        <w:t>ти — голосом подібна до ворони,&lt;br /&gt;</w:t>
        <w:br/>
        <w:t>але не чорного кольору забарвлення твого пір'я&lt;br /&gt;</w:t>
        <w:br/>
        <w:t>а синього, як синє море, а тому&lt;br /&gt;</w:t>
        <w:br/>
        <w:t>ти — іще й вороіїна морська^&lt;br /&gt;</w:t>
        <w:br/>
        <w:t>Ракшо, ракшо,&lt;br /&gt;</w:t>
        <w:br/>
        <w:t>ти — світлий птах,&lt;br /&gt;</w:t>
        <w:br/>
        <w:t>ти — сивий птах,&lt;br /&gt;</w:t>
        <w:br/>
        <w:t>ти — синій птах,&lt;br /&gt;</w:t>
        <w:br/>
        <w:t>ти — найкрасивіший птах за всіх красивих птахів, тому&lt;br /&gt;</w:t>
        <w:br/>
        <w:t>ти — і країїска, і красоїїха;&lt;br /&gt;</w:t>
        <w:br/>
        <w:t>ти — голосом подібна до ворона,&lt;br /&gt;</w:t>
        <w:br/>
        <w:t>але не чорного кольору забарвлення твого пір'я, а синього,&lt;br /&gt;</w:t>
        <w:br/>
        <w:t>ти — найкрасивіший птах за всіх красивих птахів, тому&lt;br /&gt;</w:t>
        <w:br/>
        <w:t>ти — іще й крааЛворон.&lt;br /&gt;</w:t>
        <w:br/>
        <w:t>Ракшо, ракшо,&lt;br /&gt;</w:t>
        <w:br/>
        <w:t>ти уподобала найчастіше тихенько сидіти на високому місці&lt;br /&gt;</w:t>
        <w:br/>
        <w:t>на верхівці високого дерева, на сухій гілці,&lt;br /&gt;</w:t>
        <w:br/>
        <w:t>на стовпі або дротах лінії електропередач,&lt;br /&gt;</w:t>
        <w:br/>
        <w:t>та коли немає ні того, ні іншого,&lt;br /&gt;</w:t>
        <w:br/>
        <w:t>ти сідаєш на творені людьми присади для тебе —&lt;br /&gt;</w:t>
        <w:br/>
        <w:t>на копи снопів у полі,&lt;br /&gt;</w:t>
        <w:br/>
        <w:t>на копиці сіна у лузі, а тому&lt;br /&gt;</w:t>
        <w:br/>
        <w:t>ти — підкіїїпка,&lt;br /&gt;</w:t>
        <w:br/>
        <w:t>а по-іншому, запозичивши у сусідів словаків для тебе ім'я&lt;br /&gt;</w:t>
        <w:br/>
        <w:t>що означає те саме, тобто те, що ти любиш сідати&lt;br /&gt;</w:t>
        <w:br/>
        <w:t>на копи снопів у полі.</w:t>
      </w:r>
    </w:p>
    <w:p>
      <w:r>
        <w:br/>
        <w:t>на копиці сіна у лузі,&lt;br /&gt;</w:t>
        <w:br/>
        <w:t>ти — маІЇндельник.</w:t>
      </w:r>
    </w:p>
    <w:p>
      <w:r>
        <w:br/>
        <w:t>Ракшо, ракшо,&lt;br /&gt;</w:t>
        <w:br/>
        <w:t>ти найостаннішою за всіх перелітних птахів,&lt;br /&gt;</w:t>
        <w:br/>
        <w:t>які повертаються у наші краї із вирію,&lt;br /&gt;</w:t>
        <w:br/>
        <w:t>прилітаєш до нас,&lt;br /&gt;</w:t>
        <w:br/>
        <w:t>ти замикаєш вирій на все літо, тому&lt;br /&gt;</w:t>
        <w:br/>
        <w:t>ти — клюПчниця.</w:t>
      </w:r>
    </w:p>
    <w:p>
      <w:r>
        <w:br/>
        <w:t>Ракшо, ракшо,&lt;br /&gt;</w:t>
        <w:br/>
        <w:t>ти маєш особливий дух,&lt;br /&gt;</w:t>
        <w:br/>
        <w:t>а є такі люди, які нічого про тебе не знають&lt;br /&gt;</w:t>
        <w:br/>
        <w:t>(і не дізнаються, коли й доведеться їм тебе побачити),&lt;br /&gt;</w:t>
        <w:br/>
        <w:t>лише те, що ти незвичайно пахнеш,&lt;br /&gt;</w:t>
        <w:br/>
        <w:t>тому й кажуть вони людині, з якою лаються&lt;br /&gt;</w:t>
        <w:br/>
        <w:t>про яку так само нічого доброго не можуть сказати&lt;br /&gt;</w:t>
        <w:br/>
        <w:t>(навіть, коли б дізналися щось гарне про людину, то не сказали б),&lt;br /&gt;</w:t>
        <w:br/>
        <w:t>лише приклавши твій незвичайний запах: "Ракша ти вонюча!"</w:t>
      </w:r>
    </w:p>
    <w:p>
      <w:r>
        <w:br/>
        <w:t>Ракшо, ракшо,&lt;br /&gt;</w:t>
        <w:br/>
        <w:t>подавай свій голос,&lt;br /&gt;</w:t>
        <w:br/>
        <w:t>називай своїм голосом своє ім'я,&lt;br /&gt;</w:t>
        <w:br/>
        <w:t>будь світлим, сивим, птахом,&lt;br /&gt;</w:t>
        <w:br/>
        <w:t>будь голосом подібною до воронки,&lt;br /&gt;</w:t>
        <w:br/>
        <w:t>але світлого, сивого, кольору забарвлення твого пір'я&lt;br /&gt;</w:t>
        <w:br/>
        <w:t>будь голосом подібною і до грака,&lt;br /&gt;</w:t>
        <w:br/>
        <w:t>але світлого, сивого, кольору забарвлення твого пір'я,&lt;br /&gt;</w:t>
        <w:br/>
        <w:t>будь голосом подібною і до воронки,&lt;br /&gt;</w:t>
        <w:br/>
        <w:t>але синього кольору забарвлення твого пір'я&lt;br /&gt;</w:t>
        <w:br/>
        <w:t>прилітай до нас із-за синього моря&lt;br /&gt;</w:t>
        <w:br/>
        <w:t>щоб ми знали, яке воно море:&lt;br /&gt;</w:t>
        <w:br/>
        <w:t>море синє, як синього кольору забарвлення твого пір'я,&lt;br /&gt;</w:t>
        <w:br/>
        <w:t>будь найкрасивішим птахом серед усіх красивих птахів,&lt;br /&gt;</w:t>
        <w:br/>
        <w:t>будь голосом подібна до ворона,&lt;br /&gt;</w:t>
        <w:br/>
        <w:t>але синього кольору забарвлення твого пір'я&lt;br /&gt;</w:t>
        <w:br/>
        <w:t>сідай на високому місці,&lt;br /&gt;</w:t>
        <w:br/>
        <w:t>сиди тихенько і довго,&lt;br /&gt;</w:t>
        <w:br/>
        <w:t>щоб ми тебе здалеку бачили&lt;br /&gt;</w:t>
        <w:br/>
        <w:t>і добре роздивилися,&lt;br /&gt;</w:t>
        <w:br/>
        <w:t>сідай на творені людьми присади для тебе:&lt;br /&gt;</w:t>
        <w:br/>
        <w:t>на копи снопів у полі,&lt;br /&gt;</w:t>
        <w:br/>
        <w:t>на копиці сіна у лузі,&lt;br /&gt;</w:t>
        <w:br/>
        <w:t>пахни так, як ти пахнеш,&lt;br /&gt;</w:t>
        <w:br/>
        <w:t>щоб і ті люди знали про тебе,&lt;br /&gt;</w:t>
        <w:br/>
        <w:t>які нічого, крім твого запаху, не знають про тебе,&lt;br /&gt;</w:t>
        <w:br/>
        <w:t>прилітай найостаннішою із усіх перелітних птахів,&lt;br /&gt;</w:t>
        <w:br/>
        <w:t>які повертаються у наші краї із вирію,&lt;br /&gt;</w:t>
        <w:br/>
        <w:t>до нас в Україну —&lt;br /&gt;</w:t>
        <w:br/>
        <w:t>замикай, ключнице від вирію,&lt;br /&gt;</w:t>
        <w:br/>
        <w:t>золотими ключами вирій на усе літо,&lt;br /&gt;</w:t>
        <w:br/>
        <w:t>щоб був у нас на нашій землі рай —&lt;br /&gt;</w:t>
        <w:br/>
        <w:t>квітуче літо!</w:t>
      </w:r>
    </w:p>
    <w:p>
      <w:r>
        <w:br/>
        <w:t>липень 1994</w:t>
      </w:r>
    </w:p>
    <w:p>
      <w:r>
        <w:br/>
        <w:t>ГАЛКА:&lt;br /&gt;</w:t>
        <w:br/>
        <w:t>ПТАХ, ЯКИЙ МАЄ ЛЮДСЬКЕ ІМ'Я</w:t>
      </w:r>
    </w:p>
    <w:p>
      <w:r>
        <w:br/>
        <w:t>Галко, галко,&lt;br /&gt;</w:t>
        <w:br/>
        <w:t>ти голосом своїм,&lt;br /&gt;</w:t>
        <w:br/>
        <w:t>ти криком своїм, що подаєш при літанні,&lt;br /&gt;</w:t>
        <w:br/>
        <w:t>себе називаєш,&lt;br /&gt;</w:t>
        <w:br/>
        <w:t>ти кавкаєш, кіявкаєш, кавчиш, кіявчиш, киявчиш,&lt;br /&gt;</w:t>
        <w:br/>
        <w:t>ти вигукуєш 'кав-кав", тому&lt;br /&gt;</w:t>
        <w:br/>
        <w:t>ти — і коОва, і коОвка, і кавочка,&lt;br /&gt;</w:t>
        <w:br/>
        <w:t>ти — іще й цяПвка;&lt;br /&gt;</w:t>
        <w:br/>
        <w:t>декому інакше вчувається твій голос,&lt;br /&gt;</w:t>
        <w:br/>
        <w:t>твоє крамкання, твоє кранкання, тому&lt;br /&gt;</w:t>
        <w:br/>
        <w:t>ти — іще й країїнка.&lt;br /&gt;</w:t>
        <w:br/>
        <w:t>Галко, галко,&lt;br /&gt;</w:t>
        <w:br/>
        <w:t>ти — чорна птаха,&lt;br /&gt;</w:t>
        <w:br/>
        <w:t>ти — не найчорніша птаха серед інших чорних птахів, але&lt;br /&gt;</w:t>
        <w:br/>
        <w:t>ти — теж чорна птаха,&lt;br /&gt;</w:t>
        <w:br/>
        <w:t>ти — птаха чорнопірка:&lt;br /&gt;</w:t>
        <w:br/>
        <w:t>про тебе загадують на вечорницях загадку,&lt;br /&gt;</w:t>
        <w:br/>
        <w:t>де тебе порівнюють із будженицею,&lt;br /&gt;</w:t>
        <w:br/>
        <w:t>що коптиться у димнику, але&lt;br /&gt;</w:t>
        <w:br/>
        <w:t>ти — чорна не від диму, а такою вдалася —&lt;br /&gt;</w:t>
        <w:br/>
        <w:t>ти — чорна не чернячи;&lt;br /&gt;</w:t>
        <w:br/>
        <w:t>ти — чорна птаха, а тому тебе іще називають&lt;br /&gt;</w:t>
        <w:br/>
        <w:t>прадавнім праукраїнським прасловом,&lt;br /&gt;</w:t>
        <w:br/>
        <w:t>що означає чорний колір, тому&lt;br /&gt;</w:t>
        <w:br/>
        <w:t>ти — і гаїїпка, і гаОлиця, і гаОвка.</w:t>
      </w:r>
    </w:p>
    <w:p>
      <w:r>
        <w:br/>
        <w:t>Галко, галко,&lt;br /&gt;</w:t>
        <w:br/>
        <w:t>ти — чорна птаха,&lt;br /&gt;</w:t>
        <w:br/>
        <w:t>ти — чорна, але ж птаха,&lt;br /&gt;</w:t>
        <w:br/>
        <w:t>тож як хтось хоче сказати про щось чорне, то каже:&lt;br /&gt;</w:t>
        <w:br/>
        <w:t>"Чорне, як галка", — і вже чорне, не просто чорне,&lt;br /&gt;</w:t>
        <w:br/>
        <w:t>а таке чорне, що в синьому небі літає,&lt;br /&gt;</w:t>
        <w:br/>
        <w:t>таке чорне, що на зеленому дереві гніздо в'є.&lt;br /&gt;</w:t>
        <w:br/>
        <w:t>Галко, галко,&lt;br /&gt;</w:t>
        <w:br/>
        <w:t>ти свого гнізда не мостиш,&lt;br /&gt;</w:t>
        <w:br/>
        <w:t>ти своє гніздо в'єш, як вінок,&lt;br /&gt;</w:t>
        <w:br/>
        <w:t>щоб у твоєму, галчачому, гнізді, як у вінкові,&lt;br /&gt;</w:t>
        <w:br/>
        <w:t>затишно було діткам&lt;br /&gt;</w:t>
        <w:br/>
        <w:t>твоїм: галчатам, галченятам, галенятам.&lt;br /&gt;</w:t>
        <w:br/>
        <w:t>Галко, галко,&lt;br /&gt;</w:t>
        <w:br/>
        <w:t>ти у морозяні лютневі дні,&lt;br /&gt;</w:t>
        <w:br/>
        <w:t>коли сонце пригріває тільки в одну щоку,&lt;br /&gt;</w:t>
        <w:br/>
        <w:t>примічаємо — уже кружеляєш у повітрі веселіше,&lt;br /&gt;</w:t>
        <w:br/>
        <w:t>хоч ми й спостерігаємо віддавна:&lt;br /&gt;</w:t>
        <w:br/>
        <w:t>коли галич у повітрі шугає — на хуртовину,&lt;br /&gt;</w:t>
        <w:br/>
        <w:t>коли галиччя голосно кряче-на сніговицю;&lt;br /&gt;</w:t>
        <w:br/>
        <w:t>а влітку діди, побачивши ваше прикметне літання, кажуть&lt;br /&gt;</w:t>
        <w:br/>
        <w:t>"Галь зграями літає — на дощ".&lt;br /&gt;</w:t>
        <w:br/>
        <w:t>Галко, галко,&lt;br /&gt;</w:t>
        <w:br/>
        <w:t>ти і всі твої чорні родичі, ворони й граки,&lt;br /&gt;</w:t>
        <w:br/>
        <w:t>призвичаїлися літати зграями — чорними громадами,&lt;br /&gt;</w:t>
        <w:br/>
        <w:t>а раз у вас є така чорна громада,&lt;br /&gt;</w:t>
        <w:br/>
        <w:t>то, напевне, єй чорний громадський суд:&lt;br /&gt;</w:t>
        <w:br/>
        <w:t>судите ви своїх чорних співгромадян&lt;br /&gt;</w:t>
        <w:br/>
        <w:t>не за людською правдою, а за вашою чорною правдою,&lt;br /&gt;</w:t>
        <w:br/>
        <w:t>судите ви своїх чорних співгромадян&lt;br /&gt;</w:t>
        <w:br/>
        <w:t>не за переступи перед людською правдою,&lt;br /&gt;</w:t>
        <w:br/>
        <w:t>але перед вашою чорною правдою:&lt;br /&gt;</w:t>
        <w:br/>
        <w:t>того, хто не жив по вашій чорній правді,&lt;br /&gt;</w:t>
        <w:br/>
        <w:t>ви виганяєте зі своєї чорної громади —&lt;br /&gt;</w:t>
        <w:br/>
        <w:t>бачимо інколи вашого чорного родича,&lt;br /&gt;</w:t>
        <w:br/>
        <w:t>що самотою чорно літає,&lt;br /&gt;</w:t>
        <w:br/>
        <w:t>що самотою на дереві чорно сідає,&lt;br /&gt;</w:t>
        <w:br/>
        <w:t>що самотою собі чорного хліба добуває</w:t>
      </w:r>
    </w:p>
    <w:p>
      <w:r>
        <w:br/>
        <w:t>Гадко, галко,&lt;br /&gt;</w:t>
        <w:br/>
        <w:t>коли на вечорницях хлопці запитують дівчат про тебе, кажучи:&lt;br /&gt;</w:t>
        <w:br/>
        <w:t>"Кину не палку, уб'ю не галку, шиплю не пір'я", —&lt;br /&gt;</w:t>
        <w:br/>
        <w:t>то не про тебе вони загадкою запитують,&lt;br /&gt;</w:t>
        <w:br/>
        <w:t>а про вудку, щуку і шкіру на щуці;&lt;br /&gt;</w:t>
        <w:br/>
        <w:t>а коли запитують хлопці дівчат, кажучи:&lt;br /&gt;</w:t>
        <w:br/>
        <w:t>"Триста галок, п'ятдесят чайок, п'ятнадцять орлів&lt;br /&gt;</w:t>
        <w:br/>
        <w:t>одне яйце знесли", —&lt;br /&gt;</w:t>
        <w:br/>
        <w:t>то вони запитують загадкою про рік.&lt;br /&gt;</w:t>
        <w:br/>
        <w:t>Галко, галко,&lt;br /&gt;</w:t>
        <w:br/>
        <w:t>коли дитина учинить щось недобре, то їй кажуть:&lt;br /&gt;</w:t>
        <w:br/>
        <w:t>"Утяв галки!" — і дитина здогадується, що так робити негоже;&lt;br /&gt;</w:t>
        <w:br/>
        <w:t>а коли хтось дуже вихваляється собою, то йому кажуть:&lt;br /&gt;</w:t>
        <w:br/>
        <w:t>"Отак наші галки б'ють — ні з чим додому йдуть!", —&lt;br /&gt;</w:t>
        <w:br/>
        <w:t>і той, до кого промовлені ці слова, розуміє,&lt;br /&gt;</w:t>
        <w:br/>
        <w:t>що не варто вихвалятися даремно, бо кожного&lt;br /&gt;</w:t>
        <w:br/>
        <w:t>може спіткати невдача, як мисливця, який, буває,&lt;br /&gt;</w:t>
        <w:br/>
        <w:t>нічого не вполює за цілісінький день.&lt;br /&gt;</w:t>
        <w:br/>
        <w:t>Галко, галко,&lt;br /&gt;</w:t>
        <w:br/>
        <w:t>ти — мала птаха, та рот у тебе великий,&lt;br /&gt;</w:t>
        <w:br/>
        <w:t>тому, коли хочуть звернути увагу на те,&lt;br /&gt;</w:t>
        <w:br/>
        <w:t>що не завжди малий розмір чогось цілого передбачає&lt;br /&gt;</w:t>
        <w:br/>
        <w:t>й малі розміри частин того цілого, люди кажуть:&lt;br /&gt;</w:t>
        <w:br/>
        <w:t>"Мала галка, та рот великий", —&lt;br /&gt;</w:t>
        <w:br/>
        <w:t>а чому не про іншого птаха висловлюють це спостереження,&lt;br /&gt;</w:t>
        <w:br/>
        <w:t>то тому, що й твоє ім'я, і жіноче ім'я звучать однаково.&lt;br /&gt;</w:t>
        <w:br/>
        <w:t>Галко, галко,&lt;br /&gt;</w:t>
        <w:br/>
        <w:t>твоє ім'я і жіноче ім'я звучать однаково,&lt;br /&gt;</w:t>
        <w:br/>
        <w:t>у тебе — людське ім'я, а в жінки твоє ім'я,&lt;br /&gt;</w:t>
        <w:br/>
        <w:t>тому ми пестливо й називаємо своїх коханих&lt;br /&gt;</w:t>
        <w:br/>
        <w:t>твоїм людським ім'ям,&lt;br /&gt;</w:t>
        <w:br/>
        <w:t>кажемо: "Галочко люба!",&lt;br /&gt;</w:t>
        <w:br/>
        <w:t>кажемо: "Галонько мила!',&lt;br /&gt;</w:t>
        <w:br/>
        <w:t>кажемо: "Галойковірна!*&lt;br /&gt;</w:t>
        <w:br/>
        <w:t>Галко, галко,&lt;br /&gt;</w:t>
        <w:br/>
        <w:t>називай своїм голосом своє ім'я,&lt;br /&gt;</w:t>
        <w:br/>
        <w:t>щоб ми знали, як тебе називати;&lt;br /&gt;</w:t>
        <w:br/>
        <w:t>будь чорною птахою,&lt;br /&gt;</w:t>
        <w:br/>
        <w:t>будь птахою чорнопіркою,&lt;br /&gt;</w:t>
        <w:br/>
        <w:t>будь чорною не чернячи,&lt;br /&gt;</w:t>
        <w:br/>
        <w:t>щоб ми на чорне не казали просто чорне,&lt;br /&gt;</w:t>
        <w:br/>
        <w:t>а порівнювали з тобою;&lt;br /&gt;</w:t>
        <w:br/>
        <w:t>не мости свого гнізда, а вий його, завивай, як вінок;&lt;br /&gt;</w:t>
        <w:br/>
        <w:t>кружеляй у лютому сонячним морозяним днем,&lt;br /&gt;</w:t>
        <w:br/>
        <w:t>щоб ми бачили твоє кружляння&lt;br /&gt;</w:t>
        <w:br/>
        <w:t>і знали, що весна вже скоро;&lt;br /&gt;</w:t>
        <w:br/>
        <w:t>шугай у повітрі, щоб ми знали.</w:t>
      </w:r>
    </w:p>
    <w:p>
      <w:r>
        <w:br/>
        <w:t>що буде хуртовина.&lt;br /&gt;</w:t>
        <w:br/>
        <w:t>голосно кричи, щоб ми знали,&lt;br /&gt;</w:t>
        <w:br/>
        <w:t>що незабаром замете сніговиця;&lt;br /&gt;</w:t>
        <w:br/>
        <w:t>а влітку щоб за твоїм літанням&lt;br /&gt;</w:t>
        <w:br/>
        <w:t>передбачали дощ;&lt;br /&gt;</w:t>
        <w:br/>
        <w:t>літай у твоїй чорній громаді,&lt;br /&gt;</w:t>
        <w:br/>
        <w:t>живи по вашій чорній правді,&lt;br /&gt;</w:t>
        <w:br/>
        <w:t>але хай минає тебе чорний суд,&lt;br /&gt;</w:t>
        <w:br/>
        <w:t>що засуджує переступників на чорну самоту;&lt;br /&gt;</w:t>
        <w:br/>
        <w:t>будь галкою, щоб ми про тебе у загадці&lt;br /&gt;</w:t>
        <w:br/>
        <w:t>запитували про щось інше на вечорницях;&lt;br /&gt;</w:t>
        <w:br/>
        <w:t>будь галкою, щоб ми пригадували тебе дітям,&lt;br /&gt;</w:t>
        <w:br/>
        <w:t>вчили їх не робити злого;&lt;br /&gt;</w:t>
        <w:br/>
        <w:t>будь галкою, щоб ми тебе пригадували одне одному&lt;br /&gt;</w:t>
        <w:br/>
        <w:t>і не вихвалялися даремно;&lt;br /&gt;</w:t>
        <w:br/>
        <w:t>будь галкою, птахом із ім'ям,&lt;br /&gt;</w:t>
        <w:br/>
        <w:t>що звучить однаково із жіночим ім'ям;&lt;br /&gt;</w:t>
        <w:br/>
        <w:t>будь галкою, птахом із жіночим ім'ям,&lt;br /&gt;</w:t>
        <w:br/>
        <w:t>щоб ми пестливо називали своїх коханих&lt;br /&gt;</w:t>
        <w:br/>
        <w:t>твоїм людським ім'ям.</w:t>
      </w:r>
    </w:p>
    <w:p>
      <w:r>
        <w:br/>
        <w:t>серпень 1994</w:t>
      </w:r>
    </w:p>
    <w:p>
      <w:r>
        <w:br/>
        <w:t>ВІВСЯНКА&lt;br /&gt;</w:t>
        <w:br/>
        <w:t>ПТАХ, ЯКИЙ СПІВАЄ НАЙПЕРШУ ВЕСНЯНУ ПІСЕНЬКУ</w:t>
      </w:r>
    </w:p>
    <w:p>
      <w:r>
        <w:br/>
        <w:t>Вівсянко, вівсянко,&lt;br /&gt;</w:t>
        <w:br/>
        <w:t>ти — пташка, яка збирає насіння трав, тому&lt;br /&gt;</w:t>
        <w:br/>
        <w:t>ти — вівсянка;&lt;br /&gt;</w:t>
        <w:br/>
        <w:t>ти —найжовтіша з усіх вівсянок,&lt;br /&gt;</w:t>
        <w:br/>
        <w:t>ти — вівсянка жовтобрюшка;&lt;br /&gt;</w:t>
        <w:br/>
        <w:t>для тих. хто каже, що бачить твоє жовте брюшко,&lt;br /&gt;</w:t>
        <w:br/>
        <w:t>ти — і жовтобрюшка, і жовтобрюх, і жовтобрюїїх, і жовтобрушка;&lt;br /&gt;</w:t>
        <w:br/>
        <w:t>для тих, хто каже, що бачить твоє жовте пузце,&lt;br /&gt;</w:t>
        <w:br/>
        <w:t>ти — жовтопузик;&lt;br /&gt;</w:t>
        <w:br/>
        <w:t>для тих, хто каже, що бачить твої жовті груди,&lt;br /&gt;</w:t>
        <w:br/>
        <w:t>ти — і жовтогруНдка, і жовто грудок, і жовто грузда,&lt;br /&gt;</w:t>
        <w:br/>
        <w:t>іжовторузка, і жовторуз, їжовторубок;&lt;br /&gt;</w:t>
        <w:br/>
        <w:t>для тих, хто каже, що бачить тебе усю жовтою,&lt;br /&gt;</w:t>
        <w:br/>
        <w:t>ти — і жовтурка, і жовтупька, і жовтушка, і жовтюшка, і жовтяк;&lt;br /&gt;</w:t>
        <w:br/>
        <w:t>дехто називає тебе, яку бачить усю жовтою, інакше,&lt;br /&gt;</w:t>
        <w:br/>
        <w:t>каже: цьопка жовтобурка, замість цьопка жовтобрушка;&lt;br /&gt;</w:t>
        <w:br/>
        <w:t>а дехто просто називає тебе,&lt;br /&gt;</w:t>
        <w:br/>
        <w:t>яку бачить усю жовтою, жовтоє потя;&lt;br /&gt;</w:t>
        <w:br/>
        <w:t>взимку тебе часто можна побачити, як ти сидиш на землі,&lt;br /&gt;</w:t>
        <w:br/>
        <w:t>ти — землянка,&lt;br /&gt;</w:t>
        <w:br/>
        <w:t>ти — взимку птах землянка, а влітку&lt;br /&gt;</w:t>
        <w:br/>
        <w:t>ти — птах гіллянка;&lt;br /&gt;</w:t>
        <w:br/>
        <w:t>взимку тебе часто можна побачити, як ти сидиш на землі,&lt;br /&gt;</w:t>
        <w:br/>
        <w:t>поміж стебел трави,&lt;br /&gt;</w:t>
        <w:br/>
        <w:t>поміж соломинок,&lt;br /&gt;</w:t>
        <w:br/>
        <w:t>на стерні у зжатому полі,&lt;br /&gt;</w:t>
        <w:br/>
        <w:t>ти — і стренадка, і стренатка;&lt;br /&gt;</w:t>
        <w:br/>
        <w:t>ти, як летиш, то не співаєш свою пісеньку, а свірчиш,&lt;br /&gt;</w:t>
        <w:br/>
        <w:t>ти — свертушка;&lt;br /&gt;</w:t>
        <w:br/>
        <w:t>ти співаєш найпершою з усіх пташок&lt;br /&gt;</w:t>
        <w:br/>
        <w:t>найпершу весняну пісеньку,&lt;br /&gt;</w:t>
        <w:br/>
        <w:t>ми чуємо твою найпершу весняну пісеньку&lt;br /&gt;</w:t>
        <w:br/>
        <w:t>і знаємо, що скоро уже весна,&lt;br /&gt;</w:t>
        <w:br/>
        <w:t>що треба нам ховати сани та&lt;br /&gt;</w:t>
        <w:br/>
        <w:t>викочувати з возівні воза, тому&lt;br /&gt;</w:t>
        <w:br/>
        <w:t>ти іще називаєшся беривіз;&lt;br /&gt;</w:t>
        <w:br/>
        <w:t>ми чуємо твою найпершу весняну пісеньку&lt;br /&gt;</w:t>
        <w:br/>
        <w:t>і знаємо, що скоро уже весна,&lt;br /&gt;</w:t>
        <w:br/>
        <w:t>що треба нам ховати сани та&lt;br /&gt;</w:t>
        <w:br/>
        <w:t>викочувати з возівні воза,&lt;br /&gt;</w:t>
        <w:br/>
        <w:t>що треба нам, шмаровозам,&lt;br /&gt;</w:t>
        <w:br/>
        <w:t>шмарувати колеса шмаровилом,&lt;br /&gt;</w:t>
        <w:br/>
        <w:t>бо за довгу зиму вже й забули те робити, тому&lt;br /&gt;</w:t>
        <w:br/>
        <w:t>ти іще називаєшся й смаровоз.&lt;br /&gt;</w:t>
        <w:br/>
        <w:t>Вівсянко, вівсянко,&lt;br /&gt;</w:t>
        <w:br/>
        <w:t>ти влітку живеш і у лісі,&lt;br /&gt;</w:t>
        <w:br/>
        <w:t>ти влітку мостиш своє гніздо і на узліссі,&lt;br /&gt;</w:t>
        <w:br/>
        <w:t>ти влітку виводиш своїх пташенят і в чагарниках,&lt;br /&gt;</w:t>
        <w:br/>
        <w:t>твоє гніздо вистелене стеблинами трав і кінським волосом —&lt;br /&gt;</w:t>
        <w:br/>
        <w:t>м'яко сидіти в ньому малим вівсеняткам!&lt;br /&gt;</w:t>
        <w:br/>
        <w:t>Вівсянко, вівсянко,&lt;br /&gt;</w:t>
        <w:br/>
        <w:t>ти не летиш на зиму у вирій,&lt;br /&gt;</w:t>
        <w:br/>
        <w:t>ти перебираєшся ближче до людських осель,&lt;br /&gt;</w:t>
        <w:br/>
        <w:t>ти приєднуєшся до гороб'ячої зграйки&lt;br /&gt;</w:t>
        <w:br/>
        <w:t>і разом із горобцями розшукуєш собі поживу&lt;br /&gt;</w:t>
        <w:br/>
        <w:t>біля доріг, на подвір'ях та навколо скирт;</w:t>
      </w:r>
    </w:p>
    <w:p>
      <w:r>
        <w:br/>
        <w:t>ти перебираєшся ближче до людських осель,&lt;br /&gt;</w:t>
        <w:br/>
        <w:t>щоб ми наприкінці зими почули твою пісеньку,&lt;br /&gt;</w:t>
        <w:br/>
        <w:t>твою найпершу весняну пісеньку.&lt;br /&gt;</w:t>
        <w:br/>
        <w:t>Вівсянко, вівсянко,&lt;br /&gt;</w:t>
        <w:br/>
        <w:t>ти наприкінці зими,&lt;br /&gt;</w:t>
        <w:br/>
        <w:t>коли іще у нас по Україні лежать сніги,&lt;br /&gt;</w:t>
        <w:br/>
        <w:t>коли іще у нас по Україні тріщать морози,&lt;br /&gt;</w:t>
        <w:br/>
        <w:t>уже чуєш наближення весни&lt;br /&gt;</w:t>
        <w:br/>
        <w:t>і звістуєш про те своєю пісенькою;&lt;br /&gt;</w:t>
        <w:br/>
        <w:t>дехто вважає, що&lt;br /&gt;</w:t>
        <w:br/>
        <w:t>твою найпершу весняну пісеньку&lt;br /&gt;</w:t>
        <w:br/>
        <w:t>вперше чути в день Теплого Олекси.&lt;br /&gt;</w:t>
        <w:br/>
        <w:t>Вівсянко, вівсянко,&lt;br /&gt;</w:t>
        <w:br/>
        <w:t>ти в день Теплого Олекси&lt;br /&gt;</w:t>
        <w:br/>
        <w:t>співаєш свою найпершу весняну пісеньку,&lt;br /&gt;</w:t>
        <w:br/>
        <w:t>тож ми в цей день виходимо із хат на вулицю&lt;br /&gt;</w:t>
        <w:br/>
        <w:t>і прислухаємося до навколишніх звуків,&lt;br /&gt;</w:t>
        <w:br/>
        <w:t>чи не почуємо і найперший весняний звук —&lt;br /&gt;</w:t>
        <w:br/>
        <w:t>твою найпершу весняну пісеньку,&lt;br /&gt;</w:t>
        <w:br/>
        <w:t>а як почує хто, то усім сповіщає:&lt;br /&gt;</w:t>
        <w:br/>
        <w:t>" Уже звеселилася вівсянка!"&lt;br /&gt;</w:t>
        <w:br/>
        <w:t>Вівсянко, вівсянко,&lt;br /&gt;</w:t>
        <w:br/>
        <w:t>ти найпершою із усіх птахів&lt;br /&gt;</w:t>
        <w:br/>
        <w:t>іще на початку весни звеселяєшся,&lt;br /&gt;</w:t>
        <w:br/>
        <w:t>ти найпершою подаєш весняні звуки,&lt;br /&gt;</w:t>
        <w:br/>
        <w:t>ти найпершою співаєш найпершу весняну пісеньку;&lt;br /&gt;</w:t>
        <w:br/>
        <w:t>ти співаєш, ти словами промовляєш:&lt;br /&gt;</w:t>
        <w:br/>
        <w:t>"Телегіз, телегіз!&lt;br /&gt;</w:t>
        <w:br/>
        <w:t>Покинь сани, візьми віз!" —&lt;br /&gt;</w:t>
        <w:br/>
        <w:t>ми чуємо твою найпершу весняну пісеньку&lt;br /&gt;</w:t>
        <w:br/>
        <w:t>і знаємо, що скоро вже весна,&lt;br /&gt;</w:t>
        <w:br/>
        <w:t>що треба нам ховати сани&lt;br /&gt;</w:t>
        <w:br/>
        <w:t>та викочувати з возівні воза;&lt;br /&gt;</w:t>
        <w:br/>
        <w:t>ти співаєш, ти словами промовляєш:&lt;br /&gt;</w:t>
        <w:br/>
        <w:t>"Шмаровіз, шмаровіз!&lt;br /&gt;</w:t>
        <w:br/>
        <w:t>Покинь сани, бери візі" —&lt;br /&gt;</w:t>
        <w:br/>
        <w:t>ми чуємо твою найпершу весняну пісеньку&lt;br /&gt;</w:t>
        <w:br/>
        <w:t>і знаємо, що скоро вже весна,&lt;br /&gt;</w:t>
        <w:br/>
        <w:t>що треба нам, шмаровозам, ховати сани&lt;br /&gt;</w:t>
        <w:br/>
        <w:t>та викочувати з возівні воза,&lt;br /&gt;</w:t>
        <w:br/>
        <w:t>та шмарувати колеса шмаровилом,&lt;br /&gt;</w:t>
        <w:br/>
        <w:t>бо за довгу зиму вже й забули те робити,&lt;br /&gt;</w:t>
        <w:br/>
        <w:t>ти співаєш, ти словами промовляєш:&lt;br /&gt;</w:t>
        <w:br/>
        <w:t>"Покинь сани, бери віз!&lt;br /&gt;</w:t>
        <w:br/>
        <w:t>Та й поїдем по рогіз!" —&lt;br /&gt;</w:t>
        <w:br/>
        <w:t>ми чуємо твою найпершу весняну пісеньку&lt;br /&gt;</w:t>
        <w:br/>
        <w:t>і знаємо, що скоро вже весна,&lt;br /&gt;</w:t>
        <w:br/>
        <w:t>що треба нам ховати сани&lt;br /&gt;</w:t>
        <w:br/>
        <w:t>та викочувати з возівні воза,&lt;br /&gt;</w:t>
        <w:br/>
        <w:t>що треба нам запрягати вже воза&lt;br /&gt;</w:t>
        <w:br/>
        <w:t>і їхати возом усюди, хоч і по рогіз;&lt;br /&gt;</w:t>
        <w:br/>
        <w:t>ти співаєш, ти словами промовляєш:&lt;br /&gt;</w:t>
        <w:br/>
        <w:t>"Кидай сани, бери віз!&lt;br /&gt;</w:t>
        <w:br/>
        <w:t>Викинь шубу, з печі злізь!" —&lt;br /&gt;</w:t>
        <w:br/>
        <w:t>ми чуємо твою найпершу весняну пісеньку&lt;br /&gt;</w:t>
        <w:br/>
        <w:t>і знаємо, що скоро вже весна,&lt;br /&gt;</w:t>
        <w:br/>
        <w:t>що треба нам ховати сани&lt;br /&gt;</w:t>
        <w:br/>
        <w:t>та викочувати з возівні воза,&lt;br /&gt;</w:t>
        <w:br/>
        <w:t>що треба нам міняти набридлий за довгу зиму&lt;br /&gt;</w:t>
        <w:br/>
        <w:t>зимовий одяг на літній,&lt;br /&gt;</w:t>
        <w:br/>
        <w:t>що треба нам виходити вже на вулицю працювати,&lt;br /&gt;</w:t>
        <w:br/>
        <w:t>де буде влітку тепло, як біля печі взимку;&lt;br /&gt;</w:t>
        <w:br/>
        <w:t>ти співаєш, ти словами промовляєш:&lt;br /&gt;</w:t>
        <w:br/>
        <w:t>"Діду, діду!&lt;br /&gt;</w:t>
        <w:br/>
        <w:t>Сій ячмінь!' —&lt;br /&gt;</w:t>
        <w:br/>
        <w:t>ми чуємо твою найпершу весняну пісеньку&lt;br /&gt;</w:t>
        <w:br/>
        <w:t>і знаємо, що скоро вже весна:&lt;br /&gt;</w:t>
        <w:br/>
        <w:t>час готуватися до праці в полі,&lt;br /&gt;</w:t>
        <w:br/>
        <w:t>час готуватися до сівби.</w:t>
      </w:r>
    </w:p>
    <w:p>
      <w:r>
        <w:br/>
        <w:t>Вівсянко, вівсянко,&lt;br /&gt;</w:t>
        <w:br/>
        <w:t>ти в день Теплого Олекси&lt;br /&gt;</w:t>
        <w:br/>
        <w:t>найпершою із усіх птахів звеселяєшся,&lt;br /&gt;</w:t>
        <w:br/>
        <w:t>ти співаєш свою найпершу весняну пісеньку,&lt;br /&gt;</w:t>
        <w:br/>
        <w:t>дівчата дослухаються до твоєї веселої весняної пісеньки,&lt;br /&gt;</w:t>
        <w:br/>
        <w:t>дівчата звеселяються від твоєї веселої весняної пісеньки&lt;br /&gt;</w:t>
        <w:br/>
        <w:t>і від того дня, коли почують&lt;br /&gt;</w:t>
        <w:br/>
        <w:t>твою веселу весняну пісеньку,&lt;br /&gt;</w:t>
        <w:br/>
        <w:t>розпочинають співати веснянки —&lt;br /&gt;</w:t>
        <w:br/>
        <w:t>веселими співами весну закликати.</w:t>
      </w:r>
    </w:p>
    <w:p>
      <w:r>
        <w:br/>
        <w:t>Вівсянко, вівсянко,&lt;br /&gt;</w:t>
        <w:br/>
        <w:t>будь пташкою, яка збирає насіння трав,&lt;br /&gt;</w:t>
        <w:br/>
        <w:t>щоб ми знали, як тебе за це називати,&lt;br /&gt;</w:t>
        <w:br/>
        <w:t>будь найжовтішою з усіх вівсянок,&lt;br /&gt;</w:t>
        <w:br/>
        <w:t>щоб ми знали, як тебе за це називати,&lt;br /&gt;</w:t>
        <w:br/>
        <w:t>щоб ти відрізнялася від інших вівсянок,&lt;br /&gt;</w:t>
        <w:br/>
        <w:t>будь пташкою з жовтим брюшком,&lt;br /&gt;</w:t>
        <w:br/>
        <w:t>щоб знали, як тебе називати й ті,&lt;br /&gt;</w:t>
        <w:br/>
        <w:t>хто бачить твоє жовте брюшко,&lt;br /&gt;</w:t>
        <w:br/>
        <w:t>будь пташкою з жовтим пузцем,&lt;br /&gt;</w:t>
        <w:br/>
        <w:t>щоб знали, як тебе називати й ті,&lt;br /&gt;</w:t>
        <w:br/>
        <w:t>хто бачить твоє жовте пузце,&lt;br /&gt;</w:t>
        <w:br/>
        <w:t>будь пташкою з жовтими грудьми,&lt;br /&gt;</w:t>
        <w:br/>
        <w:t>щоб знали, як тебе називати й ті,&lt;br /&gt;</w:t>
        <w:br/>
        <w:t>хто бачить твої жовті груди,&lt;br /&gt;</w:t>
        <w:br/>
        <w:t>будь пташкою, яка ніби уся жовта,&lt;br /&gt;</w:t>
        <w:br/>
        <w:t>щоб знали, як тебе називати й ті,&lt;br /&gt;</w:t>
        <w:br/>
        <w:t>хто бачить тебе усю жовтою,&lt;br /&gt;</w:t>
        <w:br/>
        <w:t>будь пташкою, яку взимку часто можна побачити,&lt;br /&gt;</w:t>
        <w:br/>
        <w:t>як ти сидиш на землі,&lt;br /&gt;</w:t>
        <w:br/>
        <w:t>щоб ми знали, як тебе за це називати,&lt;br /&gt;</w:t>
        <w:br/>
        <w:t>будь пташкою, яку взимку часто можна побачити,&lt;br /&gt;</w:t>
        <w:br/>
        <w:t>як ти сидиш на землі&lt;br /&gt;</w:t>
        <w:br/>
        <w:t>поміж стебел трави,&lt;br /&gt;</w:t>
        <w:br/>
        <w:t>поміж соломинок,&lt;br /&gt;</w:t>
        <w:br/>
        <w:t>на стерні у зжатому полі,&lt;br /&gt;</w:t>
        <w:br/>
        <w:t>щоб ми знали, як тебе за це називати,&lt;br /&gt;</w:t>
        <w:br/>
        <w:t>будь пташкою, яка не співає, як летить, а свірчить,&lt;br /&gt;</w:t>
        <w:br/>
        <w:t>щоб ми знали, як тебе за це називати,&lt;br /&gt;</w:t>
        <w:br/>
        <w:t>будь пташкою, яка співає найпершу весняну пісеньку,&lt;br /&gt;</w:t>
        <w:br/>
        <w:t>у якій нам вчувається як ти словами промовляєш,&lt;br /&gt;</w:t>
        <w:br/>
        <w:t>що треба нам ховати сани&lt;br /&gt;</w:t>
        <w:br/>
        <w:t>та викочувати з возівні воза,&lt;br /&gt;</w:t>
        <w:br/>
        <w:t>щоб ми знали, як тебе за це називати,&lt;br /&gt;</w:t>
        <w:br/>
        <w:t>будь пташкою, яка співає найпершу весняну пісеньку,&lt;br /&gt;</w:t>
        <w:br/>
        <w:t>у якій нам вчувається як ти словами промовляєш,&lt;br /&gt;</w:t>
        <w:br/>
        <w:t>що треба нам ховати сани&lt;br /&gt;</w:t>
        <w:br/>
        <w:t>та викочувати з возівні воза,&lt;br /&gt;</w:t>
        <w:br/>
        <w:t>що треба нам, шмаровозам,&lt;br /&gt;</w:t>
        <w:br/>
        <w:t>шмарувати колеса шмаровилом,</w:t>
      </w:r>
    </w:p>
    <w:p>
      <w:r>
        <w:br/>
        <w:t>щоб ми знали, як тебе за це називати,&lt;br /&gt;</w:t>
        <w:br/>
        <w:t>будь пташкою, яка влітку мостить гніздо десь у лісі,&lt;br /&gt;</w:t>
        <w:br/>
        <w:t>гніздо вистеляє стеблинками трав і кінським волосом,&lt;br /&gt;</w:t>
        <w:br/>
        <w:t>щоб м'яко було сидіти в ньому малим вівсеняткам,&lt;br /&gt;</w:t>
        <w:br/>
        <w:t>будь пташкою, яка не летить на зиму у вирій,&lt;br /&gt;</w:t>
        <w:br/>
        <w:t>а всю зиму літає у гороб'ячій зграйці,&lt;br /&gt;</w:t>
        <w:br/>
        <w:t>щоб ми наприкінці зими почули твою пісеньку,&lt;br /&gt;</w:t>
        <w:br/>
        <w:t>твою найпершу весняну пісеньку,&lt;br /&gt;</w:t>
        <w:br/>
        <w:t>будь пташкою, яка наприкінці зими,&lt;br /&gt;</w:t>
        <w:br/>
        <w:t>своєю найпершою весняною пісенькою&lt;br /&gt;</w:t>
        <w:br/>
        <w:t>звістує про наближення весни,&lt;br /&gt;</w:t>
        <w:br/>
        <w:t>будь пташкою, яка свою найпершу весняну пісеньку&lt;br /&gt;</w:t>
        <w:br/>
        <w:t>вперше співає в день Теплого Олекси,&lt;br /&gt;</w:t>
        <w:br/>
        <w:t>будь пташкою, що вперше по-весняному співає&lt;br /&gt;</w:t>
        <w:br/>
        <w:t>в день Теплого Олекси,&lt;br /&gt;</w:t>
        <w:br/>
        <w:t>щоб ми виходили в цей день прислухатися до твоєї пісеньки,&lt;br /&gt;</w:t>
        <w:br/>
        <w:t>щоб ми виходили прислухатися, чи ти вже звеселилася,&lt;br /&gt;</w:t>
        <w:br/>
        <w:t>будь пташкою,&lt;br /&gt;</w:t>
        <w:br/>
        <w:t>що найпершою із усіх птахів звеселяється&lt;br /&gt;</w:t>
        <w:br/>
        <w:t>яка найпершою співає свою весняну пісеньку,&lt;br /&gt;</w:t>
        <w:br/>
        <w:t>у якій нам вчувається як ти словами промовляєш,&lt;br /&gt;</w:t>
        <w:br/>
        <w:t>що треба нам ховати сани&lt;br /&gt;</w:t>
        <w:br/>
        <w:t>та викочувати з возівні воза,&lt;br /&gt;</w:t>
        <w:br/>
        <w:t>що треба нам, шмаровозам,&lt;br /&gt;</w:t>
        <w:br/>
        <w:t>шмарувати колеса шмаровилом,&lt;br /&gt;</w:t>
        <w:br/>
        <w:t>що треба нам запрягати воза&lt;br /&gt;</w:t>
        <w:br/>
        <w:t>і їхати возом усюди, хоч і по рогіз,&lt;br /&gt;</w:t>
        <w:br/>
        <w:t>що треба нам міняти набридлий за довгу зиму&lt;br /&gt;</w:t>
        <w:br/>
        <w:t>зимовий одяг на літній,&lt;br /&gt;</w:t>
        <w:br/>
        <w:t>що треба нам виходити вже на вулицю працювати,&lt;br /&gt;</w:t>
        <w:br/>
        <w:t>де буде улітку тепло, як біля печі взимку,&lt;br /&gt;</w:t>
        <w:br/>
        <w:t>що треба нам готуватися до пращ в полі,&lt;br /&gt;</w:t>
        <w:br/>
        <w:t>готуватися до сівби,&lt;br /&gt;</w:t>
        <w:br/>
        <w:t>будь пташкою, яка найпершою з усіх пташок звеселяється,&lt;br /&gt;</w:t>
        <w:br/>
        <w:t>яка співає свою найпершу весняну пісеньку,&lt;br /&gt;</w:t>
        <w:br/>
        <w:t>щоб дівчата дослухалися до твоєї веселої весняної пісеньки,&lt;br /&gt;</w:t>
        <w:br/>
        <w:t>щоб дівчата звеселялися від твоєї веселої весняної пісеньки,&lt;br /&gt;</w:t>
        <w:br/>
        <w:t>щоб дівчата від того дня&lt;br /&gt;</w:t>
        <w:br/>
        <w:t>коли почують твою веселу весняну пісеньку,&lt;br /&gt;</w:t>
        <w:br/>
        <w:t>розпочинали співати веснянки —&lt;br /&gt;</w:t>
        <w:br/>
        <w:t>веселими співами весну закликали,&lt;br /&gt;</w:t>
        <w:br/>
        <w:t>весну закликали веселими співами,&lt;br /&gt;</w:t>
        <w:br/>
        <w:t>подібними до твоєї найпершої весняної пісеньки.</w:t>
      </w:r>
    </w:p>
    <w:p>
      <w:r>
        <w:br/>
        <w:t>грудень 1994</w:t>
      </w:r>
    </w:p>
    <w:p>
      <w:r>
        <w:br/>
        <w:t>СОЙКА:&lt;br /&gt;</w:t>
        <w:br/>
        <w:t>ПТАХ, ЯКИЙ ВІДМИКАЄ ВИРІЙ</w:t>
      </w:r>
    </w:p>
    <w:p>
      <w:r>
        <w:br/>
        <w:t>Сойко, сойко,&lt;br /&gt;</w:t>
        <w:br/>
        <w:t>ти маєш гарне різнокольорове пір'я&lt;br /&gt;</w:t>
        <w:br/>
        <w:t>ти аж сяєш своїм строкатим вбранням —&lt;br /&gt;</w:t>
        <w:br/>
        <w:t>ти — і сойка, і сійка, і соя, і зґоя,&lt;br /&gt;</w:t>
        <w:br/>
        <w:t>ти маєш гарне різнокольорове пір'я&lt;br /&gt;</w:t>
        <w:br/>
        <w:t>воно у тебе де рудувате, де білувате, а де й рябе,&lt;br /&gt;</w:t>
        <w:br/>
        <w:t>на крилах покрите смужками:&lt;br /&gt;</w:t>
        <w:br/>
        <w:t>де чорне, де біле, де блакитне —&lt;br /&gt;</w:t>
        <w:br/>
        <w:t>ти — і деряба, і дерябонька;&lt;br /&gt;</w:t>
        <w:br/>
        <w:t>ти голосно кричиш, верещиш на весь ліс,&lt;br /&gt;</w:t>
        <w:br/>
        <w:t>ти — еерещайка,&lt;br /&gt;</w:t>
        <w:br/>
        <w:t>ти голосно кричиш,&lt;br /&gt;</w:t>
        <w:br/>
        <w:t>вигукуєш на весь ліс своє "джер-джср" —&lt;br /&gt;</w:t>
        <w:br/>
        <w:t>ти — і джеджора, і джойка, і джоя;&lt;br /&gt;</w:t>
        <w:br/>
        <w:t>ти любиш клопотатися у лісі весь час:&lt;br /&gt;</w:t>
        <w:br/>
        <w:t>розносиш у дзьобі жолуді і горіхи,&lt;br /&gt;</w:t>
        <w:br/>
        <w:t>ховаєш їх у різних місцях,&lt;br /&gt;</w:t>
        <w:br/>
        <w:t>схованки свої забуваєш,&lt;br /&gt;</w:t>
        <w:br/>
        <w:t>а з них проростають молоді дерева,&lt;br /&gt;</w:t>
        <w:br/>
        <w:t>ти отакою своєю поведінкою&lt;br /&gt;</w:t>
        <w:br/>
        <w:t>схожа на клопітливу стареньку жінку —&lt;br /&gt;</w:t>
        <w:br/>
        <w:t>ти — баНба.&lt;br /&gt;</w:t>
        <w:br/>
        <w:t>Сойко, сойко,&lt;br /&gt;</w:t>
        <w:br/>
        <w:t>ти розносиш у дзьобі насіння дерев,&lt;br /&gt;</w:t>
        <w:br/>
        <w:t>сієш у лісі молоді дерева,&lt;br /&gt;</w:t>
        <w:br/>
        <w:t>так було і спервовіку,&lt;br /&gt;</w:t>
        <w:br/>
        <w:t>коли ти летіла із жолудем у дзьобі&lt;br /&gt;</w:t>
        <w:br/>
        <w:t>та й упустила його на землю —&lt;br /&gt;</w:t>
        <w:br/>
        <w:t>з того жолудя виросло найперше прадерево,&lt;br /&gt;</w:t>
        <w:br/>
        <w:t>наше райське дерево.&lt;br /&gt;</w:t>
        <w:br/>
        <w:t>Сойко, сойко,&lt;br /&gt;</w:t>
        <w:br/>
        <w:t>ми кожного разу радіємо зустрічі з тобою у лісі,&lt;br /&gt;</w:t>
        <w:br/>
        <w:t>ми милуємося твоїм гарним різнокольоровим пір'ям,&lt;br /&gt;</w:t>
        <w:br/>
        <w:t>нам подобається і твій дж ер котли вий голос,&lt;br /&gt;</w:t>
        <w:br/>
        <w:t>а іще, як бачимо тебе улітку, то примічаємо,&lt;br /&gt;</w:t>
        <w:br/>
        <w:t>коли ти вмощуєшся на ночівлю, бо вже знаємо&lt;br /&gt;</w:t>
        <w:br/>
        <w:t>Ь довголітніх спостережень за твоїм приготуванням до ночі:&lt;br /&gt;</w:t>
        <w:br/>
        <w:t>якщо ти пізно вмощуєшся на ночівлю — буде тепла осінь,&lt;br /&gt;</w:t>
        <w:br/>
        <w:t>якщо ти рано вмощуєшся на ночівлю — буде холодна осінь.&lt;br /&gt;</w:t>
        <w:br/>
        <w:t>Сойко, сойко,&lt;br /&gt;</w:t>
        <w:br/>
        <w:t>ти голосно кричиш, верещиш на весь ліс,&lt;br /&gt;</w:t>
        <w:br/>
        <w:t>ти голосом своїм вирізняєшся з-поміж інших птахів,&lt;br /&gt;</w:t>
        <w:br/>
        <w:t>тому й кажуть про тебе:&lt;br /&gt;</w:t>
        <w:br/>
        <w:t>"Сойка голосніше за всіх кричить*;&lt;br /&gt;</w:t>
        <w:br/>
        <w:t>ти голосно кричиш, верещиш на весь ліс,&lt;br /&gt;</w:t>
        <w:br/>
        <w:t>ти голосом своїм вирізняєшся з-поміж інших птахів,&lt;br /&gt;</w:t>
        <w:br/>
        <w:t>тож коли між людьми трапляється така ситуація,&lt;br /&gt;</w:t>
        <w:br/>
        <w:t>як хтось надто голосно&lt;br /&gt;</w:t>
        <w:br/>
        <w:t>доводить щось своєму співрозмовникові&lt;br /&gt;</w:t>
        <w:br/>
        <w:t>і думає, шо тільки через те він в усьому й правий,&lt;br /&gt;</w:t>
        <w:br/>
        <w:t>то тоді ті, хто слухає такого горланя,&lt;br /&gt;</w:t>
        <w:br/>
        <w:t>пригадують тебе і кажуть:&lt;br /&gt;</w:t>
        <w:br/>
        <w:t>"Сойка голосніше за всіх кричить,&lt;br /&gt;</w:t>
        <w:br/>
        <w:t>та рідко права буває".&lt;br /&gt;</w:t>
        <w:br/>
        <w:t>Сойко, сойко,&lt;br /&gt;</w:t>
        <w:br/>
        <w:t>ти — ключниця від вирію,&lt;br /&gt;</w:t>
        <w:br/>
        <w:t>ти золотими ключами відмикаєш вирій:&lt;br /&gt;</w:t>
        <w:br/>
        <w:t>раніше ключі від вирію були у ворони,&lt;br /&gt;</w:t>
        <w:br/>
        <w:t>та якось ворона прогнівила Бога&lt;br /&gt;</w:t>
        <w:br/>
        <w:t>і з того часу ключі від вирію перейшли до тебе;&lt;br /&gt;</w:t>
        <w:br/>
        <w:t>ти так турбуєшся про свій обов'язок,&lt;br /&gt;</w:t>
        <w:br/>
        <w:t>що аж тричі на рік літаєш у вирій:&lt;br /&gt;</w:t>
        <w:br/>
        <w:t>вперше, коли розквітає гречка і навколо все біло,&lt;br /&gt;</w:t>
        <w:br/>
        <w:t>ти думаєш, що уже випав сніг, — і вилітаєш,&lt;br /&gt;</w:t>
        <w:br/>
        <w:t>вдруге, коли достигають хліба і навколо все біло,&lt;br /&gt;</w:t>
        <w:br/>
        <w:t>ти думаєш, що уже випав сніг, — і вилітаєш,&lt;br /&gt;</w:t>
        <w:br/>
        <w:t>і втретє, коли й справді випадає сніг і навколо все біло,&lt;br /&gt;</w:t>
        <w:br/>
        <w:t>ти вилітаєш;&lt;br /&gt;</w:t>
        <w:br/>
        <w:t>ти поспішаєш, щоб не запізнитися відімкнути вирій,&lt;br /&gt;</w:t>
        <w:br/>
        <w:t>щоб усі птахи:&lt;br /&gt;</w:t>
        <w:br/>
        <w:t>і ті, хто раніше відлітає у вирій,&lt;br /&gt;</w:t>
        <w:br/>
        <w:t>і ті, хто пізніше відлітає у вирій, —&lt;br /&gt;</w:t>
        <w:br/>
        <w:t>не чекали перед замкненим вирієм&lt;br /&gt;</w:t>
        <w:br/>
        <w:t>і щоб до Здвиження усі встигли відлетіти,&lt;br /&gt;</w:t>
        <w:br/>
        <w:t>а якщо й затримаються відлітати дикі гуси,&lt;br /&gt;</w:t>
        <w:br/>
        <w:t>а полетять аж після Здвиження, то&lt;br /&gt;</w:t>
        <w:br/>
        <w:t>ти дочекаєшся їхнього відлету&lt;br /&gt;</w:t>
        <w:br/>
        <w:t>і аж тоді замикаєш вирій і повертаєшся назад;&lt;br /&gt;</w:t>
        <w:br/>
        <w:t>однак дехто гадає, шо й ти, сойко, летиш&lt;br /&gt;</w:t>
        <w:br/>
        <w:t>насправді на зиму у вирій, але через те,&lt;br /&gt;</w:t>
        <w:br/>
        <w:t>що після кожного дня перелету&lt;br /&gt;</w:t>
        <w:br/>
        <w:t>ти повертаєшся назад,&lt;br /&gt;</w:t>
        <w:br/>
        <w:t>нібито, щоб дізнатися, скільки уже пролетіла,&lt;br /&gt;</w:t>
        <w:br/>
        <w:t>то ти так і не встигаєш долетіти до вирію,&lt;br /&gt;</w:t>
        <w:br/>
        <w:t>бо поки ти літаєш туди й назад, випадає сніг, тому&lt;br /&gt;</w:t>
        <w:br/>
        <w:t>ти й залишаєшся зимувати у нашому краю;&lt;br /&gt;</w:t>
        <w:br/>
        <w:t>тільки через те, нібито,&lt;br /&gt;</w:t>
        <w:br/>
        <w:t>ти й не потрапляєш до вирію, але ні,&lt;br /&gt;</w:t>
        <w:br/>
        <w:t>ти й не збираєшся відлітати у вирій —&lt;br /&gt;</w:t>
        <w:br/>
        <w:t>ти літаєш відмикати вирій для інших птахів!</w:t>
      </w:r>
    </w:p>
    <w:p>
      <w:r>
        <w:br/>
        <w:t>Сойко, сойко,&lt;br /&gt;</w:t>
        <w:br/>
        <w:t>будь птахом із гарним різнокольоровим пір'ям,&lt;br /&gt;</w:t>
        <w:br/>
        <w:t>сяй нам своїм строкатим вбранням,&lt;br /&gt;</w:t>
        <w:br/>
        <w:t>щоб ми знали, як тебе називати за твоє сяюче оперення,&lt;br /&gt;</w:t>
        <w:br/>
        <w:t>будь птахом із гарним різнокольоровим пір'ям,&lt;br /&gt;</w:t>
        <w:br/>
        <w:t>дивуй нас своїм пір'ям: де суцільно забарвленим, а де рябим,&lt;br /&gt;</w:t>
        <w:br/>
        <w:t>щоб ми знали, як тебе називати за твою строкатість,&lt;br /&gt;</w:t>
        <w:br/>
        <w:t>подавай свій голос, верещи на весь ліс,&lt;br /&gt;</w:t>
        <w:br/>
        <w:t>щоб ми знали, як тебе називати за твоє верещання,&lt;br /&gt;</w:t>
        <w:br/>
        <w:t>подавай свій голос, вигукуй на весь ліс своє "джер-джер'',&lt;br /&gt;</w:t>
        <w:br/>
        <w:t>щоб ми знали, як тебе називати за твоє джеркотання,&lt;br /&gt;</w:t>
        <w:br/>
        <w:t>рознось у дзьобі насіння дерев,&lt;br /&gt;</w:t>
        <w:br/>
        <w:t>щоб ми тебе порівнювали із клопітливою старенькою жінкою&lt;br /&gt;</w:t>
        <w:br/>
        <w:t>і подібно до неї тебе називали,&lt;br /&gt;</w:t>
        <w:br/>
        <w:t>рознось у дзьобі насіння дерев,&lt;br /&gt;</w:t>
        <w:br/>
        <w:t>щоб ми знали, що це ти сієш у лісі молоді дерева,&lt;br /&gt;</w:t>
        <w:br/>
        <w:t>щоб ми знали, що й найперше прадерево,&lt;br /&gt;</w:t>
        <w:br/>
        <w:t>наше райське дерево, ти посіяла,&lt;br /&gt;</w:t>
        <w:br/>
        <w:t>живи у нашому лісі, щоб ми часто зустрічали тебе,&lt;br /&gt;</w:t>
        <w:br/>
        <w:t>щоб ми спостерігали за твоїм приготуванням до ночі&lt;br /&gt;</w:t>
        <w:br/>
        <w:t>та знали з того, якою —&lt;br /&gt;</w:t>
        <w:br/>
        <w:t>чи теплою, чи холодною — буде наступна осінь,&lt;br /&gt;</w:t>
        <w:br/>
        <w:t>щоб належно приготувалися до осені,&lt;br /&gt;</w:t>
        <w:br/>
        <w:t>голосно кричи, верещи на весь ліс,&lt;br /&gt;</w:t>
        <w:br/>
        <w:t>щоб ми мали з ким порівнювати тих.</w:t>
      </w:r>
    </w:p>
    <w:p>
      <w:r>
        <w:br/>
        <w:t>хто надто голосно доводить щось своєму співрозмовникові,&lt;br /&gt;</w:t>
        <w:br/>
        <w:t>вилітай, ключнице від вирію,&lt;br /&gt;</w:t>
        <w:br/>
        <w:t>тричі на рік до вирію,&lt;br /&gt;</w:t>
        <w:br/>
        <w:t>щоб вчасно відімкнути вирій для відлітаючих птахів,&lt;br /&gt;</w:t>
        <w:br/>
        <w:t>щоб усі птахи встигли вилетіти у вирій:&lt;br /&gt;</w:t>
        <w:br/>
        <w:t>і ті, хто раніше відлітає у вирій,&lt;br /&gt;</w:t>
        <w:br/>
        <w:t>і ті, хто пізніше відлітає у вирій,&lt;br /&gt;</w:t>
        <w:br/>
        <w:t>щоб усі птахи встигли вилетіти у вирій,&lt;br /&gt;</w:t>
        <w:br/>
        <w:t>бо рай на нашій землі уже минувся,&lt;br /&gt;</w:t>
        <w:br/>
        <w:t>бо рай квітучого літа уже минувся —&lt;br /&gt;</w:t>
        <w:br/>
        <w:t>відмикай, ключнице від вирію,&lt;br /&gt;</w:t>
        <w:br/>
        <w:t>золотими ключами вирій.</w:t>
      </w:r>
    </w:p>
    <w:p>
      <w:r>
        <w:br/>
        <w:t>грудень 1994</w:t>
      </w:r>
    </w:p>
    <w:p>
      <w:r>
        <w:br/>
        <w:t>РИБАЛОЧКА:&lt;br /&gt;</w:t>
        <w:br/>
        <w:t>ПТАХ, ЯКИЙ МОРОЗИТЬ ВОДУ НА КРИГУ</w:t>
      </w:r>
    </w:p>
    <w:p>
      <w:r>
        <w:br/>
        <w:t>Рибалочко, рибалочко,&lt;br /&gt;</w:t>
        <w:br/>
        <w:t>ти — птах, який гарно забарвлений ясно-синім кольором,&lt;br /&gt;</w:t>
        <w:br/>
        <w:t>ти —рибаіїлочка блакиШний,&lt;br /&gt;</w:t>
        <w:br/>
        <w:t>ти сидиш над водою,&lt;br /&gt;</w:t>
        <w:br/>
        <w:t>ти сидиш над водою на сухій вербовій гілці,&lt;br /&gt;</w:t>
        <w:br/>
        <w:t>ти сидиш і не поворухнешся,&lt;br /&gt;</w:t>
        <w:br/>
        <w:t>ти ловиш рибу — вичікуєш необачну верховодку,&lt;br /&gt;</w:t>
        <w:br/>
        <w:t>яку ти хапаєш довгим дзьобом, пірнаючи у воду,&lt;br /&gt;</w:t>
        <w:br/>
        <w:t>ти — і рибалка, і рибакочка;&lt;br /&gt;</w:t>
        <w:br/>
        <w:t>ти сидиш над водою,&lt;br /&gt;</w:t>
        <w:br/>
        <w:t>ти сидиш над водою і я сиджу над водою,&lt;br /&gt;</w:t>
        <w:br/>
        <w:t>тільки твоє сідло над водою на сухій вербовій гілці,&lt;br /&gt;</w:t>
        <w:br/>
        <w:t>а моє сідло над водою на зеленому бережку,&lt;br /&gt;</w:t>
        <w:br/>
        <w:t>ти сидиш і не поворухнешся, і я сиджу і не поворухнуся,&lt;br /&gt;</w:t>
        <w:br/>
        <w:t>ти ловиш рибу, і я ловлю рибу:&lt;br /&gt;</w:t>
        <w:br/>
        <w:t>я-рибалка Васильок, а ти-рибалка Іванок,&lt;br /&gt;</w:t>
        <w:br/>
        <w:t>ти — іваноїїк;&lt;br /&gt;</w:t>
        <w:br/>
        <w:t>обидва ми рибалки,&lt;br /&gt;</w:t>
        <w:br/>
        <w:t>обидва ми ловимо рибу в охотку,&lt;br /&gt;</w:t>
        <w:br/>
        <w:t>тож ми обоє — спортивні рибалки:&lt;br /&gt;</w:t>
        <w:br/>
        <w:t>ось, ти бачиш, я спіймав карасика і поклав у саж —&lt;br /&gt;</w:t>
        <w:br/>
        <w:t>плетений із лози кошик для риби, опущений у воду,&lt;br /&gt;</w:t>
        <w:br/>
        <w:t>ось, я бачу, й ти спіймав верховодку,&lt;br /&gt;</w:t>
        <w:br/>
        <w:t>але тобі ії нікуди покласти, хіба що з'їсти,&lt;br /&gt;</w:t>
        <w:br/>
        <w:t>але ти її не їси, а стрілою летиш понад водою&lt;br /&gt;</w:t>
        <w:br/>
        <w:t>до своєї нори в глиняній кручі —&lt;br /&gt;</w:t>
        <w:br/>
        <w:t>малих рибалченяток годувати,&lt;br /&gt;</w:t>
        <w:br/>
        <w:t>тепер хто ти:&lt;br /&gt;</w:t>
        <w:br/>
        <w:t>чи то спортивний рибалка,&lt;br /&gt;</w:t>
        <w:br/>
        <w:t>чи то змагун у швидкості лету над водою,&lt;br /&gt;</w:t>
        <w:br/>
        <w:t>чи то глядач, який голосними криками вітає змагуна;&lt;br /&gt;</w:t>
        <w:br/>
        <w:t>поки я удруге закидаю свою вудку,&lt;br /&gt;</w:t>
        <w:br/>
        <w:t>ти вже, чую, повертаєшся,&lt;br /&gt;</w:t>
        <w:br/>
        <w:t>чую, бо ти голосно кричиш, летючи низько над водою,&lt;br /&gt;</w:t>
        <w:br/>
        <w:t>чую, бо ти голосно дзвониш, роздзвонюєш усім рибалкам,&lt;br /&gt;</w:t>
        <w:br/>
        <w:t>що ти уловив рибинку&lt;br /&gt;</w:t>
        <w:br/>
        <w:t>(і як ти не боїшся усю рибу полякати своїм дзвінким криком&lt;br /&gt;</w:t>
        <w:br/>
        <w:t>ти селишся біля води:&lt;br /&gt;</w:t>
        <w:br/>
        <w:t>по крутих берегах річок і озер, струмків і ставків,&lt;br /&gt;</w:t>
        <w:br/>
        <w:t>сам собі вириваєш довгу нору у крутому березі,&lt;br /&gt;</w:t>
        <w:br/>
        <w:t>риєш цілий тиждень довгу нору у крутому березі,&lt;br /&gt;</w:t>
        <w:br/>
        <w:t>щоб у тій норі влаштувати своє гніздо,&lt;br /&gt;</w:t>
        <w:br/>
        <w:t>ти — наче дятел, що довбає собі дупло у стовбурі дерева,&lt;br /&gt;</w:t>
        <w:br/>
        <w:t>щоб у тому дуплі влаштувати своє гніздо,&lt;br /&gt;</w:t>
        <w:br/>
        <w:t>ти — плавневий ятел.&lt;br /&gt;</w:t>
        <w:br/>
        <w:t>Рибалочко, рибалочко,&lt;br /&gt;</w:t>
        <w:br/>
        <w:t>ти — синій-синісінький зверху, а черевце твоє рудувате,&lt;br /&gt;</w:t>
        <w:br/>
        <w:t>ти — птах, який забарвлений у кольори відсутності:&lt;br /&gt;</w:t>
        <w:br/>
        <w:t>шуліка — ворог твій — згори тебе не бачить, бо&lt;br /&gt;</w:t>
        <w:br/>
        <w:t>ти синій, як плесо,&lt;br /&gt;</w:t>
        <w:br/>
        <w:t>а верховодка, за якою ти полюєш, знизу тебе не бачить, бо&lt;br /&gt;</w:t>
        <w:br/>
        <w:t>ти темний зі споду, наче листок на дереві,&lt;br /&gt;</w:t>
        <w:br/>
        <w:t>ти — синій-синісінький зверху, а черевце твоє рудувате,&lt;br /&gt;</w:t>
        <w:br/>
        <w:t>ти був би увесь ясно-синій, коли б ти не занурювався&lt;br /&gt;</w:t>
        <w:br/>
        <w:t>по сто разів на день у воду,&lt;br /&gt;</w:t>
        <w:br/>
        <w:t>та не синив, наче вузликом із синькою,&lt;br /&gt;</w:t>
        <w:br/>
        <w:t>своєю ясно-синьою мастю воду.&lt;br /&gt;</w:t>
        <w:br/>
        <w:t>ти — синевоІЇд.&lt;br /&gt;</w:t>
        <w:br/>
        <w:t>Рибалочко, рибалочко,&lt;br /&gt;</w:t>
        <w:br/>
        <w:t>ти занурюєшся по сто разів на день у воду,&lt;br /&gt;</w:t>
        <w:br/>
        <w:t>ти не тільки синиш, наче вузликом із синькою,&lt;br /&gt;</w:t>
        <w:br/>
        <w:t>своєю ясно-синьою мастю воду,&lt;br /&gt;</w:t>
        <w:br/>
        <w:t>ти ше й холодиш, наче грудочкою криги,&lt;br /&gt;</w:t>
        <w:br/>
        <w:t>своєю ясно-синьою мастю воду,&lt;br /&gt;</w:t>
        <w:br/>
        <w:t>он, я бачу,&lt;br /&gt;</w:t>
        <w:br/>
        <w:t>ти вилетів із води, куди пірнав за рибинкою,&lt;br /&gt;</w:t>
        <w:br/>
        <w:t>знову усівся на сухій вербовій гілці&lt;br /&gt;</w:t>
        <w:br/>
        <w:t>і стріпуєшся — трусишся від холодної води,&lt;br /&gt;</w:t>
        <w:br/>
        <w:t>а не стріпуєшся — струшуєш воду із себе,&lt;br /&gt;</w:t>
        <w:br/>
        <w:t>ти сам холодиш, наче грудочкою криги,&lt;br /&gt;</w:t>
        <w:br/>
        <w:t>своєю ясно-синьою мастю воду&lt;br /&gt;</w:t>
        <w:br/>
        <w:t>і сам мерзнеш від холодної води, аж синієш,&lt;br /&gt;</w:t>
        <w:br/>
        <w:t>ти — морозюіїк.&lt;br /&gt;</w:t>
        <w:br/>
        <w:t>Рибалочко, рибалочко,&lt;br /&gt;</w:t>
        <w:br/>
        <w:t>ти занурюєшся по сто разів на день у воду&lt;br /&gt;</w:t>
        <w:br/>
        <w:t>ти не тільки синиш, наче вузликом із синькою,&lt;br /&gt;</w:t>
        <w:br/>
        <w:t>своєю ясно-синьою мастю воду,&lt;br /&gt;</w:t>
        <w:br/>
        <w:t>ти не тільки холодиш, наче грудочкою криги,&lt;br /&gt;</w:t>
        <w:br/>
        <w:t>своєю ясно-синьою мастю воду,&lt;br /&gt;</w:t>
        <w:br/>
        <w:t>але іще ти перед відльотом у вирій&lt;br /&gt;</w:t>
        <w:br/>
        <w:t>останній раз занурюєшся у воду,&lt;br /&gt;</w:t>
        <w:br/>
        <w:t>і після твого останнього занурення вода замерзає,&lt;br /&gt;</w:t>
        <w:br/>
        <w:t>ти — бодомороЇЇз,&lt;br /&gt;</w:t>
        <w:br/>
        <w:t>після твого останнього занурення вода замерзає,&lt;br /&gt;</w:t>
        <w:br/>
        <w:t>кригою прозорою, ясно-синьою покривається,&lt;br /&gt;</w:t>
        <w:br/>
        <w:t>щоб рибинкам тепло було під кригою,&lt;br /&gt;</w:t>
        <w:br/>
        <w:t>усю зиму від того дня річка буде покрита кригою,&lt;br /&gt;</w:t>
        <w:br/>
        <w:t>аж поки навесні, на день Теплого Олекси,&lt;br /&gt;</w:t>
        <w:br/>
        <w:t>не розіб'є кригу&lt;br /&gt;</w:t>
        <w:br/>
        <w:t>щука хвостом.&lt;br /&gt;</w:t>
        <w:br/>
        <w:t>Рибалочко, рибалочко,&lt;br /&gt;</w:t>
        <w:br/>
        <w:t>будь птахом, який гарно забарвлений ясно-синім кольором,&lt;br /&gt;</w:t>
        <w:br/>
        <w:t>будь птахом, який сидить над водою на сухій вербовій гілці&lt;br /&gt;</w:t>
        <w:br/>
        <w:t>і не поворухнеться, бо ловить рибу,&lt;br /&gt;</w:t>
        <w:br/>
        <w:t>будь птахом, який сидить над водою на сухій вербовій гілці&lt;br /&gt;</w:t>
        <w:br/>
        <w:t>і не поворухнеться бо ловить рибу,&lt;br /&gt;</w:t>
        <w:br/>
        <w:t>подібно до рибалки, який сидить над водою&lt;br /&gt;</w:t>
        <w:br/>
        <w:t>на зеленому бережку і не поворухнеться, бо ловить рибу,&lt;br /&gt;</w:t>
        <w:br/>
        <w:t>будь птахом, який селиться біля води&lt;br /&gt;</w:t>
        <w:br/>
        <w:t>на крутих берегах річок і озер, струмків і ставків,&lt;br /&gt;</w:t>
        <w:br/>
        <w:t>який сам собі вириває довгу нору у крутому березі,&lt;br /&gt;</w:t>
        <w:br/>
        <w:t>подібно як дятел довбе собі дупло у стовбурі дерева,&lt;br /&gt;</w:t>
        <w:br/>
        <w:t>будь птахом, який синій-синісінький зверху, а черевце рудувате,&lt;br /&gt;</w:t>
        <w:br/>
        <w:t>пірнай по сто разів на день у воду за прудкою верховодкою,&lt;br /&gt;</w:t>
        <w:br/>
        <w:t>сини своєю ясно-синьою мастю, наче вузликом із синькою, воду,&lt;br /&gt;</w:t>
        <w:br/>
        <w:t>будь птахом, який, пірнає по сто разів на день у воду,&lt;br /&gt;</w:t>
        <w:br/>
        <w:t>який стріпується — струшує воду із себе,&lt;br /&gt;</w:t>
        <w:br/>
        <w:t>а ми, ті, хто бачить тебе, як ти стріпуєшся, думали, що то&lt;br /&gt;</w:t>
        <w:br/>
        <w:t>ти трусишся від холодної води, яку ти сам холодиш,&lt;br /&gt;</w:t>
        <w:br/>
        <w:t>наче грудочкою криги, своєю ясно-синьою мастю,&lt;br /&gt;</w:t>
        <w:br/>
        <w:t>будь птахом, який пірнає по сто разів на день у воду&lt;br /&gt;</w:t>
        <w:br/>
        <w:t>і не тільки синить, наче вузликом із синькою,&lt;br /&gt;</w:t>
        <w:br/>
        <w:t>своєю ясно-синьою мастю воду,&lt;br /&gt;</w:t>
        <w:br/>
        <w:t>який пірнає по сто разів на день у воду&lt;br /&gt;</w:t>
        <w:br/>
        <w:t>і не тільки холодить, наче грудочкою криги,&lt;br /&gt;</w:t>
        <w:br/>
        <w:t>своєю ясно-синьою мастю воду.</w:t>
      </w:r>
    </w:p>
    <w:p>
      <w:r>
        <w:br/>
        <w:t>але який іще й перед відльотом у вирій&lt;br /&gt;</w:t>
        <w:br/>
        <w:t>останній раз пірнає у воду&lt;br /&gt;</w:t>
        <w:br/>
        <w:t>і за цим останнім зануренням у воду&lt;br /&gt;</w:t>
        <w:br/>
        <w:t>заморожує воду на прозору, ясно-синю кригу,&lt;br /&gt;</w:t>
        <w:br/>
        <w:t>щоб рибинкам тепло було під кригою;&lt;br /&gt;</w:t>
        <w:br/>
        <w:t>пірнай, ясно-синя пташко,&lt;br /&gt;</w:t>
        <w:br/>
        <w:t>пірнай, ясно-синя, наче грудочка криги, пташко, у воду,&lt;br /&gt;</w:t>
        <w:br/>
        <w:t>заморожуй воду на прозору, ясно-синю кригу:&lt;br /&gt;</w:t>
        <w:br/>
        <w:t>хай рибинкам тепло буде під кригою зимувати! —&lt;br /&gt;</w:t>
        <w:br/>
        <w:t>щоб від того дня усю зиму річка замерзлою стояла&lt;br /&gt;</w:t>
        <w:br/>
        <w:t>аж до весни, до дня Теплого Олекси,&lt;br /&gt;</w:t>
        <w:br/>
        <w:t>поки не розіб'є кригу&lt;br /&gt;</w:t>
        <w:br/>
        <w:t>щука хвостом!&lt;br /&gt;</w:t>
        <w:br/>
        <w:t>січень 1995</w:t>
      </w:r>
    </w:p>
    <w:p>
      <w:r>
        <w:br/>
        <w:t>ЗЕЛЕНЯК:&lt;br /&gt;</w:t>
        <w:br/>
        <w:t>ПТАХ, ЯКИЙ ПРИКРАШАЄ ЗЕЛЕНУ НЕДІЛЮ</w:t>
      </w:r>
    </w:p>
    <w:p>
      <w:r>
        <w:br/>
        <w:t>Зеленяче, зеленяче,&lt;br /&gt;</w:t>
        <w:br/>
        <w:t>ти — пташка зеленого кольору,&lt;br /&gt;</w:t>
        <w:br/>
        <w:t>ти — найзеленіша пташка&lt;br /&gt;</w:t>
        <w:br/>
        <w:t>за всіх зелених пташок,&lt;br /&gt;</w:t>
        <w:br/>
        <w:t>ти зеленим забарвленням свого пір'я себе називаєш:&lt;br /&gt;</w:t>
        <w:br/>
        <w:t>ти — зеленяїк;&lt;br /&gt;</w:t>
        <w:br/>
        <w:t>ти співаєш, ніби струмок із прозорою водою&lt;br /&gt;</w:t>
        <w:br/>
        <w:t>по камінцях перебігає,&lt;br /&gt;</w:t>
        <w:br/>
        <w:t>ти співаєш, як дзюркочеш,&lt;br /&gt;</w:t>
        <w:br/>
        <w:t>ти співаєш,&lt;br /&gt;</w:t>
        <w:br/>
        <w:t>ти голосом своїм себе називаєш:&lt;br /&gt;</w:t>
        <w:br/>
        <w:t>ти — дзьоркаїїч;&lt;br /&gt;</w:t>
        <w:br/>
        <w:t>ти співаєш, ніби дзвоником дзвониш,&lt;br /&gt;</w:t>
        <w:br/>
        <w:t>ти співаєш,&lt;br /&gt;</w:t>
        <w:br/>
        <w:t>ти голосом своїм себе називаєш;&lt;br /&gt;</w:t>
        <w:br/>
        <w:t>ти —і дзвінок, і дзвоноОк, і дзвоОник,&lt;br /&gt;</w:t>
        <w:br/>
        <w:t>ти — і дзвонеіїць, і дзвенкаїїч.&lt;br /&gt;</w:t>
        <w:br/>
        <w:t>Зеленяче, зеленяче,&lt;br /&gt;</w:t>
        <w:br/>
        <w:t>ти — найзеленіша пташка&lt;br /&gt;</w:t>
        <w:br/>
        <w:t>за всіх зелених пташок,&lt;br /&gt;</w:t>
        <w:br/>
        <w:t>ти — найзеленіша пташка&lt;br /&gt;</w:t>
        <w:br/>
        <w:t>зеленого свята — Зеленої Неділі:&lt;br /&gt;</w:t>
        <w:br/>
        <w:t>білий світ найзеленіший у Зелену Неділю,&lt;br /&gt;</w:t>
        <w:br/>
        <w:t>літній ліс найзеленіший у Зелену Неділю,&lt;br /&gt;</w:t>
        <w:br/>
        <w:t>вишневий садок найзеленіший у Зелену Неділю,&lt;br /&gt;</w:t>
        <w:br/>
        <w:t>біла хатинка найзеленіша у Зелену Неділю,&lt;br /&gt;</w:t>
        <w:br/>
        <w:t>світла світлиця найзеленіша у Зелену Неділю —&lt;br /&gt;</w:t>
        <w:br/>
        <w:t>серед білого світу, найзеленішого того дня,&lt;br /&gt;</w:t>
        <w:br/>
        <w:t>серед літнього лісу, найзеленішого того дня,&lt;br /&gt;</w:t>
        <w:br/>
        <w:t>на зеленому дереві, найзеленішому того дня,&lt;br /&gt;</w:t>
        <w:br/>
        <w:t>стоїть зелена церковця із трьома золотими хрестами,&lt;br /&gt;</w:t>
        <w:br/>
        <w:t>там на зеленій дзвіниці зелений дзвін,&lt;br /&gt;</w:t>
        <w:br/>
        <w:t>зелений дзвін зелено дзвонить,&lt;br /&gt;</w:t>
        <w:br/>
        <w:t>зелене свято славить — Зелену Неділю.&lt;br /&gt;</w:t>
        <w:br/>
        <w:t>Зеленяче, зеленяче,&lt;br /&gt;</w:t>
        <w:br/>
        <w:t>серед білого світу, найзеленішого у Зелену Неділю,&lt;br /&gt;</w:t>
        <w:br/>
        <w:t>серед літнього лісу, найзеленішого у Зелену Неділю,&lt;br /&gt;</w:t>
        <w:br/>
        <w:t>серед вишневого садка, найзеленішого у Зелену Неділю,&lt;br /&gt;</w:t>
        <w:br/>
        <w:t>у білій хатинці, заклечаній кленовим гіллям,&lt;br /&gt;</w:t>
        <w:br/>
        <w:t>у світлій світлиці, замаєній чебрецем і м'ятою,&lt;br /&gt;</w:t>
        <w:br/>
        <w:t>під білими рушниками, найзеленішими у Зелену Неділю,&lt;br /&gt;</w:t>
        <w:br/>
        <w:t>що на них зеленою заполоччю вишито зелених пташок,&lt;br /&gt;</w:t>
        <w:br/>
        <w:t>зелених пташок із розпростертими зеленими крильцями&lt;br /&gt;</w:t>
        <w:br/>
        <w:t>(із розпростертими крильцями — щоб господарі веселі були&lt;br /&gt;</w:t>
        <w:br/>
        <w:t>зелених пташок — зеленяків,&lt;br /&gt;</w:t>
        <w:br/>
        <w:t>ти веселий сидиш —&lt;br /&gt;</w:t>
        <w:br/>
        <w:t>ти сидиш за зеленим столом,&lt;br /&gt;</w:t>
        <w:br/>
        <w:t>на якому смарагдовий камінь лежить,&lt;br /&gt;</w:t>
        <w:br/>
        <w:t>світлу світлицю, затишну, як гніздечко,&lt;br /&gt;</w:t>
        <w:br/>
        <w:t>світлу світлицю зеленим світлом осяює.&lt;br /&gt;</w:t>
        <w:br/>
        <w:t>Зеленяче, зеленяче,&lt;br /&gt;</w:t>
        <w:br/>
        <w:t>будь пташкою зеленого кольору,&lt;br /&gt;</w:t>
        <w:br/>
        <w:t>будь найзеленішою пташкою за всіх зелених пташок,&lt;br /&gt;</w:t>
        <w:br/>
        <w:t>співай так, ніби струмок із прозорою водою&lt;br /&gt;</w:t>
        <w:br/>
        <w:t>по камінцях перебігає.</w:t>
      </w:r>
    </w:p>
    <w:p>
      <w:r>
        <w:br/>
        <w:t>співай так, ніби дзвоником дзвониш,&lt;br /&gt;</w:t>
        <w:br/>
        <w:t>серед білого світу, найзеленішого у Зелену Неділю,&lt;br /&gt;</w:t>
        <w:br/>
        <w:t>серед літнього лісу, найзеленішого у Зелену Неділю,&lt;br /&gt;</w:t>
        <w:br/>
        <w:t>серед вишневого садка, найзеленішого у Зелену Неділю,&lt;br /&gt;</w:t>
        <w:br/>
        <w:t>у білій хатинці, заклечаній кленовим гіллям,&lt;br /&gt;</w:t>
        <w:br/>
        <w:t>у світлій світлиці, замаєній чебрецем і м'ятою,&lt;br /&gt;</w:t>
        <w:br/>
        <w:t>під білими рушниками, найзеленішими у Зелену Неділю,&lt;br /&gt;</w:t>
        <w:br/>
        <w:t>що на них зеленою заполоччю вишито зелених пташок,&lt;br /&gt;</w:t>
        <w:br/>
        <w:t>вишито зелених пташок — зеленяків,&lt;br /&gt;</w:t>
        <w:br/>
        <w:t>сідай, весела пташко,&lt;br /&gt;</w:t>
        <w:br/>
        <w:t>сідай за зеленим столом,&lt;br /&gt;</w:t>
        <w:br/>
        <w:t>дивись на смарагдовий камінь серед столу,&lt;br /&gt;</w:t>
        <w:br/>
        <w:t>найзеленіша пташко&lt;br /&gt;</w:t>
        <w:br/>
        <w:t>зеленого свята — Зеленої Неділі.</w:t>
      </w:r>
    </w:p>
    <w:p>
      <w:r>
        <w:br/>
        <w:t>лютий 1995</w:t>
      </w:r>
    </w:p>
    <w:p>
      <w:r>
        <w:br/>
        <w:t>ЗОЛОТИЙ ЩУР:&lt;br /&gt;</w:t>
        <w:br/>
        <w:t>ПТАХ, ЯКИЙ ЛЮБИТЬ БДЖІЛ</w:t>
      </w:r>
    </w:p>
    <w:p>
      <w:r>
        <w:br/>
        <w:t>Щуре, золотий щуре,&lt;br /&gt;</w:t>
        <w:br/>
        <w:t>ти — загадка про самого себе,&lt;br /&gt;</w:t>
        <w:br/>
        <w:t>ти складаєш загадки про самого себе за ознакою:&lt;br /&gt;</w:t>
        <w:br/>
        <w:t>той, хто голос подає —&lt;br /&gt;</w:t>
        <w:br/>
        <w:t>дзвінке "рюкання*: кррю-кррю, —&lt;br /&gt;</w:t>
        <w:br/>
        <w:t>ти — той, хто голосом своїм себе називає,&lt;br /&gt;</w:t>
        <w:br/>
        <w:t>ти — той, хто і ц)р, і щурка, і щурок,&lt;br /&gt;</w:t>
        <w:br/>
        <w:t>ти — той, хто і хпюрок, і ф'юрко, —&lt;br /&gt;</w:t>
        <w:br/>
        <w:t>відгадкою таких загадок&lt;br /&gt;</w:t>
        <w:br/>
        <w:t>ти — сам увесь;&lt;br /&gt;</w:t>
        <w:br/>
        <w:t>ти складаєш загадку про самого себе за ознакою:&lt;br /&gt;</w:t>
        <w:br/>
        <w:t>той, хто має красиве золоте забарвлення, тому&lt;br /&gt;</w:t>
        <w:br/>
        <w:t>ти —той, хто не є воронкою —&lt;br /&gt;</w:t>
        <w:br/>
        <w:t>бо ж та уся чорна! —&lt;br /&gt;</w:t>
        <w:br/>
        <w:t>ти — той, хто за це називається красиворонок, —&lt;br /&gt;</w:t>
        <w:br/>
        <w:t>відгадкою такої загадки&lt;br /&gt;</w:t>
        <w:br/>
        <w:t>ти — сам увесь;&lt;br /&gt;</w:t>
        <w:br/>
        <w:t>ти складаєш загадки про самого себе за ознакою:&lt;br /&gt;</w:t>
        <w:br/>
        <w:t>той, хто любить бджіл,&lt;br /&gt;</w:t>
        <w:br/>
        <w:t>ти — той, хто за це називається бджолоїдка,&lt;br /&gt;</w:t>
        <w:br/>
        <w:t>ти — той, хто любить бджіл, але не є шпаком-&lt;br /&gt;</w:t>
        <w:br/>
        <w:t>бо ж той увесь чорний! —&lt;br /&gt;</w:t>
        <w:br/>
        <w:t>ти — той, хто за це називається бджільний шпак,&lt;br /&gt;</w:t>
        <w:br/>
        <w:t>відгадкою таких загадок&lt;br /&gt;</w:t>
        <w:br/>
        <w:t>ти — сам увесь;&lt;br /&gt;</w:t>
        <w:br/>
        <w:t>ти складаєш загадку про самого себе за ознакою:&lt;br /&gt;</w:t>
        <w:br/>
        <w:t>той, хто, кажуть, має неприємний дух,&lt;br /&gt;</w:t>
        <w:br/>
        <w:t>той, хто, кажуть, неприємно тхне, як тхір,&lt;br /&gt;</w:t>
        <w:br/>
        <w:t>ти — той, хто за це називається чх)р, —&lt;br /&gt;</w:t>
        <w:br/>
        <w:t>відгадкою такоі загадки&lt;br /&gt;</w:t>
        <w:br/>
        <w:t>ти — сам увесь.</w:t>
      </w:r>
    </w:p>
    <w:p>
      <w:r>
        <w:br/>
        <w:t>Щуре, золотий щуре,&lt;br /&gt;</w:t>
        <w:br/>
        <w:t>ти голос подаєш —&lt;br /&gt;</w:t>
        <w:br/>
        <w:t>дзвінке "рюкання": кррю-кррю —&lt;br /&gt;</w:t>
        <w:br/>
        <w:t>ти голосом своїм себе називаєш,&lt;br /&gt;</w:t>
        <w:br/>
        <w:t>ти — гарна своїм голосом пташка,&lt;br /&gt;</w:t>
        <w:br/>
        <w:t>яку хочеться довго слухати, —&lt;br /&gt;</w:t>
        <w:br/>
        <w:t>так довго, аж поки не мине літо!</w:t>
      </w:r>
    </w:p>
    <w:p>
      <w:r>
        <w:br/>
        <w:t>Щуре, золотий щуре,&lt;br /&gt;</w:t>
        <w:br/>
        <w:t>ти маєш красиве золоте забарвлення&lt;br /&gt;</w:t>
        <w:br/>
        <w:t>ти бачиш, як бджоли лазять до квітки, і&lt;br /&gt;</w:t>
        <w:br/>
        <w:t>ти лазиш, наслідуючи бджіл, до квітки —&lt;br /&gt;</w:t>
        <w:br/>
        <w:t>твоє гарне золоте забарвлення від квіткового пилку;&lt;br /&gt;</w:t>
        <w:br/>
        <w:t>ти бачиш, як бджоли лазять до квітки, і&lt;br /&gt;</w:t>
        <w:br/>
        <w:t>ти лазиш, наслідуючи бджіл, до квітки,&lt;br /&gt;</w:t>
        <w:br/>
        <w:t>бджоли лазять до квітки по мед та пилок,&lt;br /&gt;</w:t>
        <w:br/>
        <w:t>ти ж гадаєш, що&lt;br /&gt;</w:t>
        <w:br/>
        <w:t>то їх барвисті пелюстки приваблюють, —&lt;br /&gt;</w:t>
        <w:br/>
        <w:t>ти й собі нариваєш та обтулюєш себе&lt;br /&gt;</w:t>
        <w:br/>
        <w:t>різного кольору пелюстками з різних квітів&lt;br /&gt;</w:t>
        <w:br/>
        <w:t>крила обтулюєш пелюстками з волошки —&lt;br /&gt;</w:t>
        <w:br/>
        <w:t>щоб були синіми,&lt;br /&gt;</w:t>
        <w:br/>
        <w:t>груди обтулюєш пелюстками з цикорію —&lt;br /&gt;</w:t>
        <w:br/>
        <w:t>щоб були блакитними,&lt;br /&gt;</w:t>
        <w:br/>
        <w:t>лоб обтулюєш пелюстками з ромену —&lt;br /&gt;</w:t>
        <w:br/>
        <w:t>щоб був білим.&lt;br /&gt;</w:t>
        <w:br/>
        <w:t>горло обтулюєш пелюстками з купавки —&lt;br /&gt;</w:t>
        <w:br/>
        <w:t>щоб було жовтим,&lt;br /&gt;</w:t>
        <w:br/>
        <w:t>хвіст же обтулюєш зеленим листям —&lt;br /&gt;</w:t>
        <w:br/>
        <w:t>щоб був зеленим,&lt;br /&gt;</w:t>
        <w:br/>
        <w:t>та так і літаєш золотим і барвистим:&lt;br /&gt;</w:t>
        <w:br/>
        <w:t>ти — гарна своїм пір'ям пташка,&lt;br /&gt;</w:t>
        <w:br/>
        <w:t>на яку хочеться довго дивитися,&lt;br /&gt;</w:t>
        <w:br/>
        <w:t>так довго, аж поки не мине літо!&lt;br /&gt;</w:t>
        <w:br/>
        <w:t>Щуре, золотий щуре,&lt;br /&gt;</w:t>
        <w:br/>
        <w:t>ти любиш бджіл —&lt;br /&gt;</w:t>
        <w:br/>
        <w:t>ти високо літаєш,&lt;br /&gt;</w:t>
        <w:br/>
        <w:t>ти високо літаєш, згори милуєшся пасікою,&lt;br /&gt;</w:t>
        <w:br/>
        <w:t>ти й собі хотів би завести бджіл:&lt;br /&gt;</w:t>
        <w:br/>
        <w:t>у глиняній вощаній кручі над річкою&lt;br /&gt;</w:t>
        <w:br/>
        <w:t>ти риєш нору для свого гнізда —&lt;br /&gt;</w:t>
        <w:br/>
        <w:t>здалеку помітний вхід до твоєї нірки,&lt;br /&gt;</w:t>
        <w:br/>
        <w:t>що наче вічко у справжньому вулику;&lt;br /&gt;</w:t>
        <w:br/>
        <w:t>ти любиш бджіл, але&lt;br /&gt;</w:t>
        <w:br/>
        <w:t>ти їх не їси —&lt;br /&gt;</w:t>
        <w:br/>
        <w:t>ти їх тільки ловиш,&lt;br /&gt;</w:t>
        <w:br/>
        <w:t>ти їх носиш своїм діткам,&lt;br /&gt;</w:t>
        <w:br/>
        <w:t>щоб показати своїм діткам-щуреняткам,&lt;br /&gt;</w:t>
        <w:br/>
        <w:t>щоб вони змалечку знали бджіл,&lt;br /&gt;</w:t>
        <w:br/>
        <w:t>а як виростуть великі, щоб пасічникували,&lt;br /&gt;</w:t>
        <w:br/>
        <w:t>аби мати свій мед,&lt;br /&gt;</w:t>
        <w:br/>
        <w:t>але пташенята твої — малі та нерозумні — думають,&lt;br /&gt;</w:t>
        <w:br/>
        <w:t>що ці солодкі бджоли, це і є мед,&lt;br /&gt;</w:t>
        <w:br/>
        <w:t>тому й поїдають іх залюбки —&lt;br /&gt;</w:t>
        <w:br/>
        <w:t>вони — бджолоїдченятка,&lt;br /&gt;</w:t>
        <w:br/>
        <w:t>малих іх так називають,&lt;br /&gt;</w:t>
        <w:br/>
        <w:t>та як підростуть, то й більших,&lt;br /&gt;</w:t>
        <w:br/>
        <w:t>а через них і тебе називають бджолоїдкою:&lt;br /&gt;</w:t>
        <w:br/>
        <w:t>у людей батьки передають прізвища своїм дітям,&lt;br /&gt;</w:t>
        <w:br/>
        <w:t>а у вас, у щурів, навпаки — діти передають батькам;&lt;br /&gt;</w:t>
        <w:br/>
        <w:t>ти любиш бджіл, але&lt;br /&gt;</w:t>
        <w:br/>
        <w:t>ти їх не їси —&lt;br /&gt;</w:t>
        <w:br/>
        <w:t>ти їх тільки ловиш&lt;br /&gt;</w:t>
        <w:br/>
        <w:t>та по одній заносиш до своєї нори,&lt;br /&gt;</w:t>
        <w:br/>
        <w:t>щоб вони там жили, як у вулику,&lt;br /&gt;</w:t>
        <w:br/>
        <w:t>але пташенята твої —&lt;br /&gt;</w:t>
        <w:br/>
        <w:t>малі та нерозумні бджолоїдченятка —&lt;br /&gt;</w:t>
        <w:br/>
        <w:t>думають, що то&lt;br /&gt;</w:t>
        <w:br/>
        <w:t>ти носиш солодких бджіл їм їсти,&lt;br /&gt;</w:t>
        <w:br/>
        <w:t>тому й поїдають їх залюбки слідком, так&lt;br /&gt;</w:t>
        <w:br/>
        <w:t>ти за все літо й не розводиш бджіл —&lt;br /&gt;</w:t>
        <w:br/>
        <w:t>по людських пасіках уже й мед видирають,&lt;br /&gt;</w:t>
        <w:br/>
        <w:t>ти ж подовгу сидиш біля вічка, прислухаєшся,&lt;br /&gt;</w:t>
        <w:br/>
        <w:t>чи гудуть твої бджоли, наче у справжньому вулику,&lt;br /&gt;</w:t>
        <w:br/>
        <w:t>але ні, там тихо, тільки пташенятка-бджолоїдченятка&lt;br /&gt;</w:t>
        <w:br/>
        <w:t>голос подають, нарешті вилітати збираються.</w:t>
      </w:r>
    </w:p>
    <w:p>
      <w:r>
        <w:br/>
        <w:t>Щуре, золотий щуре,&lt;br /&gt;</w:t>
        <w:br/>
        <w:t>ти, кажуть, маєш неприємний дух,&lt;br /&gt;</w:t>
        <w:br/>
        <w:t>ти, кажуть, неприємно тхнеш, як тхір, —&lt;br /&gt;</w:t>
        <w:br/>
        <w:t>і додумався ж хтось нюхати тебе,&lt;br /&gt;</w:t>
        <w:br/>
        <w:t>ніби ти квітка, а не пташка,&lt;br /&gt;</w:t>
        <w:br/>
        <w:t>хоч і обтулена з усіх боків квітковими пелюстками,&lt;br /&gt;</w:t>
        <w:br/>
        <w:t>ніби ти іще й пахнути маєш, як кожна квітка,&lt;br /&gt;</w:t>
        <w:br/>
        <w:t>пелюстками з якої ти обтулена,&lt;br /&gt;</w:t>
        <w:br/>
        <w:t>ніби для тебе недостатньо бути пташкою&lt;br /&gt;</w:t>
        <w:br/>
        <w:t>яскравою, як барвиста квітка, —</w:t>
      </w:r>
    </w:p>
    <w:p>
      <w:r>
        <w:br/>
        <w:t>ти — не запашна квітка,&lt;br /&gt;</w:t>
        <w:br/>
        <w:t>яку хочеться довго нюхати,&lt;br /&gt;</w:t>
        <w:br/>
        <w:t>ти — гарна голосом пташка,&lt;br /&gt;</w:t>
        <w:br/>
        <w:t>яку хочеться довго слухати,&lt;br /&gt;</w:t>
        <w:br/>
        <w:t>так довго, аж поки не мине літо,&lt;br /&gt;</w:t>
        <w:br/>
        <w:t>ти — не запашна квітка,&lt;br /&gt;</w:t>
        <w:br/>
        <w:t>яку хочеться довго нюхати,&lt;br /&gt;</w:t>
        <w:br/>
        <w:t>ти — гарна пір'ям пташка,&lt;br /&gt;</w:t>
        <w:br/>
        <w:t>на яку хочеться довго дивитися,&lt;br /&gt;</w:t>
        <w:br/>
        <w:t>так довго, аж поки не мине літо!</w:t>
      </w:r>
    </w:p>
    <w:p>
      <w:r>
        <w:br/>
        <w:t>Щуре, золотий щуре,&lt;br /&gt;</w:t>
        <w:br/>
        <w:t>ти і весь ваш цьоголітній виводок&lt;br /&gt;</w:t>
        <w:br/>
        <w:t>погожої днини високо в небі над степом ширяєте:&lt;br /&gt;</w:t>
        <w:br/>
        <w:t>творите своїм безнастанним ширянням височенне дерево,&lt;br /&gt;</w:t>
        <w:br/>
        <w:t>сидите на невидимих від височини гілках золотим листям,&lt;br /&gt;</w:t>
        <w:br/>
        <w:t>гойдаєтеся на невидимих від височини гілках туди-сюди,&lt;br /&gt;</w:t>
        <w:br/>
        <w:t>голос ваш розмірений, що ви його подаєте&lt;br /&gt;</w:t>
        <w:br/>
        <w:t>з небесних гілок височенного дерева,&lt;br /&gt;</w:t>
        <w:br/>
        <w:t>далеко лунає —&lt;br /&gt;</w:t>
        <w:br/>
        <w:t>затишно нам, хто чує ваш голос,&lt;br /&gt;</w:t>
        <w:br/>
        <w:t>під отаким липневим деревом&lt;br /&gt;</w:t>
        <w:br/>
        <w:t>із золотим листям.</w:t>
      </w:r>
    </w:p>
    <w:p>
      <w:r>
        <w:br/>
        <w:t>Щуре, золотий щуре,&lt;br /&gt;</w:t>
        <w:br/>
        <w:t>будь загадкою про самого себе за ознакою:&lt;br /&gt;</w:t>
        <w:br/>
        <w:t>той, хто голос подає-дзвінке "рюкання": кррю-кррю, —&lt;br /&gt;</w:t>
        <w:br/>
        <w:t>а ми за цей голос тебе називатимемо,&lt;br /&gt;</w:t>
        <w:br/>
        <w:t>а ми за цими назвами тебе усього відгадуватимемо;&lt;br /&gt;</w:t>
        <w:br/>
        <w:t>будь загадкою про самого себе за ознакою:&lt;br /&gt;</w:t>
        <w:br/>
        <w:t>той, хто має красиве золоте забарвлення&lt;br /&gt;</w:t>
        <w:br/>
        <w:t>а ми за цю красу тебе називатимемо,&lt;br /&gt;</w:t>
        <w:br/>
        <w:t>а ми за цією назвою тебе усього відгадуватимемо;&lt;br /&gt;</w:t>
        <w:br/>
        <w:t>будь загадкою про самого себе за ознакою:&lt;br /&gt;</w:t>
        <w:br/>
        <w:t>той, хто любить бджіл,&lt;br /&gt;</w:t>
        <w:br/>
        <w:t>а ми за цю твою прихильність тебе називатимемо,&lt;br /&gt;</w:t>
        <w:br/>
        <w:t>а ми за цими назвами тебе усього відгадуватимемо;&lt;br /&gt;</w:t>
        <w:br/>
        <w:t>будь загадкою про самого себе за ознакою:&lt;br /&gt;</w:t>
        <w:br/>
        <w:t>той, хто, кажуть, має неприємний дух,&lt;br /&gt;</w:t>
        <w:br/>
        <w:t>а ми за цю особливість тебе називатимемо,&lt;br /&gt;</w:t>
        <w:br/>
        <w:t>а ми за цією назвою тебе усього відгадуватимемо —&lt;br /&gt;</w:t>
        <w:br/>
        <w:t>будь золотим щуром!</w:t>
      </w:r>
    </w:p>
    <w:p>
      <w:r>
        <w:br/>
        <w:t>червень 2001</w:t>
      </w:r>
    </w:p>
    <w:p>
      <w:r>
        <w:br/>
        <w:t>ЗЕЛЕНИЙ ЩУР:&lt;br /&gt;</w:t>
        <w:br/>
        <w:t>ПТАХ, ЯКИЙ ТАКОЖ ЛЮБИТЬ БДЖІЛ</w:t>
      </w:r>
    </w:p>
    <w:p>
      <w:r>
        <w:br/>
        <w:t>Щуре, зелений щуре,&lt;br /&gt;</w:t>
        <w:br/>
        <w:t>ти — загадка про самого себе,&lt;br /&gt;</w:t>
        <w:br/>
        <w:t>ти складаєш загадки про самого себе за ознакою:&lt;br /&gt;</w:t>
        <w:br/>
        <w:t>той, хто голос подає —&lt;br /&gt;</w:t>
        <w:br/>
        <w:t>дзвінке "рюкання*: кррю-кррю, —&lt;br /&gt;</w:t>
        <w:br/>
        <w:t>ти — той, хто голосом своїм себе називає,&lt;br /&gt;</w:t>
        <w:br/>
        <w:t>ти — той, хто і ц&gt;р, і щурка, і щурок,&lt;br /&gt;</w:t>
        <w:br/>
        <w:t>ти — той, хто і хлюрок, і ф'юрко, —&lt;br /&gt;</w:t>
        <w:br/>
        <w:t>відгадкою таких загадок&lt;br /&gt;</w:t>
        <w:br/>
        <w:t>ти — сам увесь;&lt;br /&gt;</w:t>
        <w:br/>
        <w:t>ти складаєш загадку про самого себе за ознакою:&lt;br /&gt;</w:t>
        <w:br/>
        <w:t>той, хто має красиве зелене забарвлення, тому&lt;br /&gt;</w:t>
        <w:br/>
        <w:t>ти —той, хто не є воронкою —&lt;br /&gt;</w:t>
        <w:br/>
        <w:t>бо ж та уся чорна! —&lt;br /&gt;</w:t>
        <w:br/>
        <w:t>ти — той, хто за це називається красиворонок, —&lt;br /&gt;</w:t>
        <w:br/>
        <w:t>відгадкою такої загадки&lt;br /&gt;</w:t>
        <w:br/>
        <w:t>ти — сам увесь;&lt;br /&gt;</w:t>
        <w:br/>
        <w:t>ти складаєш загадки про самого себе за ознакою:&lt;br /&gt;</w:t>
        <w:br/>
        <w:t>той, хто любить бджіл,&lt;br /&gt;</w:t>
        <w:br/>
        <w:t>ти — той, хто за це називається бджолоїдка,&lt;br /&gt;</w:t>
        <w:br/>
        <w:t>ти — той, хто любить бджіл, але не є шпаком-&lt;br /&gt;</w:t>
        <w:br/>
        <w:t>бо ж той увесь чорний! —&lt;br /&gt;</w:t>
        <w:br/>
        <w:t>ти — той, хто за це називається бджільний шпак, —&lt;br /&gt;</w:t>
        <w:br/>
        <w:t>відгадкою таких загадок&lt;br /&gt;</w:t>
        <w:br/>
        <w:t>ти — сам увесь;&lt;br /&gt;</w:t>
        <w:br/>
        <w:t>ти складаєш загадку про самого себе за ознакою:&lt;br /&gt;</w:t>
        <w:br/>
        <w:t>той, хто, кажуть, має неприємний дух,&lt;br /&gt;</w:t>
        <w:br/>
        <w:t>той, хто, кажуть, неприємно тхне, як тхір,&lt;br /&gt;</w:t>
        <w:br/>
        <w:t>ти — той, хто за це називається чх)р, —&lt;br /&gt;</w:t>
        <w:br/>
        <w:t>відгадкою такоі загадки&lt;br /&gt;</w:t>
        <w:br/>
        <w:t>ти — сам увесь.</w:t>
      </w:r>
    </w:p>
    <w:p>
      <w:r>
        <w:br/>
        <w:t>Щуре, зелений шуре,&lt;br /&gt;</w:t>
        <w:br/>
        <w:t>ти голос подаєш —&lt;br /&gt;</w:t>
        <w:br/>
        <w:t>дзвінке "рюкання": кррю-кррю —&lt;br /&gt;</w:t>
        <w:br/>
        <w:t>ти голосом своїм себе називаєш,&lt;br /&gt;</w:t>
        <w:br/>
        <w:t>ти — гарна своїм голосом пташка,&lt;br /&gt;</w:t>
        <w:br/>
        <w:t>яку хочеться довго слухати, —&lt;br /&gt;</w:t>
        <w:br/>
        <w:t>так довго, аж поки не мине літо!</w:t>
      </w:r>
    </w:p>
    <w:p>
      <w:r>
        <w:br/>
        <w:t>Щуре, зелений щуре,&lt;br /&gt;</w:t>
        <w:br/>
        <w:t>ти маєш красиве зелене забарвлення,&lt;br /&gt;</w:t>
        <w:br/>
        <w:t>ти бачиш, як бджоли лазять до квітки,&lt;br /&gt;</w:t>
        <w:br/>
        <w:t>ти бачиш, як золотий щур лазить,&lt;br /&gt;</w:t>
        <w:br/>
        <w:t>наслідуючи бджіл, до квітки, а тому має&lt;br /&gt;</w:t>
        <w:br/>
        <w:t>гарне золоте забарвлення від квіткового пилку,&lt;br /&gt;</w:t>
        <w:br/>
        <w:t>ти ж не лазиш до квітки, тому&lt;br /&gt;</w:t>
        <w:br/>
        <w:t>ти не маєш гарного золотого забарвлення&lt;br /&gt;</w:t>
        <w:br/>
        <w:t>від квіткового пилку;&lt;br /&gt;</w:t>
        <w:br/>
        <w:t>ти бачиш, як бджоли лазять до квітки,&lt;br /&gt;</w:t>
        <w:br/>
        <w:t>ти бачиш, як золотий щур лазить,&lt;br /&gt;</w:t>
        <w:br/>
        <w:t>наслідуючи бджіл, до квітки,&lt;br /&gt;</w:t>
        <w:br/>
        <w:t>бджоли лазять до квітки по мед та пилок,&lt;br /&gt;</w:t>
        <w:br/>
        <w:t>золотий щур гадає,&lt;br /&gt;</w:t>
        <w:br/>
        <w:t>що то бджіл барвисті пелюстки приваблюють, —&lt;br /&gt;</w:t>
        <w:br/>
        <w:t>та й собі їх нариває та обтулює себе&lt;br /&gt;</w:t>
        <w:br/>
        <w:t>різного кольору пелюстками з різних квітів,&lt;br /&gt;</w:t>
        <w:br/>
        <w:t>ти ж не лазиш до квітки, тому&lt;br /&gt;</w:t>
        <w:br/>
        <w:t>ти собі не нариваєш та не обтулюєш себе&lt;br /&gt;</w:t>
        <w:br/>
        <w:t>різного кольору пелюстками з різних квітів:&lt;br /&gt;</w:t>
        <w:br/>
        <w:t>крила не обтулюєш пелюстками з волошки,&lt;br /&gt;</w:t>
        <w:br/>
        <w:t>щоб були синіми,&lt;br /&gt;</w:t>
        <w:br/>
        <w:t>а обтулюєш листям, щоб були зеленими,&lt;br /&gt;</w:t>
        <w:br/>
        <w:t>груди не обтулюєш пелюстками з цикорію,&lt;br /&gt;</w:t>
        <w:br/>
        <w:t>щоб були блакитними,&lt;br /&gt;</w:t>
        <w:br/>
        <w:t>а обтулюєш листям, щоб були зеленими,&lt;br /&gt;</w:t>
        <w:br/>
        <w:t>лоб не обтулюєш пелюстками з ромену&lt;br /&gt;</w:t>
        <w:br/>
        <w:t>щоб був білим,&lt;br /&gt;</w:t>
        <w:br/>
        <w:t>а обтулюєш листям, щоб був зеленим,&lt;br /&gt;</w:t>
        <w:br/>
        <w:t>хвіст також обтулюєш листям, щоб був зеленим,&lt;br /&gt;</w:t>
        <w:br/>
        <w:t>і тільки горло обтулюєш пелюстками купавки,&lt;br /&gt;</w:t>
        <w:br/>
        <w:t>щоб було жовтим,&lt;br /&gt;</w:t>
        <w:br/>
        <w:t>отак і літаєш суціль зеленим:&lt;br /&gt;</w:t>
        <w:br/>
        <w:t>ти—гарна своїм зеленим пір'ям пташка,&lt;br /&gt;</w:t>
        <w:br/>
        <w:t>на яку хочеться довго дивитися,&lt;br /&gt;</w:t>
        <w:br/>
        <w:t>так довго, аж поки не мине літо!&lt;br /&gt;</w:t>
        <w:br/>
        <w:t>Щуре, зелений щуре,&lt;br /&gt;</w:t>
        <w:br/>
        <w:t>ти любиш бджіл —&lt;br /&gt;</w:t>
        <w:br/>
        <w:t>ти високо літаєш,&lt;br /&gt;</w:t>
        <w:br/>
        <w:t>ти високо літаєш, згори милуєшся пасікою,&lt;br /&gt;</w:t>
        <w:br/>
        <w:t>ти й собі хотів би завести бджіл:&lt;br /&gt;</w:t>
        <w:br/>
        <w:t>у глиняній вощаній кручі над річкою&lt;br /&gt;</w:t>
        <w:br/>
        <w:t>ти риєш нору для свого гнізда —&lt;br /&gt;</w:t>
        <w:br/>
        <w:t>здалеку помітний вхід до твоєї нірки,&lt;br /&gt;</w:t>
        <w:br/>
        <w:t>що наче вічко у справжньому вулику;&lt;br /&gt;</w:t>
        <w:br/>
        <w:t>ти любиш бджіл, але&lt;br /&gt;</w:t>
        <w:br/>
        <w:t>ти їх не їси —&lt;br /&gt;</w:t>
        <w:br/>
        <w:t>ти їх тільки ловиш,&lt;br /&gt;</w:t>
        <w:br/>
        <w:t>ти їх носиш своїм діткам,&lt;br /&gt;</w:t>
        <w:br/>
        <w:t>щоб показати своїм діткам-щуреняткам,&lt;br /&gt;</w:t>
        <w:br/>
        <w:t>щоб вони змалечку знали бджіл,&lt;br /&gt;</w:t>
        <w:br/>
        <w:t>а як виростуть великі, щоб пасічникували,&lt;br /&gt;</w:t>
        <w:br/>
        <w:t>аби мати свій мед,&lt;br /&gt;</w:t>
        <w:br/>
        <w:t>але пташенята твої — малі та нерозумні — думають,&lt;br /&gt;</w:t>
        <w:br/>
        <w:t>що ці солодкі бджоли, це і є мед&lt;br /&gt;</w:t>
        <w:br/>
        <w:t>тому й поїдають їх залюбки —&lt;br /&gt;</w:t>
        <w:br/>
        <w:t>вони — бджолоїдченятка,&lt;br /&gt;</w:t>
        <w:br/>
        <w:t>малих їх так називають,&lt;br /&gt;</w:t>
        <w:br/>
        <w:t>та як підростуть, то й більших,&lt;br /&gt;</w:t>
        <w:br/>
        <w:t>а через них і тебе називають бджолоїдкою:&lt;br /&gt;</w:t>
        <w:br/>
        <w:t>у людей батьки передають прізвища своїм дітям,&lt;br /&gt;</w:t>
        <w:br/>
        <w:t>а у вас, у щурів, навпаки — діти передають батькам;&lt;br /&gt;</w:t>
        <w:br/>
        <w:t>ти любиш бджіл, але&lt;br /&gt;</w:t>
        <w:br/>
        <w:t>ти їх не їси —&lt;br /&gt;</w:t>
        <w:br/>
        <w:t>ти їх тільки ловиш&lt;br /&gt;</w:t>
        <w:br/>
        <w:t>та по одній заносиш до своєї нори,&lt;br /&gt;</w:t>
        <w:br/>
        <w:t>щоб вони там жили, як у вулику,&lt;br /&gt;</w:t>
        <w:br/>
        <w:t>але пташенята твої —&lt;br /&gt;</w:t>
        <w:br/>
        <w:t>малі та нерозумні бджолоїдченятка —&lt;br /&gt;</w:t>
        <w:br/>
        <w:t>думають, що то&lt;br /&gt;</w:t>
        <w:br/>
        <w:t>ти носиш солодких бджіл їм їсти,&lt;br /&gt;</w:t>
        <w:br/>
        <w:t>тому й поїдають їх залюбки слідком, так&lt;br /&gt;</w:t>
        <w:br/>
        <w:t>ти за все літо й не розводиш бджіл —&lt;br /&gt;</w:t>
        <w:br/>
        <w:t>по людських пасіках уже й мед видирають,&lt;br /&gt;</w:t>
        <w:br/>
        <w:t>ти ж подовгу сидиш біля вічка, прислухаєшся,&lt;br /&gt;</w:t>
        <w:br/>
        <w:t>чи гудуть твої бджоли, наче у справжньому вулику,&lt;br /&gt;</w:t>
        <w:br/>
        <w:t>але ні, там тихо, тільки пташенятка-бджолоїдченятка&lt;br /&gt;</w:t>
        <w:br/>
        <w:t>голос подають, нарешті вилітати збираються.</w:t>
      </w:r>
    </w:p>
    <w:p>
      <w:r>
        <w:br/>
        <w:t>Щуре, зелений щуре,&lt;br /&gt;</w:t>
        <w:br/>
        <w:t>ти, кажуть, маєш неприємний дух,&lt;br /&gt;</w:t>
        <w:br/>
        <w:t>ти, кажуть, неприємно тхнеш, як тхір, —&lt;br /&gt;</w:t>
        <w:br/>
        <w:t>і додумався ж хтось нюхати тебе,&lt;br /&gt;</w:t>
        <w:br/>
        <w:t>ніби ти квітка, а не пташка,&lt;br /&gt;</w:t>
        <w:br/>
        <w:t>хоч і обтулена з усіх боків&lt;br /&gt;</w:t>
        <w:br/>
        <w:t>квітковими пелюстками та зеленими листками,&lt;br /&gt;</w:t>
        <w:br/>
        <w:t>ніби ти іще й пахнути маєш, як кожна квітка,&lt;br /&gt;</w:t>
        <w:br/>
        <w:t>пелюстками з якої ти обтулена,&lt;br /&gt;</w:t>
        <w:br/>
        <w:t>листям з якої ти обтулена,&lt;br /&gt;</w:t>
        <w:br/>
        <w:t>ніби для тебе недостатньо бути пташкою&lt;br /&gt;</w:t>
        <w:br/>
        <w:t>яскравою, як барвиста квітка,&lt;br /&gt;</w:t>
        <w:br/>
        <w:t>яскравою, як зелений листок, —&lt;br /&gt;</w:t>
        <w:br/>
        <w:t>ти — не запашна квітка,&lt;br /&gt;</w:t>
        <w:br/>
        <w:t>яку хочеться довго нюхати,&lt;br /&gt;</w:t>
        <w:br/>
        <w:t>ти — гарна голосом пташка,&lt;br /&gt;</w:t>
        <w:br/>
        <w:t>яку хочеться довго слухати,&lt;br /&gt;</w:t>
        <w:br/>
        <w:t>так довго, аж поки не мине літо,&lt;br /&gt;</w:t>
        <w:br/>
        <w:t>ти — не запашна квітка,&lt;br /&gt;</w:t>
        <w:br/>
        <w:t>яку хочеться довго нюхати,&lt;br /&gt;</w:t>
        <w:br/>
        <w:t>ти — гарна пір'ям пташка,&lt;br /&gt;</w:t>
        <w:br/>
        <w:t>на яку хочеться довго дивитися,&lt;br /&gt;</w:t>
        <w:br/>
        <w:t>так довго, аж поки не мине літо!</w:t>
      </w:r>
    </w:p>
    <w:p>
      <w:r>
        <w:br/>
        <w:t>Щуре, зелений щуре,&lt;br /&gt;</w:t>
        <w:br/>
        <w:t>ти і весь ваш цьоголітній виводок&lt;br /&gt;</w:t>
        <w:br/>
        <w:t>погожої днини високо в небі над степом ширяєте:&lt;br /&gt;</w:t>
        <w:br/>
        <w:t>творите своїм безнастанним ширянням височенне дерево,&lt;br /&gt;</w:t>
        <w:br/>
        <w:t>сидите на невидимих від височини гілках із зеленим листям,&lt;br /&gt;</w:t>
        <w:br/>
        <w:t>гойдаєтеся на невидимих від височини гілках туди-сюди,&lt;br /&gt;</w:t>
        <w:br/>
        <w:t>голос ваш розмірений, що ви його подаєте&lt;br /&gt;</w:t>
        <w:br/>
        <w:t>з небесних гілок височенного дерева,&lt;br /&gt;</w:t>
        <w:br/>
        <w:t>далеко лунає —&lt;br /&gt;</w:t>
        <w:br/>
        <w:t>затишно нам, хто чує ваш голос,&lt;br /&gt;</w:t>
        <w:br/>
        <w:t>під отаким липневим деревом&lt;br /&gt;</w:t>
        <w:br/>
        <w:t>із зеленим листям.</w:t>
      </w:r>
    </w:p>
    <w:p>
      <w:r>
        <w:br/>
        <w:t>Щуре, зелений щуре,&lt;br /&gt;</w:t>
        <w:br/>
        <w:t>будь загадкою про самого себе за ознакою:&lt;br /&gt;</w:t>
        <w:br/>
        <w:t>той, хто голос подає — дзвінке "рюкання": кррю-кррю, —&lt;br /&gt;</w:t>
        <w:br/>
        <w:t>а ми за цей голос тебе називатимемо,&lt;br /&gt;</w:t>
        <w:br/>
        <w:t>а ми за цими назвами тебе усього відгадуватимемо;&lt;br /&gt;</w:t>
        <w:br/>
        <w:t>будь загадкою про самого себе за ознакою:&lt;br /&gt;</w:t>
        <w:br/>
        <w:t>той, хто має красиве зелене забарвлення&lt;br /&gt;</w:t>
        <w:br/>
        <w:t>а ми за цю красу тебе називатимемо,&lt;br /&gt;</w:t>
        <w:br/>
        <w:t>а ми за цією назвою тебе усього відгадуватимемо;&lt;br /&gt;</w:t>
        <w:br/>
        <w:t>будь загадкою про самого себе за ознакою:&lt;br /&gt;</w:t>
        <w:br/>
        <w:t>той, хто любить бджіл,&lt;br /&gt;</w:t>
        <w:br/>
        <w:t>а ми за цю твою прихильність тебе називатимемо,&lt;br /&gt;</w:t>
        <w:br/>
        <w:t>а ми за цими назвами тебе усього відгадуватимемо;&lt;br /&gt;</w:t>
        <w:br/>
        <w:t>будь загадкою про самого себе за ознакою:&lt;br /&gt;</w:t>
        <w:br/>
        <w:t>той, хто, кажуть, має неприємний дух,&lt;br /&gt;</w:t>
        <w:br/>
        <w:t>а ми за цю особливість тебе називатимемо,&lt;br /&gt;</w:t>
        <w:br/>
        <w:t>а ми за цією назвою тебе усього відгадуватимемо —&lt;br /&gt;</w:t>
        <w:br/>
        <w:t>будь зеленим щуром!</w:t>
      </w:r>
    </w:p>
    <w:p>
      <w:r>
        <w:br/>
        <w:t>червень 2001</w:t>
      </w:r>
    </w:p>
    <w:p>
      <w:r>
        <w:br/>
        <w:t>БІЛА ЛЕЛЕКА:&lt;br /&gt;</w:t>
        <w:br/>
        <w:t>ПТАХ, ЯКИЙ МАЄ ЧОРНИЙ ЗНАК НА БІЛОМУ&lt;br /&gt;</w:t>
        <w:br/>
        <w:t>І&lt;br /&gt;</w:t>
        <w:br/>
        <w:t>Лелеко, біла лелеко,&lt;br /&gt;</w:t>
        <w:br/>
        <w:t>ти твориш загадку про саму себе,&lt;br /&gt;</w:t>
        <w:br/>
        <w:t>ти твориш загадку про саму себе за ознакою:&lt;br /&gt;</w:t>
        <w:br/>
        <w:t>та, хто є білим птахом із чорним знаком на білому, —&lt;br /&gt;</w:t>
        <w:br/>
        <w:t>ти — білий птах,&lt;br /&gt;</w:t>
        <w:br/>
        <w:t>ти — увесь білий птах&lt;br /&gt;</w:t>
        <w:br/>
        <w:t>і лише кінці твоїх крил чорного кольору, але&lt;br /&gt;</w:t>
        <w:br/>
        <w:t>ми, називаючи тебе, не погоджуємося із тим,&lt;br /&gt;</w:t>
        <w:br/>
        <w:t>що кінці твоїх крил чорного кольору, тому&lt;br /&gt;</w:t>
        <w:br/>
        <w:t>ми, називаючи тебе, переносимо чорний колір&lt;br /&gt;</w:t>
        <w:br/>
        <w:t>подалі із твого тулуба, але неможливо&lt;br /&gt;</w:t>
        <w:br/>
        <w:t>чорний колір зовсім змити із тебе, як водою,&lt;br /&gt;</w:t>
        <w:br/>
        <w:t>словом, яким ми тебе називаємо, тому&lt;br /&gt;</w:t>
        <w:br/>
        <w:t>ми, називаючи тебе, переносимо чорний колір&lt;br /&gt;</w:t>
        <w:br/>
        <w:t>аж на твоє озаддя, ніби&lt;br /&gt;</w:t>
        <w:br/>
        <w:t>твоє озаддя — гуз — чорне не лише тоді, коли&lt;br /&gt;</w:t>
        <w:br/>
        <w:t>ти сидиш на гнізді, згорнувши крила, ніби&lt;br /&gt;</w:t>
        <w:br/>
        <w:t>твоє озаддя — гуз — чорне не лише тоді, коли&lt;br /&gt;</w:t>
        <w:br/>
        <w:t>ти ходиш у лузі, згорнувши крила,&lt;br /&gt;</w:t>
        <w:br/>
        <w:t>але й тоді, коли&lt;br /&gt;</w:t>
        <w:br/>
        <w:t>ти летиш над селом до гнізда, розпростерши крила,&lt;br /&gt;</w:t>
        <w:br/>
        <w:t>але й тоді, коли&lt;br /&gt;</w:t>
        <w:br/>
        <w:t>ти летиш над селом до річки, розпростерши крила,&lt;br /&gt;</w:t>
        <w:br/>
        <w:t>ти — чорногуїїз,&lt;br /&gt;</w:t>
        <w:br/>
        <w:t>а відгадкою такої загадки&lt;br /&gt;</w:t>
        <w:br/>
        <w:t>ти — сама уся;&lt;br /&gt;</w:t>
        <w:br/>
        <w:t>ти твориш загадку про саму себе за ознакою:&lt;br /&gt;</w:t>
        <w:br/>
        <w:t>та, хто їсть жаб,&lt;br /&gt;</w:t>
        <w:br/>
        <w:t>ти — жабоїїїд,&lt;br /&gt;</w:t>
        <w:br/>
        <w:t>а відгадкою такої загадки&lt;br /&gt;</w:t>
        <w:br/>
        <w:t>ти — сама уся;&lt;br /&gt;</w:t>
        <w:br/>
        <w:t>ти, біла лелеко, іще так багато маєш різних імен, щоб&lt;br /&gt;</w:t>
        <w:br/>
        <w:t>тебе називати, ніби в кожному селі в Україні, де&lt;br /&gt;</w:t>
        <w:br/>
        <w:t>ти живеш у парі зі своїм лелечичем&lt;br /&gt;</w:t>
        <w:br/>
        <w:t>та виводиш діток своїх, лелеченяток,&lt;br /&gt;</w:t>
        <w:br/>
        <w:t>люди хочуть називати вас окремим ім'ям,&lt;br /&gt;</w:t>
        <w:br/>
        <w:t>ніби в кожному селі в Україні, де&lt;br /&gt;</w:t>
        <w:br/>
        <w:t>ти живеш у парі зі своїм лелечичем&lt;br /&gt;</w:t>
        <w:br/>
        <w:t>та виводиш діток своїх, лелеченяток,&lt;br /&gt;</w:t>
        <w:br/>
        <w:t>люди хочуть окремим ім'ям виділити&lt;br /&gt;</w:t>
        <w:br/>
        <w:t>кожну із вас з-поміж інших лелек,&lt;br /&gt;</w:t>
        <w:br/>
        <w:t>які живуть в інших селах по всій Україні,&lt;br /&gt;</w:t>
        <w:br/>
        <w:t>як знайомих собі людей:&lt;br /&gt;</w:t>
        <w:br/>
        <w:t>подекуди тебе, біла птахо, називають німецьким ім'ям,&lt;br /&gt;</w:t>
        <w:br/>
        <w:t>ти — і оЇЇстер, і гастір, і гойрист, і гаМстер, і гаМстер,&lt;br /&gt;</w:t>
        <w:br/>
        <w:t>а можливо,&lt;br /&gt;</w:t>
        <w:br/>
        <w:t>ти — загадки про саму себе, в яких&lt;br /&gt;</w:t>
        <w:br/>
        <w:t>загадки відомі — це слова, якими ми тебе називаємо,&lt;br /&gt;</w:t>
        <w:br/>
        <w:t>відгадки відомі — це ти сама уся&lt;br /&gt;</w:t>
        <w:br/>
        <w:t>але невідома нам сьогодні ознака,&lt;br /&gt;</w:t>
        <w:br/>
        <w:t>на підставі якої створені ці загадки-слова,&lt;br /&gt;</w:t>
        <w:br/>
        <w:t>ці загадки — твої ніби німецькі імена;&lt;br /&gt;</w:t>
        <w:br/>
        <w:t>подекуди тебе, біла птахо, називають турецьким ім'ям,&lt;br /&gt;</w:t>
        <w:br/>
        <w:t>ти —лелеїїка,&lt;br /&gt;</w:t>
        <w:br/>
        <w:t>а можливо,&lt;br /&gt;</w:t>
        <w:br/>
        <w:t>ти — загадка самої себе за ознакою:&lt;br /&gt;</w:t>
        <w:br/>
        <w:t>та, хто має ім'я схоже до вигуку "еле-ле!".&lt;br /&gt;</w:t>
        <w:br/>
        <w:t>яким діти дражнять інших дітей,&lt;br /&gt;</w:t>
        <w:br/>
        <w:t>коли в них випадково стає помітним&lt;br /&gt;</w:t>
        <w:br/>
        <w:t>те, що звичайно приховується у штанцях, —&lt;br /&gt;</w:t>
        <w:br/>
        <w:t>відгадкою такої загадки&lt;br /&gt;</w:t>
        <w:br/>
        <w:t>ти — сама уся,&lt;br /&gt;</w:t>
        <w:br/>
        <w:t>та, хто відлітає до далекого краю-вираю восени,&lt;br /&gt;</w:t>
        <w:br/>
        <w:t>і та, хто прилітає із далекого краю-вираю навесні,&lt;br /&gt;</w:t>
        <w:br/>
        <w:t>та, кого ми не бачимо взимку,&lt;br /&gt;</w:t>
        <w:br/>
        <w:t>і та, кого ми бачимо навесні,&lt;br /&gt;</w:t>
        <w:br/>
        <w:t>та, кого ми бачимо навесні вперше;&lt;br /&gt;</w:t>
        <w:br/>
        <w:t>подекуди тебе, біла птахо, називають угорським ім'ям:&lt;br /&gt;</w:t>
        <w:br/>
        <w:t>ти — і гагуОв, і гогіОв,&lt;br /&gt;</w:t>
        <w:br/>
        <w:t>а можливо,&lt;br /&gt;</w:t>
        <w:br/>
        <w:t>ти — загадки про саму себе, в яких&lt;br /&gt;</w:t>
        <w:br/>
        <w:t>загадки відомі — це слова, якими ми тебе називаємо,&lt;br /&gt;</w:t>
        <w:br/>
        <w:t>відгадки відомі — це ти сама уся,&lt;br /&gt;</w:t>
        <w:br/>
        <w:t>але невідома нам сьогодні ознака,&lt;br /&gt;</w:t>
        <w:br/>
        <w:t>на підставі якої створені ці загадки-слова,&lt;br /&gt;</w:t>
        <w:br/>
        <w:t>ці загадки — твої ніби угорські імена;&lt;br /&gt;</w:t>
        <w:br/>
        <w:t>подекуди тебе, біла птахо, називають ім'ям,&lt;br /&gt;</w:t>
        <w:br/>
        <w:t>що нагадує польське ім'я:&lt;br /&gt;</w:t>
        <w:br/>
        <w:t>ти — і бацаїїн, і боцоіїк, і боПцок, і боцаїїн, і бойцюн,&lt;br /&gt;</w:t>
        <w:br/>
        <w:t>і боцюїїн, і боїїцюра, і боцяОн, і боцьойк, і бочаїїн,&lt;br /&gt;</w:t>
        <w:br/>
        <w:t>ти — і буЇЇзок, і бузян, і буїїзько,&lt;br /&gt;</w:t>
        <w:br/>
        <w:t>і бузькоН, і б&gt;т1?ьок, і бузьоЇЇк,&lt;br /&gt;</w:t>
        <w:br/>
        <w:t>ти — і буОсань, і буОсее, і бу^сел, і буНсель, і б&gt;Ясень,&lt;br /&gt;</w:t>
        <w:br/>
        <w:t>і буЇЇсик, і буНсш, і будешь, і буНсіАь, І буСАЯ,&lt;br /&gt;</w:t>
        <w:br/>
        <w:t>і буїїсок, і буНсол, і буІкька, і бурсько,&lt;br /&gt;</w:t>
        <w:br/>
        <w:t>і буськоії, і буНсьок, і бусьоіїк, і бусьол,&lt;br /&gt;</w:t>
        <w:br/>
        <w:t>ти — і буОцел, і буНциль, і буііцоль, і бучаіїк,&lt;br /&gt;</w:t>
        <w:br/>
        <w:t>ти — і буіїшель. і буЪшла, і бу^шля,&lt;br /&gt;</w:t>
        <w:br/>
        <w:t>а можливо,&lt;br /&gt;</w:t>
        <w:br/>
        <w:t>ти — загадки про саму себе, в яких&lt;br /&gt;</w:t>
        <w:br/>
        <w:t>загадки відомі — це слова, якими ми тебе називаємо,&lt;br /&gt;</w:t>
        <w:br/>
        <w:t>відгадки відомі — це ти сама уся,&lt;br /&gt;</w:t>
        <w:br/>
        <w:t>але невідома нам сьогодні ознака,&lt;br /&gt;</w:t>
        <w:br/>
        <w:t>на підставі якої створені ці загадки-слова,&lt;br /&gt;</w:t>
        <w:br/>
        <w:t>ці загадки — твої ніби польські імена;&lt;br /&gt;</w:t>
        <w:br/>
        <w:t>подекуди тебе, біла птахо, називають&lt;br /&gt;</w:t>
        <w:br/>
        <w:t>невідомо чийого народу іменами:&lt;br /&gt;</w:t>
        <w:br/>
        <w:t>ти — і клііїконь, і некліШка,&lt;br /&gt;</w:t>
        <w:br/>
        <w:t>і клеїїкотень, і ТлеЫотень,&lt;br /&gt;</w:t>
        <w:br/>
        <w:t>а можливо,&lt;br /&gt;</w:t>
        <w:br/>
        <w:t>ти — загадка самої себе за ознакою:&lt;br /&gt;</w:t>
        <w:br/>
        <w:t>та, хто клекотить,&lt;br /&gt;</w:t>
        <w:br/>
        <w:t>та, хто своїм довгим дзьобом голосно стукотить;&lt;br /&gt;</w:t>
        <w:br/>
        <w:t>подекуди тебе, біла птахо, називають&lt;br /&gt;</w:t>
        <w:br/>
        <w:t>нашими прадавніми іменами,&lt;br /&gt;</w:t>
        <w:br/>
        <w:t>що є загадками про тебе саму за ознакою:&lt;br /&gt;</w:t>
        <w:br/>
        <w:t>та, хто має гострого і колючого дзьоба, яким&lt;br /&gt;</w:t>
        <w:br/>
        <w:t>ти ловиш на болоті жаб для своїх лелеченят,&lt;br /&gt;</w:t>
        <w:br/>
        <w:t>ти — і гоИеля, і гоОвня, і гойеря, і гоОво,&lt;br /&gt;</w:t>
        <w:br/>
        <w:t>ти — і ґоваОня, і ґоОв'я, і ґоОя,&lt;br /&gt;</w:t>
        <w:br/>
        <w:t>відгадкою цих загадок&lt;br /&gt;</w:t>
        <w:br/>
        <w:t>ти — сама уся;&lt;br /&gt;</w:t>
        <w:br/>
        <w:t>ти твориш загадку про саму себе за ознакою:&lt;br /&gt;</w:t>
        <w:br/>
        <w:t>та, хто з далекого краю-вираю рано навесні вилітає,&lt;br /&gt;</w:t>
        <w:br/>
        <w:t>та. хто з далекого краю-вираю до нашого села летить,&lt;br /&gt;</w:t>
        <w:br/>
        <w:t>та, хто з далекого краю-вираю&lt;br /&gt;</w:t>
        <w:br/>
        <w:t>до нашого невеселого села летить,&lt;br /&gt;</w:t>
        <w:br/>
        <w:t>а наше село в кінці зими чому невесело? —&lt;br /&gt;</w:t>
        <w:br/>
        <w:t>нема кому вийти, село розвеселити:&lt;br /&gt;</w:t>
        <w:br/>
        <w:t>старі баби пощербатіли, молодиці погорбатіли,&lt;br /&gt;</w:t>
        <w:br/>
        <w:t>а дівоньки заміж пішли —&lt;br /&gt;</w:t>
        <w:br/>
        <w:t>нема кому вийти, село розвеселити, ось&lt;br /&gt;</w:t>
        <w:br/>
        <w:t>ти, білий лелече-пташе, розвесели село наше, і уже&lt;br /&gt;</w:t>
        <w:br/>
        <w:t>ти з далекого краю-вираю рано навесні вилітаєш,&lt;br /&gt;</w:t>
        <w:br/>
        <w:t>ти з далекого краю-вираю до нашого села летиш,&lt;br /&gt;</w:t>
        <w:br/>
        <w:t>у день святого Гарасима, 17 березня,&lt;br /&gt;</w:t>
        <w:br/>
        <w:t>до нашого невеселого села прилітаєш&lt;br /&gt;</w:t>
        <w:br/>
        <w:t>(Гарасим прийшов&lt;br /&gt;</w:t>
        <w:br/>
        <w:t>і тебе, біла птахо, з далекого краю-вираю привів),&lt;br /&gt;</w:t>
        <w:br/>
        <w:t>перелітаєш Десну і приносиш нам красну весну,&lt;br /&gt;</w:t>
        <w:br/>
        <w:t>ТИ — 6ЄСЄЇЇ/11ІК,&lt;br /&gt;</w:t>
        <w:br/>
        <w:t>а відгадкою такої загадки&lt;br /&gt;</w:t>
        <w:br/>
        <w:t>ти — сама уся.&lt;br /&gt;</w:t>
        <w:br/>
        <w:t>Лелеко, біла лелеко,&lt;br /&gt;</w:t>
        <w:br/>
        <w:t>ти з далекого краю-вираю до нашого села прилітаєш,&lt;br /&gt;</w:t>
        <w:br/>
        <w:t>діти бачать тебе, як ти над селом летиш,&lt;br /&gt;</w:t>
        <w:br/>
        <w:t>головою крутиш — шукаєш своє старе гніздо,&lt;br /&gt;</w:t>
        <w:br/>
        <w:t>головою крутиш — шукаєш, де б змостити нове гніздо,&lt;br /&gt;</w:t>
        <w:br/>
        <w:t>а діти усі хочуть, щоб&lt;br /&gt;</w:t>
        <w:br/>
        <w:t>ти селився саме у нашому селі, щоб&lt;br /&gt;</w:t>
        <w:br/>
        <w:t>ти мостив собі гніздо саме у них на подвір'ї&lt;br /&gt;</w:t>
        <w:br/>
        <w:t>(там батько уже й старе колесо поклав на клуню),&lt;br /&gt;</w:t>
        <w:br/>
        <w:t>діти махають тобі руками і кричать:&lt;br /&gt;</w:t>
        <w:br/>
        <w:t>"Лелеко, біла лелеко,&lt;br /&gt;</w:t>
        <w:br/>
        <w:t>до осені недалеко,&lt;br /&gt;</w:t>
        <w:br/>
        <w:t>а де твої яйця?" —&lt;br /&gt;</w:t>
        <w:br/>
        <w:t>хоч діти й знають, що до осені ще так далеко,&lt;br /&gt;</w:t>
        <w:br/>
        <w:t>хоч діти й знають, що&lt;br /&gt;</w:t>
        <w:br/>
        <w:t>ти з далекого краю-вираю до нашого села тільки прибула,&lt;br /&gt;</w:t>
        <w:br/>
        <w:t>але зустрічають тебе такими словами,&lt;br /&gt;</w:t>
        <w:br/>
        <w:t>мовляв, треба тобі, біла птахо,&lt;br /&gt;</w:t>
        <w:br/>
        <w:t>негайно розпочинати мостити гніздо,&lt;br /&gt;</w:t>
        <w:br/>
        <w:t>ось тут — у нашому селі,&lt;br /&gt;</w:t>
        <w:br/>
        <w:t>ось тут — у нас на подвір'ї,&lt;br /&gt;</w:t>
        <w:br/>
        <w:t>мовляв, не треба тобі, біла птахо,&lt;br /&gt;</w:t>
        <w:br/>
        <w:t>летіти до другого села,&lt;br /&gt;</w:t>
        <w:br/>
        <w:t>мовляв, треба тобі, біла птахо,&lt;br /&gt;</w:t>
        <w:br/>
        <w:t>негайно сідати на старе гніздо,&lt;br /&gt;</w:t>
        <w:br/>
        <w:t>де ти жила минулого літа та виводила лелеченят,&lt;br /&gt;</w:t>
        <w:br/>
        <w:t>а не летіти десь далі, що ти збираєшся робити,&lt;br /&gt;</w:t>
        <w:br/>
        <w:t>бо ти, біла птахо, ніби відповідаєш:&lt;br /&gt;</w:t>
        <w:br/>
        <w:t>"На бору, на бору!" —&lt;br /&gt;</w:t>
        <w:br/>
        <w:t>мовляв, таки летітимеш далі,&lt;br /&gt;</w:t>
        <w:br/>
        <w:t>туди, де твої яйця,&lt;br /&gt;</w:t>
        <w:br/>
        <w:t>діти ж так хочуть, щоб ти не летіла далі,&lt;br /&gt;</w:t>
        <w:br/>
        <w:t>що й не знають уже, як тебе умовляти,&lt;br /&gt;</w:t>
        <w:br/>
        <w:t>тому ніби залякують тебе:&lt;br /&gt;</w:t>
        <w:br/>
        <w:t>"Я яєчка заберу, заберу,&lt;br /&gt;</w:t>
        <w:br/>
        <w:t>а кубельце потовчу, потовчу!" —&lt;br /&gt;</w:t>
        <w:br/>
        <w:t>а ти ж знаєш, що діти цього не робитимуть,&lt;br /&gt;</w:t>
        <w:br/>
        <w:t>це їм дуже хочеться, щоб&lt;br /&gt;</w:t>
        <w:br/>
        <w:t>ти селилася у нашому селі, щоб&lt;br /&gt;</w:t>
        <w:br/>
        <w:t>ти мостила своє гніздо у нас на подвір'ї, тому&lt;br /&gt;</w:t>
        <w:br/>
        <w:t>ти, біла птахо, покружляєш, покружляєш і сідаєш&lt;br /&gt;</w:t>
        <w:br/>
        <w:t>на своє старе гніздо та починаєш його лагодити.&lt;br /&gt;</w:t>
        <w:br/>
        <w:t>а як у тебе не було старого,&lt;br /&gt;</w:t>
        <w:br/>
        <w:t>то розшукуєш колесо на клуні&lt;br /&gt;</w:t>
        <w:br/>
        <w:t>та й розпочинаєш мостити нове гніздо&lt;br /&gt;</w:t>
        <w:br/>
        <w:t>на радість усім дітям:&lt;br /&gt;</w:t>
        <w:br/>
        <w:t>діти ж знають —&lt;br /&gt;</w:t>
        <w:br/>
        <w:t>у сусідньому селі по тій дорозі, де ти летиш,&lt;br /&gt;</w:t>
        <w:br/>
        <w:t>тебе, біла птахо, теж зупиняли діти,&lt;br /&gt;</w:t>
        <w:br/>
        <w:t>махали тобі руками Й кричали:&lt;br /&gt;</w:t>
        <w:br/>
        <w:t>"Лелеко, біла лелеко,&lt;br /&gt;</w:t>
        <w:br/>
        <w:t>до осені недалеко,&lt;br /&gt;</w:t>
        <w:br/>
        <w:t>а де твої діти?" —&lt;br /&gt;</w:t>
        <w:br/>
        <w:t>хоч діти і в сусідньому селі знають,&lt;br /&gt;</w:t>
        <w:br/>
        <w:t>що до осені ще дуже далеко,&lt;br /&gt;</w:t>
        <w:br/>
        <w:t>хоч діти і в сусідньому селі знають, що&lt;br /&gt;</w:t>
        <w:br/>
        <w:t>ти з далекого краю-вираю&lt;br /&gt;</w:t>
        <w:br/>
        <w:t>до їхнього села тільки прибула,&lt;br /&gt;</w:t>
        <w:br/>
        <w:t>але зустрічають тебе такими словами,&lt;br /&gt;</w:t>
        <w:br/>
        <w:t>мовляв, треба тобі, біла птахо,&lt;br /&gt;</w:t>
        <w:br/>
        <w:t>негайно розпочинати мостити гніздо,&lt;br /&gt;</w:t>
        <w:br/>
        <w:t>там — у їхньому селі,&lt;br /&gt;</w:t>
        <w:br/>
        <w:t>там — у них на подвір'ї,&lt;br /&gt;</w:t>
        <w:br/>
        <w:t>мовляв, не треба тобі, біла птахо,&lt;br /&gt;</w:t>
        <w:br/>
        <w:t>летіти десь далі,&lt;br /&gt;</w:t>
        <w:br/>
        <w:t>мовляв, треба тобі, біла птахо,&lt;br /&gt;</w:t>
        <w:br/>
        <w:t>негайно сідати на старе гніздо, де&lt;br /&gt;</w:t>
        <w:br/>
        <w:t>ти жила у них минулого літа та виводила лелеченят,&lt;br /&gt;</w:t>
        <w:br/>
        <w:t>а не летіти десь далі, що&lt;br /&gt;</w:t>
        <w:br/>
        <w:t>ти й збираєшся робити, бо&lt;br /&gt;</w:t>
        <w:br/>
        <w:t>ти, біла птахо, ніби відповідаєш їм:&lt;br /&gt;</w:t>
        <w:br/>
        <w:t>"До осені далеко —&lt;br /&gt;</w:t>
        <w:br/>
        <w:t>я хатку зроблю і діток виведу,&lt;br /&gt;</w:t>
        <w:br/>
        <w:t>а восени у вирій полечу й діток заберу', —&lt;br /&gt;</w:t>
        <w:br/>
        <w:t>ніби сказала імтак&lt;br /&gt;</w:t>
        <w:br/>
        <w:t>та й до нашого села долетіла,&lt;br /&gt;</w:t>
        <w:br/>
        <w:t>а деякі з вас, біла птахо, ні в сусідньому селі&lt;br /&gt;</w:t>
        <w:br/>
        <w:t>по тій дорозі, де ти летиш, не сідаєш,&lt;br /&gt;</w:t>
        <w:br/>
        <w:t>ні в нашому селі,&lt;br /&gt;</w:t>
        <w:br/>
        <w:t>куди ми тебе так запрошували, не сідаєш,&lt;br /&gt;</w:t>
        <w:br/>
        <w:t>а летиш далі, на третє село,&lt;br /&gt;</w:t>
        <w:br/>
        <w:t>де тебе теж приманюють діти,&lt;br /&gt;</w:t>
        <w:br/>
        <w:t>махають тобі руками й кричать:&lt;br /&gt;</w:t>
        <w:br/>
        <w:t>"Лелеко, лелеко-татку&lt;br /&gt;</w:t>
        <w:br/>
        <w:t>збудуй у нас добру хатку,&lt;br /&gt;</w:t>
        <w:br/>
        <w:t>та виведи діток!" — а&lt;br /&gt;</w:t>
        <w:br/>
        <w:t>ти чи сідаєш там, чи летиш іще далі,&lt;br /&gt;</w:t>
        <w:br/>
        <w:t>де тебе теж приманюють діти,&lt;br /&gt;</w:t>
        <w:br/>
        <w:t>махають руками й кричать:&lt;br /&gt;</w:t>
        <w:br/>
        <w:t>"Лелеко, лелеко-татку,&lt;br /&gt;</w:t>
        <w:br/>
        <w:t>зроби у нас добру хатку!" — а&lt;br /&gt;</w:t>
        <w:br/>
        <w:t>ти чи сідаєш там, чи летиш іще, іще далі,&lt;br /&gt;</w:t>
        <w:br/>
        <w:t>де тебе теж приманюють діти,&lt;br /&gt;</w:t>
        <w:br/>
        <w:t>махають руками й кричать:&lt;br /&gt;</w:t>
        <w:br/>
        <w:t>"Лелеко, лелеко-дядьку,&lt;br /&gt;</w:t>
        <w:br/>
        <w:t>зроби мені хатку&lt;br /&gt;</w:t>
        <w:br/>
        <w:t>і ставок, і млинок,&lt;br /&gt;</w:t>
        <w:br/>
        <w:t>і цибулі грядку!" — а&lt;br /&gt;</w:t>
        <w:br/>
        <w:t>ти чи сідаєш там, чи летиш іще, іще, іще далі,&lt;br /&gt;</w:t>
        <w:br/>
        <w:t>де тебе теж приманюють діти,&lt;br /&gt;</w:t>
        <w:br/>
        <w:t>махають руками й кричать:&lt;br /&gt;</w:t>
        <w:br/>
        <w:t>"Лелеко, лелеко-дядьку,&lt;br /&gt;</w:t>
        <w:br/>
        <w:t>зроби мені хатку&lt;br /&gt;</w:t>
        <w:br/>
        <w:t>і ставок, і млинок,&lt;br /&gt;</w:t>
        <w:br/>
        <w:t>ще й вишневенький садок!" — а&lt;br /&gt;</w:t>
        <w:br/>
        <w:t>ти чи сідаєш там, чи летиш іще, іще, іще, іще далі,&lt;br /&gt;</w:t>
        <w:br/>
        <w:t>бо ж по всій Україні тебе чекають діти,&lt;br /&gt;</w:t>
        <w:br/>
        <w:t>бо ж по всій Україні тебе хочуть приманити діти,&lt;br /&gt;</w:t>
        <w:br/>
        <w:t>бо ж по всій Україні тобі хочуть діти махати руками&lt;br /&gt;</w:t>
        <w:br/>
        <w:t>й запрошувати селитися у їхньому селі,&lt;br /&gt;</w:t>
        <w:br/>
        <w:t>тільки у них на подвір'ї,&lt;br /&gt;</w:t>
        <w:br/>
        <w:t>бо ж по всій Україні тебе чекають діти,&lt;br /&gt;</w:t>
        <w:br/>
        <w:t>бо ж по всій Україні тебе приманюють діти,&lt;br /&gt;</w:t>
        <w:br/>
        <w:t>бо ж по всій Україні тобі діти махають руками&lt;br /&gt;</w:t>
        <w:br/>
        <w:t>й запрошують селитися тільки у їхньому селі,&lt;br /&gt;</w:t>
        <w:br/>
        <w:t>тільки у них на подвір'ї,&lt;br /&gt;</w:t>
        <w:br/>
        <w:t>діти, які творять загадку початку за ознакою:&lt;br /&gt;</w:t>
        <w:br/>
        <w:t>ті, хто тільки розпочинає жити, —&lt;br /&gt;</w:t>
        <w:br/>
        <w:t>як діти тільки розпочинають жити,&lt;br /&gt;</w:t>
        <w:br/>
        <w:t>щоб так і ти, біла птахо, розпочинала жити&lt;br /&gt;</w:t>
        <w:br/>
        <w:t>тільки у їхньому селі,&lt;br /&gt;</w:t>
        <w:br/>
        <w:t>тільки на їхньому подвір'ї.</w:t>
      </w:r>
    </w:p>
    <w:p>
      <w:r>
        <w:br/>
        <w:t>Лелеко, біла лелеко,&lt;br /&gt;</w:t>
        <w:br/>
        <w:t>ти твориш загадки про саму себе за ознаками:&lt;br /&gt;</w:t>
        <w:br/>
        <w:t>та, хто має довгі ноги,&lt;br /&gt;</w:t>
        <w:br/>
        <w:t>та, хто має довгого дзьоба,&lt;br /&gt;</w:t>
        <w:br/>
        <w:t>та, хто буває на болоті,&lt;br /&gt;</w:t>
        <w:br/>
        <w:t>та, хто ловить жаб,&lt;br /&gt;</w:t>
        <w:br/>
        <w:t>та, хто мостить своє гніздо на хаті, —&lt;br /&gt;</w:t>
        <w:br/>
        <w:t>про тебе, біла птахо, на вечорницях&lt;br /&gt;</w:t>
        <w:br/>
        <w:t>парубки загадують загадки дівчатам,&lt;br /&gt;</w:t>
        <w:br/>
        <w:t>а дівчата загадують загадки парубкам:&lt;br /&gt;</w:t>
        <w:br/>
        <w:t>"Довгі ноги і довгий ніс,&lt;br /&gt;</w:t>
        <w:br/>
        <w:t>по болоті ходить скрізь",&lt;br /&gt;</w:t>
        <w:br/>
        <w:t>"На вершку палати хатчина,&lt;br /&gt;</w:t>
        <w:br/>
        <w:t>а там пан високий",&lt;br /&gt;</w:t>
        <w:br/>
        <w:t>"Які ноги заввишки,&lt;br /&gt;</w:t>
        <w:br/>
        <w:t>такий ніс завдовжки,&lt;br /&gt;</w:t>
        <w:br/>
        <w:t>хату на хаті має,&lt;br /&gt;</w:t>
        <w:br/>
        <w:t>жабам рахунок знає",&lt;br /&gt;</w:t>
        <w:br/>
        <w:t>"Які ноги, такий ніс,&lt;br /&gt;</w:t>
        <w:br/>
        <w:t>по болоту ходить скрізь,&lt;br /&gt;</w:t>
        <w:br/>
        <w:t>хату на хаті має,&lt;br /&gt;</w:t>
        <w:br/>
        <w:t>жабам рахунок знає', —&lt;br /&gt;</w:t>
        <w:br/>
        <w:t>а відгадкою таких загадок&lt;br /&gt;</w:t>
        <w:br/>
        <w:t>ти — сама уся.</w:t>
      </w:r>
    </w:p>
    <w:p>
      <w:r>
        <w:br/>
        <w:t>Лелеко, біла лелеко,&lt;br /&gt;</w:t>
        <w:br/>
        <w:t>ти твориш загадку про саму себе за ознакою:&lt;br /&gt;</w:t>
        <w:br/>
        <w:t>та, хто відлітає у далекий край-вирай восени,&lt;br /&gt;</w:t>
        <w:br/>
        <w:t>та, хто прилітає з далекого краю-вираю навесні,&lt;br /&gt;</w:t>
        <w:br/>
        <w:t>відгадкою такої загадки&lt;br /&gt;</w:t>
        <w:br/>
        <w:t>ти — сама уся,&lt;br /&gt;</w:t>
        <w:br/>
        <w:t>а ця ознака міститься у порівнянні:&lt;br /&gt;</w:t>
        <w:br/>
        <w:t>"Облітав, мов лелека, усі моря і землі",&lt;br /&gt;</w:t>
        <w:br/>
        <w:t>ти твориш загадку про саму себе за ознакою:&lt;br /&gt;</w:t>
        <w:br/>
        <w:t>та, хто має довгого дзьоба,&lt;br /&gt;</w:t>
        <w:br/>
        <w:t>відгадкою такої загадки&lt;br /&gt;</w:t>
        <w:br/>
        <w:t>ти — сама уся,&lt;br /&gt;</w:t>
        <w:br/>
        <w:t>а ця ознака міститься у порівнянні:&lt;br /&gt;</w:t>
        <w:br/>
        <w:t>"Сміється, наче б Його бузько носом лоскотав",&lt;br /&gt;</w:t>
        <w:br/>
        <w:t>ти твориш загадку про саму себе за ознакою:&lt;br /&gt;</w:t>
        <w:br/>
        <w:t>та, у кого гніздо на хаті,&lt;br /&gt;</w:t>
        <w:br/>
        <w:t>відгадкою такої загадки&lt;br /&gt;</w:t>
        <w:br/>
        <w:t>ти — сама уся,&lt;br /&gt;</w:t>
        <w:br/>
        <w:t>а ця ознака міститься у прислів'ї:&lt;br /&gt;</w:t>
        <w:br/>
        <w:t>"Бузьок на хаті,&lt;br /&gt;</w:t>
        <w:br/>
        <w:t>а журба в кімнаті";&lt;br /&gt;</w:t>
        <w:br/>
        <w:t>ти твориш загадку про саму себе за ознакою:&lt;br /&gt;</w:t>
        <w:br/>
        <w:t>та, хто стоїть на гнізді, опустивши крила.&lt;br /&gt;</w:t>
        <w:br/>
        <w:t>відгадкою такої загадки&lt;br /&gt;</w:t>
        <w:br/>
        <w:t>ти — сама уся,&lt;br /&gt;</w:t>
        <w:br/>
        <w:t>а ця ознака міститься у порівнянні&lt;br /&gt;</w:t>
        <w:br/>
        <w:t>"Стоїть, мов лелека, й крила опустив";&lt;br /&gt;</w:t>
        <w:br/>
        <w:t>ти твориш загадку про саму себе за ознакою&lt;br /&gt;</w:t>
        <w:br/>
        <w:t>та, хто ловить жаб,&lt;br /&gt;</w:t>
        <w:br/>
        <w:t>відгадкою такої загадки&lt;br /&gt;</w:t>
        <w:br/>
        <w:t>ти — сама уся,&lt;br /&gt;</w:t>
        <w:br/>
        <w:t>а ця ознака міститься у прислів'ї:&lt;br /&gt;</w:t>
        <w:br/>
        <w:t>"На одній сіножаті&lt;br /&gt;</w:t>
        <w:br/>
        <w:t>і віл пасеться&lt;br /&gt;</w:t>
        <w:br/>
        <w:t>і бузько жаби ловить*;&lt;br /&gt;</w:t>
        <w:br/>
        <w:t>ти твориш загадку про саму себе за ознакою:&lt;br /&gt;</w:t>
        <w:br/>
        <w:t>та, хто ковтає жаб,&lt;br /&gt;</w:t>
        <w:br/>
        <w:t>відгадкою такої загадки&lt;br /&gt;</w:t>
        <w:br/>
        <w:t>ти — сама уся,&lt;br /&gt;</w:t>
        <w:br/>
        <w:t>а ця ознака міститься у порівнянні:&lt;br /&gt;</w:t>
        <w:br/>
        <w:t>"Ковтнув, як лелека жабу";&lt;br /&gt;</w:t>
        <w:br/>
        <w:t>ти твориш загадку про саму себе за ознакою:&lt;br /&gt;</w:t>
        <w:br/>
        <w:t>та, кому Бог дав&lt;br /&gt;</w:t>
        <w:br/>
        <w:t>ловити гадів і всяку іншу нечисть,&lt;br /&gt;</w:t>
        <w:br/>
        <w:t>відгадкою такої загадки&lt;br /&gt;</w:t>
        <w:br/>
        <w:t>ти — сама уся,&lt;br /&gt;</w:t>
        <w:br/>
        <w:t>а ця ознака міститься у приказці:&lt;br /&gt;</w:t>
        <w:br/>
        <w:t>"Така правда, як Бог казав буселю";&lt;br /&gt;</w:t>
        <w:br/>
        <w:t>ти твориш загадку про саму себе за ознакою:&lt;br /&gt;</w:t>
        <w:br/>
        <w:t>та, хто літає далеко,&lt;br /&gt;</w:t>
        <w:br/>
        <w:t>відгадкою такої загадки&lt;br /&gt;</w:t>
        <w:br/>
        <w:t>ти — сама уся,&lt;br /&gt;</w:t>
        <w:br/>
        <w:t>а ця ознака міститься у приказці:&lt;br /&gt;</w:t>
        <w:br/>
        <w:t>"Лелека, що літає далеко";&lt;br /&gt;</w:t>
        <w:br/>
        <w:t>ти твориш загадку про саму себе за ознакою:&lt;br /&gt;</w:t>
        <w:br/>
        <w:t>та, хто літає, де хоче,&lt;br /&gt;</w:t>
        <w:br/>
        <w:t>та, хто сідає, де хоче, хоч би й на костелі,&lt;br /&gt;</w:t>
        <w:br/>
        <w:t>відгадкою такої загадки&lt;br /&gt;</w:t>
        <w:br/>
        <w:t>ти — сама уся,&lt;br /&gt;</w:t>
        <w:br/>
        <w:t>а ця ознака міститься у приказці:&lt;br /&gt;</w:t>
        <w:br/>
        <w:t>"Виграв бузька на костелі";&lt;br /&gt;</w:t>
        <w:br/>
        <w:t>ти твориш загадку про саму себе за ознакою:&lt;br /&gt;</w:t>
        <w:br/>
        <w:t>та, хто відлітає у далекий край-вирай,&lt;br /&gt;</w:t>
        <w:br/>
        <w:t>та, хто відлітає після Спаса, 19 серпня,&lt;br /&gt;</w:t>
        <w:br/>
        <w:t>відгадкою такої загадки&lt;br /&gt;</w:t>
        <w:br/>
        <w:t>ти — сама уся,&lt;br /&gt;</w:t>
        <w:br/>
        <w:t>а ця ознака міститься у порівнянні:&lt;br /&gt;</w:t>
        <w:br/>
        <w:t>"Світ так змінився, що ми, старі,&lt;br /&gt;</w:t>
        <w:br/>
        <w:t>як ті бузьки по Спасі, ходимо по ньому —&lt;br /&gt;</w:t>
        <w:br/>
        <w:t>ніби він не наш, а ми не його".</w:t>
      </w:r>
    </w:p>
    <w:p>
      <w:r>
        <w:br/>
        <w:t>Лелеко, біла лелеко,&lt;br /&gt;</w:t>
        <w:br/>
        <w:t>ти твориш загадки про саму себе за ознаками:&lt;br /&gt;</w:t>
        <w:br/>
        <w:t>та, хто стоїть на одній нозі,&lt;br /&gt;</w:t>
        <w:br/>
        <w:t>та, хто ловить жаб,&lt;br /&gt;</w:t>
        <w:br/>
        <w:t>та, хто їсть жаб, —&lt;br /&gt;</w:t>
        <w:br/>
        <w:t>діти граються, наслідуючи тебе, біла птахо,&lt;br /&gt;</w:t>
        <w:br/>
        <w:t>діти граються&lt;br /&gt;</w:t>
        <w:br/>
        <w:t>і творять загадку про тебе за цими ознаками,&lt;br /&gt;</w:t>
        <w:br/>
        <w:t>розпочинається їхня гра словами:&lt;br /&gt;</w:t>
        <w:br/>
        <w:t>"Летіла біла лелека,&lt;br /&gt;</w:t>
        <w:br/>
        <w:t>стала на одну ногу&lt;br /&gt;</w:t>
        <w:br/>
        <w:t>та й зловила жабу —&lt;br /&gt;</w:t>
        <w:br/>
        <w:t>жаба заквакала,&lt;br /&gt;</w:t>
        <w:br/>
        <w:t>а лелека втекла", —&lt;br /&gt;</w:t>
        <w:br/>
        <w:t>після цих слів діти стрибають на одній нозі —&lt;br /&gt;</w:t>
        <w:br/>
        <w:t>той, хто стрибає найдовше на одній нозі,&lt;br /&gt;</w:t>
        <w:br/>
        <w:t>той найбільше подібний до тебе за ознакою:&lt;br /&gt;</w:t>
        <w:br/>
        <w:t>та, хто стоїть на одній нозі,&lt;br /&gt;</w:t>
        <w:br/>
        <w:t>той, хто стрибає найменше на одній нозі,&lt;br /&gt;</w:t>
        <w:br/>
        <w:t>той найменше подібний до тебе за ознакою:&lt;br /&gt;</w:t>
        <w:br/>
        <w:t>та, хто не стоїть на одній нозі, —&lt;br /&gt;</w:t>
        <w:br/>
        <w:t>той найбільше подібний до жаби,&lt;br /&gt;</w:t>
        <w:br/>
        <w:t>той, хто стрибає найдовше на одній нозі,&lt;br /&gt;</w:t>
        <w:br/>
        <w:t>той найбільше подібний до тебе, біла птахо, а тому&lt;br /&gt;</w:t>
        <w:br/>
        <w:t>він починає щипати&lt;br /&gt;</w:t>
        <w:br/>
        <w:t>того, хто стрибає найменше на одній нозі,&lt;br /&gt;</w:t>
        <w:br/>
        <w:t>того, хто найменше подібний до тебе,&lt;br /&gt;</w:t>
        <w:br/>
        <w:t>того, хто найбільше подібний до жаби, —&lt;br /&gt;</w:t>
        <w:br/>
        <w:t>"щипати" —загадка "їсти" за твоєю ознакою:&lt;br /&gt;</w:t>
        <w:br/>
        <w:t>та, хто їсть жаб, —&lt;br /&gt;</w:t>
        <w:br/>
        <w:t>а відгадка такої загадки-гри&lt;br /&gt;</w:t>
        <w:br/>
        <w:t>ти — сама уся і твої ознаки:&lt;br /&gt;</w:t>
        <w:br/>
        <w:t>та, хто стоїть на одній нозі,&lt;br /&gt;</w:t>
        <w:br/>
        <w:t>та, хто ловить жаб,&lt;br /&gt;</w:t>
        <w:br/>
        <w:t>та, хто їсть жаб.</w:t>
      </w:r>
    </w:p>
    <w:p>
      <w:r>
        <w:br/>
        <w:t>Лелеко, біла лелеко,&lt;br /&gt;</w:t>
        <w:br/>
        <w:t>ти так близенько біля нас, людей, мостиш своє гніздо:&lt;br /&gt;</w:t>
        <w:br/>
        <w:t>на хаті, на клуні, на дереві, що росте на подвір'ї,&lt;br /&gt;</w:t>
        <w:br/>
        <w:t>ти не ховаєш від нас, людей, свого гнізда у лісі,&lt;br /&gt;</w:t>
        <w:br/>
        <w:t>ти довіряєш нам, людям, як більше ніхто із птахів,&lt;br /&gt;</w:t>
        <w:br/>
        <w:t>ти довіряєш нам, людям, та іще ластівка,&lt;br /&gt;</w:t>
        <w:br/>
        <w:t>ти так близенько від нас, людей, літаєш над хатами,&lt;br /&gt;</w:t>
        <w:br/>
        <w:t>ти так близенько від нас, людей, ходиш на сіножаті,&lt;br /&gt;</w:t>
        <w:br/>
        <w:t>що нам хочеться порозмовляти з тобою, як із людиною,&lt;br /&gt;</w:t>
        <w:br/>
        <w:t>тому ми, побачивши тебе,&lt;br /&gt;</w:t>
        <w:br/>
        <w:t>як ти літаєш, сидиш чи ходиш поблизу,&lt;br /&gt;</w:t>
        <w:br/>
        <w:t>звертаємося до тебе, називаючи тебе людським ім'ям,&lt;br /&gt;</w:t>
        <w:br/>
        <w:t>наче до сільського дядька, доброго сусіда:&lt;br /&gt;</w:t>
        <w:br/>
        <w:t>"Антоне, Антоне, коли тепло встановиться?" —&lt;br /&gt;</w:t>
        <w:br/>
        <w:t>питають тебе жінки, які збираються городину садити,&lt;br /&gt;</w:t>
        <w:br/>
        <w:t>"Грицьку, Грицьку, принеси води!" —&lt;br /&gt;</w:t>
        <w:br/>
        <w:t>благають тебе спраглі косарі на сіножаті у лузі,&lt;br /&gt;</w:t>
        <w:br/>
        <w:t>"Іване, Іване, скажи, чи ще довго пасти череду?" —&lt;br /&gt;</w:t>
        <w:br/>
        <w:t>допитуються у тебе пастушки,&lt;br /&gt;</w:t>
        <w:br/>
        <w:t>знудьговані довгим літнім днем, —&lt;br /&gt;</w:t>
        <w:br/>
        <w:t>так тебе, біла птахо, називають,&lt;br /&gt;</w:t>
        <w:br/>
        <w:t>ніби мало у тебе своїх, лелечачих, імен,&lt;br /&gt;</w:t>
        <w:br/>
        <w:t>іще й людськими іменами.</w:t>
      </w:r>
    </w:p>
    <w:p>
      <w:r>
        <w:br/>
        <w:t>Лелеко, біла лелеко,&lt;br /&gt;</w:t>
        <w:br/>
        <w:t>ти твориш загадку про саму себе за ознакою:&lt;br /&gt;</w:t>
        <w:br/>
        <w:t>та, хто в кінці літа відлітає у вирій,&lt;br /&gt;</w:t>
        <w:br/>
        <w:t>та, хто до Першої Пречистої, 28 серпня, відлітає у вирій,&lt;br /&gt;</w:t>
        <w:br/>
        <w:t>відгадкою такої загадки&lt;br /&gt;</w:t>
        <w:br/>
        <w:t>ти — сама уся;&lt;br /&gt;</w:t>
        <w:br/>
        <w:t>ти, і разом з тобою інші лелеки,&lt;br /&gt;</w:t>
        <w:br/>
        <w:t>творите загадку про самих себе за ознакою:&lt;br /&gt;</w:t>
        <w:br/>
        <w:t>ті, хто в кінці літа, перед відльотом у вирій,&lt;br /&gt;</w:t>
        <w:br/>
        <w:t>десь поза селом, на уже зжатому полі,&lt;br /&gt;</w:t>
        <w:br/>
        <w:t>збираєтеся у табун,&lt;br /&gt;</w:t>
        <w:br/>
        <w:t>ті, з-поміж кого виокремлюється ватажок,&lt;br /&gt;</w:t>
        <w:br/>
        <w:t>який поведе увесь лелечий табун у вирій,&lt;br /&gt;</w:t>
        <w:br/>
        <w:t>ті, хто закльовує своїми довгими дзьобами&lt;br /&gt;</w:t>
        <w:br/>
        <w:t>хворих і поранених птахів,&lt;br /&gt;</w:t>
        <w:br/>
        <w:t>бо вони все одно не долетіли б до вирію.&lt;br /&gt;</w:t>
        <w:br/>
        <w:t>бо вони увесь табун збивали б з дороги у вирій;&lt;br /&gt;</w:t>
        <w:br/>
        <w:t>ти, і разом з тобою інші лелеки,&lt;br /&gt;</w:t>
        <w:br/>
        <w:t>творите загадку суду за ознакою:&lt;br /&gt;</w:t>
        <w:br/>
        <w:t>ті, хто в одному місці збирається великим гуртом,&lt;br /&gt;</w:t>
        <w:br/>
        <w:t>ті, з-поміж кого виокремлюється хтось один,&lt;br /&gt;</w:t>
        <w:br/>
        <w:t>ті, хто засуджує когось за віщось до страти,&lt;br /&gt;</w:t>
        <w:br/>
        <w:t>ви — лелечий суд&lt;br /&gt;</w:t>
        <w:br/>
        <w:t>а відгадкою такої загадки&lt;br /&gt;</w:t>
        <w:br/>
        <w:t>ти — сама уся, і разом з тобою інші лелеки,&lt;br /&gt;</w:t>
        <w:br/>
        <w:t>та ваша поведінка перед відльотом у вирій;&lt;br /&gt;</w:t>
        <w:br/>
        <w:t>ти, і разом з тобою інші лелеки,&lt;br /&gt;</w:t>
        <w:br/>
        <w:t>творите загадку-прикмету наступної зими за ознакою:&lt;br /&gt;</w:t>
        <w:br/>
        <w:t>ті, хто відлітає рано у вирій, або&lt;br /&gt;</w:t>
        <w:br/>
        <w:t>ті, хто відлітає пізно у вирій,&lt;br /&gt;</w:t>
        <w:br/>
        <w:t>а відгадкою такої загадки є&lt;br /&gt;</w:t>
        <w:br/>
        <w:t>зима, яка буде або ранньою, коли&lt;br /&gt;</w:t>
        <w:br/>
        <w:t>ви відлітаєте рано у вирій,&lt;br /&gt;</w:t>
        <w:br/>
        <w:t>або пізньою, коли&lt;br /&gt;</w:t>
        <w:br/>
        <w:t>ви відлітаєте пізно у вирій;&lt;br /&gt;</w:t>
        <w:br/>
        <w:t>ти, і разом з тобою інші лелеки,&lt;br /&gt;</w:t>
        <w:br/>
        <w:t>творите загадку про самих себе за ознакою:&lt;br /&gt;</w:t>
        <w:br/>
        <w:t>ті, хто в кінці літа, перед відльотом у вирій,&lt;br /&gt;</w:t>
        <w:br/>
        <w:t>десь поза селом, на уже зжатому полі,&lt;br /&gt;</w:t>
        <w:br/>
        <w:t>збираєтеся у табун,&lt;br /&gt;</w:t>
        <w:br/>
        <w:t>ті, до чийого табуна прибиваються солов'ї,&lt;br /&gt;</w:t>
        <w:br/>
        <w:t>щоб відлітати разом із вами у вирій,&lt;br /&gt;</w:t>
        <w:br/>
        <w:t>повсідавшись па ваших просторих спинах,&lt;br /&gt;</w:t>
        <w:br/>
        <w:t>ті, хто відлітає у вирій тільки вночі,&lt;br /&gt;</w:t>
        <w:br/>
        <w:t>щоб солов'ї не бачили, коли ви відлітаєте,&lt;br /&gt;</w:t>
        <w:br/>
        <w:t>та не повсідалися на ваших просторих спинах,&lt;br /&gt;</w:t>
        <w:br/>
        <w:t>ті, кому не вдається уникнути солов'їв,&lt;br /&gt;</w:t>
        <w:br/>
        <w:t>бо вони все одно відлітають разом із вами у вирій,&lt;br /&gt;</w:t>
        <w:br/>
        <w:t>повсідавшись на ваших просторих спинах,&lt;br /&gt;</w:t>
        <w:br/>
        <w:t>відгадкою такої загадки-небилиці&lt;br /&gt;</w:t>
        <w:br/>
        <w:t>ти — сама уся, і разом з тобою інші лелеки,&lt;br /&gt;</w:t>
        <w:br/>
        <w:t>які перед відльотом у вирій збираються у табун,&lt;br /&gt;</w:t>
        <w:br/>
        <w:t>а біля вашого табуна завжди можна побачити&lt;br /&gt;</w:t>
        <w:br/>
        <w:t>і табунець малих солов'їв,&lt;br /&gt;</w:t>
        <w:br/>
        <w:t>які теж восени відлітають у вирій.</w:t>
      </w:r>
    </w:p>
    <w:p>
      <w:r>
        <w:br/>
        <w:t>II</w:t>
      </w:r>
    </w:p>
    <w:p>
      <w:r>
        <w:br/>
        <w:t>Лелеко, біла лелеко,&lt;br /&gt;</w:t>
        <w:br/>
        <w:t>ти твориш загадку про саму себе за ознакою:&lt;br /&gt;</w:t>
        <w:br/>
        <w:t>та, хто буває у пошуках поживи у лузі,&lt;br /&gt;</w:t>
        <w:br/>
        <w:t>та, хто буває у пошуках поживи на болоті,&lt;br /&gt;</w:t>
        <w:br/>
        <w:t>ти твориш загадку про рослину за ознакою:&lt;br /&gt;</w:t>
        <w:br/>
        <w:t>та, що росте у лузі, де ти буваєш,&lt;br /&gt;</w:t>
        <w:br/>
        <w:t>та, що росте на болоті, де ти буваєш,&lt;br /&gt;</w:t>
        <w:br/>
        <w:t>та, що цвіте цвітом із червоними пелюстками —&lt;br /&gt;</w:t>
        <w:br/>
        <w:t>вогник, бузьків огонь:&lt;br /&gt;</w:t>
        <w:br/>
        <w:t>як у людей є свій вогонь,&lt;br /&gt;</w:t>
        <w:br/>
        <w:t>так і у тебе, біла лелеко, є свій вогонь,&lt;br /&gt;</w:t>
        <w:br/>
        <w:t>як у людей є піч,&lt;br /&gt;</w:t>
        <w:br/>
        <w:t>так і у тебе є лука,&lt;br /&gt;</w:t>
        <w:br/>
        <w:t>так і у тебе є болото,&lt;br /&gt;</w:t>
        <w:br/>
        <w:t>як у людей вогонь знаходиться у печі,&lt;br /&gt;</w:t>
        <w:br/>
        <w:t>а на тому вогні люди готують собі страву:&lt;br /&gt;</w:t>
        <w:br/>
        <w:t>печуть хліб, варять борщ, парять кашу —&lt;br /&gt;</w:t>
        <w:br/>
        <w:t>так і в тебе, біла лелеко, вогонь знаходиться у лузі,&lt;br /&gt;</w:t>
        <w:br/>
        <w:t>так і в тебе, біла лелеко, вогонь знаходиться на болоті,&lt;br /&gt;</w:t>
        <w:br/>
        <w:t>де ти розшукуєш собі і своїм лелеченятам поживу:&lt;br /&gt;</w:t>
        <w:br/>
        <w:t>жаб і жабенят, гадюк і гадюченят, вужів і вуженят, —&lt;br /&gt;</w:t>
        <w:br/>
        <w:t>а відгадкою такої загадки&lt;br /&gt;</w:t>
        <w:br/>
        <w:t>є рослина, що росте у лузі,&lt;br /&gt;</w:t>
        <w:br/>
        <w:t>є рослина, що росте на болоті,&lt;br /&gt;</w:t>
        <w:br/>
        <w:t>є рослина, яка цвіте цвітом із червоними пелюстками;&lt;br /&gt;</w:t>
        <w:br/>
        <w:t>ти твориш загадку про саму себе за ознакою:&lt;br /&gt;</w:t>
        <w:br/>
        <w:t>та, хто буває у пошуках поживи у лузі,&lt;br /&gt;</w:t>
        <w:br/>
        <w:t>та, хто мас довгого дзьоба,&lt;br /&gt;</w:t>
        <w:br/>
        <w:t>та, хто має довгого червоного дзьоба,&lt;br /&gt;</w:t>
        <w:br/>
        <w:t>ти твориш загадку про рослину за ознакою:&lt;br /&gt;</w:t>
        <w:br/>
        <w:t>та, що росте у лузі, де ти буваєш,&lt;br /&gt;</w:t>
        <w:br/>
        <w:t>та, що цвіте цвітом із рожевими пелюстками,&lt;br /&gt;</w:t>
        <w:br/>
        <w:t>та, що має видовжену коробочку із насінням —&lt;br /&gt;</w:t>
        <w:br/>
        <w:t>бузьки, бузьочки:&lt;br /&gt;</w:t>
        <w:br/>
        <w:t>як у тебе, біла лелеко, червоний дзьоб,&lt;br /&gt;</w:t>
        <w:br/>
        <w:t>так і в рослини цвіт із рожевими пелюстками,&lt;br /&gt;</w:t>
        <w:br/>
        <w:t>як ти, біла лелеко, буваєш у пошуках поживи у лузі,&lt;br /&gt;</w:t>
        <w:br/>
        <w:t>так і рослина росте у лузі,&lt;br /&gt;</w:t>
        <w:br/>
        <w:t>як у тебе довгий червоний дзьоб,&lt;br /&gt;</w:t>
        <w:br/>
        <w:t>так і в рослини видовжена коробочка із насінням,&lt;br /&gt;</w:t>
        <w:br/>
        <w:t>а відгадкою такої загадки&lt;br /&gt;</w:t>
        <w:br/>
        <w:t>є рослина, що росте у лузі,&lt;br /&gt;</w:t>
        <w:br/>
        <w:t>є рослина, що цвіте цвітом із рожевими пелюстками,&lt;br /&gt;</w:t>
        <w:br/>
        <w:t>є рослина, що має видовжену коробочку із насінням.&lt;br /&gt;</w:t>
        <w:br/>
        <w:t>Лелеко, біла лелеко,&lt;br /&gt;</w:t>
        <w:br/>
        <w:t>ти твориш загадку про саму себе за ознакою:&lt;br /&gt;</w:t>
        <w:br/>
        <w:t>та, хто є білим птахом із чорним знаком на білому,&lt;br /&gt;</w:t>
        <w:br/>
        <w:t>та, хто є білим птахом,&lt;br /&gt;</w:t>
        <w:br/>
        <w:t>та, хто є уся білим птахом&lt;br /&gt;</w:t>
        <w:br/>
        <w:t>і лише кінці крил чорного кольору,&lt;br /&gt;</w:t>
        <w:br/>
        <w:t>та, хто буває у пошуках поживи у лузі,&lt;br /&gt;</w:t>
        <w:br/>
        <w:t>ти твориш загадку про молоко за ознакою:&lt;br /&gt;</w:t>
        <w:br/>
        <w:t>те, що є білим, —&lt;br /&gt;</w:t>
        <w:br/>
        <w:t>пастушки, які пасуть череду в лузі, бачать тебе, як&lt;br /&gt;</w:t>
        <w:br/>
        <w:t>ти ходиш у лузі,&lt;br /&gt;</w:t>
        <w:br/>
        <w:t>вони звертаються до тебе, біла лелеко,&lt;br /&gt;</w:t>
        <w:br/>
        <w:t>голосно вигукуючи замовляння, щоб&lt;br /&gt;</w:t>
        <w:br/>
        <w:t>ти здаля почула:&lt;br /&gt;</w:t>
        <w:br/>
        <w:t>и Бузьок-чапля — молока кр апля,&lt;br /&gt;</w:t>
        <w:br/>
        <w:t>і в горнець, і в скопець,&lt;br /&gt;</w:t>
        <w:br/>
        <w:t>а сам бузьок молодець";&lt;br /&gt;</w:t>
        <w:br/>
        <w:t>як ти, біла лелеко, є білим птахом,&lt;br /&gt;</w:t>
        <w:br/>
        <w:t>щоб так і в наших корів прибувало&lt;br /&gt;</w:t>
        <w:br/>
        <w:t>біле молоко по краплі,&lt;br /&gt;</w:t>
        <w:br/>
        <w:t>а відгадкою такої загадки-замовляння є&lt;br /&gt;</w:t>
        <w:br/>
        <w:t>те, що у лузі пастушки пасуть корів,&lt;br /&gt;</w:t>
        <w:br/>
        <w:t>у яких від соковитої трави прибуває молоко.&lt;br /&gt;</w:t>
        <w:br/>
        <w:t>Лелеко, біла лелеко,&lt;br /&gt;</w:t>
        <w:br/>
        <w:t>ти твориш загадку про саму себе за ознакою&lt;br /&gt;</w:t>
        <w:br/>
        <w:t>та, хто відлітає у далекий край-вирай восени,&lt;br /&gt;</w:t>
        <w:br/>
        <w:t>та, хто прилітає з далекого краю-вираю навесні,&lt;br /&gt;</w:t>
        <w:br/>
        <w:t>а відгадкою такої загадки&lt;br /&gt;</w:t>
        <w:br/>
        <w:t>ти — сама уся,&lt;br /&gt;</w:t>
        <w:br/>
        <w:t>прикладаючи цю твою ознаку до котроїсь людини,&lt;br /&gt;</w:t>
        <w:br/>
        <w:t>ми творимо загадку про людину і кажемо:&lt;br /&gt;</w:t>
        <w:br/>
        <w:t>"Облітав, мов лелека, усі моря і землі", —&lt;br /&gt;</w:t>
        <w:br/>
        <w:t>відгадкою такоі загадки-порівняння є не ти сама уся,&lt;br /&gt;</w:t>
        <w:br/>
        <w:t>а людина, що виїжджала у пошуках щастя у далекий край,&lt;br /&gt;</w:t>
        <w:br/>
        <w:t>людина, що повернулася,&lt;br /&gt;</w:t>
        <w:br/>
        <w:t>не знайшовши щастя в далекому краю,</w:t>
      </w:r>
    </w:p>
    <w:p>
      <w:r>
        <w:br/>
        <w:t>людина, яка через цю ознаку уподібнюється тобі,&lt;br /&gt;</w:t>
        <w:br/>
        <w:t>поводить себе не як людина, а як ти, біла лелеко,&lt;br /&gt;</w:t>
        <w:br/>
        <w:t>але ж людина не може бути тобою, тому&lt;br /&gt;</w:t>
        <w:br/>
        <w:t>утих, хто чує таке порівняння,&lt;br /&gt;</w:t>
        <w:br/>
        <w:t>воно викликає співчуття до тієї людини;&lt;br /&gt;</w:t>
        <w:br/>
        <w:t>ти твориш загадку про саму себе за ознакою:&lt;br /&gt;</w:t>
        <w:br/>
        <w:t>та, хто має довгого дзьоба, і тому,&lt;br /&gt;</w:t>
        <w:br/>
        <w:t>якби така нагода трапилася, могла б когось дуже&lt;br /&gt;</w:t>
        <w:br/>
        <w:t>полоскотати, від чого б той голосно сміявся,&lt;br /&gt;</w:t>
        <w:br/>
        <w:t>а відгадкою такої загадки&lt;br /&gt;</w:t>
        <w:br/>
        <w:t>ти — сама уся,&lt;br /&gt;</w:t>
        <w:br/>
        <w:t>прикладаючи цю твою ознаку до котроїсь людини,&lt;br /&gt;</w:t>
        <w:br/>
        <w:t>ми творимо загадку про людину і кажемо:&lt;br /&gt;</w:t>
        <w:br/>
        <w:t>"Сміється, наче б його бузько носом лоскотав", —&lt;br /&gt;</w:t>
        <w:br/>
        <w:t>відгадкою такої загадки-порівняння є не ти сама уся,&lt;br /&gt;</w:t>
        <w:br/>
        <w:t>а хтось із людей, хто даремно сміється,&lt;br /&gt;</w:t>
        <w:br/>
        <w:t>ніби така нагода трапилася і ти, біла лелеко,&lt;br /&gt;</w:t>
        <w:br/>
        <w:t>своїм довгим дзьобом його дуже полоскотала,&lt;br /&gt;</w:t>
        <w:br/>
        <w:t>від чого той голосно сміється&lt;br /&gt;</w:t>
        <w:br/>
        <w:t>хтось із людей, хто через цю ознаку уподібнюється&lt;br /&gt;</w:t>
        <w:br/>
        <w:t>тій людині, кого ти, біла лелеко, ніби така нагода&lt;br /&gt;</w:t>
        <w:br/>
        <w:t>трапилася, своїм довгим дзьобом дуже полоскотала,&lt;br /&gt;</w:t>
        <w:br/>
        <w:t>від чого вона голосно сміється,&lt;br /&gt;</w:t>
        <w:br/>
        <w:t>хто поводить себе не як людина, кому&lt;br /&gt;</w:t>
        <w:br/>
        <w:t>ти, біла лелеко, не могла, хоч і маєш довгого дзьоба,&lt;br /&gt;</w:t>
        <w:br/>
        <w:t>але такої нагоди не трапилося —&lt;br /&gt;</w:t>
        <w:br/>
        <w:t>та й не трапиться ніколи! —&lt;br /&gt;</w:t>
        <w:br/>
        <w:t>щоб ти могла когось сильно полоскотати,&lt;br /&gt;</w:t>
        <w:br/>
        <w:t>від чого б той дуже сміявся,&lt;br /&gt;</w:t>
        <w:br/>
        <w:t>а як та, кому ти, біла лелеко, ніби трапилася&lt;br /&gt;</w:t>
        <w:br/>
        <w:t>така нагода, своїм довгим дзьобом полоскотала,&lt;br /&gt;</w:t>
        <w:br/>
        <w:t>від чого вона дуже сміється&lt;br /&gt;</w:t>
        <w:br/>
        <w:t>тому у тих, хто чує таке порівняння&lt;br /&gt;</w:t>
        <w:br/>
        <w:t>воно викликає усмішку;&lt;br /&gt;</w:t>
        <w:br/>
        <w:t>ти твориш загадку про саму себе за ознакою&lt;br /&gt;</w:t>
        <w:br/>
        <w:t>та, у кого гніздо на хаті,&lt;br /&gt;</w:t>
        <w:br/>
        <w:t>та, хто може сидіти у гнізді на хаті,&lt;br /&gt;</w:t>
        <w:br/>
        <w:t>відгадкою такої загадки&lt;br /&gt;</w:t>
        <w:br/>
        <w:t>ти — сама уся&lt;br /&gt;</w:t>
        <w:br/>
        <w:t>прикладаючи цю ознаку до котроїсь людини,&lt;br /&gt;</w:t>
        <w:br/>
        <w:t>яка перебуває в особливій ситуації,&lt;br /&gt;</w:t>
        <w:br/>
        <w:t>ми творимо загадку про людину і кажемо:&lt;br /&gt;</w:t>
        <w:br/>
        <w:t>"Бузьок на хаті,&lt;br /&gt;</w:t>
        <w:br/>
        <w:t>а журба в кімнаті", —&lt;br /&gt;</w:t>
        <w:br/>
        <w:t>відгадкою такої загадки-при слів'я є не ти сама уся&lt;br /&gt;</w:t>
        <w:br/>
        <w:t>а котрась людина, яка з якогось приводу журиться,&lt;br /&gt;</w:t>
        <w:br/>
        <w:t>на що немає ніякої розради, про що й каже той,&lt;br /&gt;</w:t>
        <w:br/>
        <w:t>хто виголошує цю загадку-прислів'я;&lt;br /&gt;</w:t>
        <w:br/>
        <w:t>ти твориш загадку про саму себе за ознакою:&lt;br /&gt;</w:t>
        <w:br/>
        <w:t>та, хто стоїть на гнізді, опустивши крила,&lt;br /&gt;</w:t>
        <w:br/>
        <w:t>а відгадкою такої загадки&lt;br /&gt;</w:t>
        <w:br/>
        <w:t>ти — сама уся,&lt;br /&gt;</w:t>
        <w:br/>
        <w:t>прикладаючи цю твою ознаку до котроїсь людини,&lt;br /&gt;</w:t>
        <w:br/>
        <w:t>ми творимо загадку про людину і кажемо:&lt;br /&gt;</w:t>
        <w:br/>
        <w:t>"Стоїть, мов лелека, й крила опустив", —&lt;br /&gt;</w:t>
        <w:br/>
        <w:t>відгадкою такої загадки-порівняння є не ти сама уся,&lt;br /&gt;</w:t>
        <w:br/>
        <w:t>а парубок, який ніяк не знайде собі пари,&lt;br /&gt;</w:t>
        <w:br/>
        <w:t>щоб одружитися&lt;br /&gt;</w:t>
        <w:br/>
        <w:t>у кого одруження стоїть на одному місці, як&lt;br /&gt;</w:t>
        <w:br/>
        <w:t>ти, біла лелеко, стоїш на своєму гнізді,&lt;br /&gt;</w:t>
        <w:br/>
        <w:t>парубок, який через цю ознаку уподібнюється тобі,&lt;br /&gt;</w:t>
        <w:br/>
        <w:t>поводить себе не як людина, а як ти, біла лелеко.&lt;br /&gt;</w:t>
        <w:br/>
        <w:t>але ж людина не може бути тобою, тому&lt;br /&gt;</w:t>
        <w:br/>
        <w:t>у тих, хто чує таке порівняння,&lt;br /&gt;</w:t>
        <w:br/>
        <w:t>воно викликає співчуття до тієї людини;&lt;br /&gt;</w:t>
        <w:br/>
        <w:t>ти твориш загадку про саму себе за ознакою&lt;br /&gt;</w:t>
        <w:br/>
        <w:t>та, хто на сіножаті, там, де і віл пасеться,&lt;br /&gt;</w:t>
        <w:br/>
        <w:t>ловить жаб,&lt;br /&gt;</w:t>
        <w:br/>
        <w:t>відгадкою такої загадки&lt;br /&gt;</w:t>
        <w:br/>
        <w:t>ти — сама уся,&lt;br /&gt;</w:t>
        <w:br/>
        <w:t>прикладаючи цю твою ознаку до котроїсь людини,&lt;br /&gt;</w:t>
        <w:br/>
        <w:t>ми творимо загадку про людину і кажемо:&lt;br /&gt;</w:t>
        <w:br/>
        <w:t>"На одній сіножаті&lt;br /&gt;</w:t>
        <w:br/>
        <w:t>і віл пасеться,&lt;br /&gt;</w:t>
        <w:br/>
        <w:t>і бузько жаби ловить", —&lt;br /&gt;</w:t>
        <w:br/>
        <w:t>відгадкою такої загадки-прислів'я є не ти сама уся&lt;br /&gt;</w:t>
        <w:br/>
        <w:t>а котрась людина поряд з іншою людиною,&lt;br /&gt;</w:t>
        <w:br/>
        <w:t>які на перший погляд ніби й відрізняються&lt;br /&gt;</w:t>
        <w:br/>
        <w:t>одне від одного,&lt;br /&gt;</w:t>
        <w:br/>
        <w:t>а насправді є однаковими,&lt;br /&gt;</w:t>
        <w:br/>
        <w:t>про кого іще інакше кажуть: "Обоє рябоє", —&lt;br /&gt;</w:t>
        <w:br/>
        <w:t>людина через цю ознаку, яку прикладено до неї,&lt;br /&gt;</w:t>
        <w:br/>
        <w:t>уподібнюється тобі, біла лелеко,&lt;br /&gt;</w:t>
        <w:br/>
        <w:t>поводить себе не як людина, а як ти, біла лелеко,&lt;br /&gt;</w:t>
        <w:br/>
        <w:t>але ж людина не може бути тобою, тому&lt;br /&gt;</w:t>
        <w:br/>
        <w:t>у тих, хто чує цю загадку-при слів я&lt;br /&gt;</w:t>
        <w:br/>
        <w:t>і здогадується про відгадку, тобто про ту людину,&lt;br /&gt;</w:t>
        <w:br/>
        <w:t>яка малася на увазі тим, ким ця загадка-прислів'я&lt;br /&gt;</w:t>
        <w:br/>
        <w:t>виголошувалася, вона викликає усмішку;&lt;br /&gt;</w:t>
        <w:br/>
        <w:t>ти твориш загадку про саму себе за ознакою:&lt;br /&gt;</w:t>
        <w:br/>
        <w:t>та, хто ковтає жаб,&lt;br /&gt;</w:t>
        <w:br/>
        <w:t>а відгадкою такої загадки&lt;br /&gt;</w:t>
        <w:br/>
        <w:t>ти — сама уся,&lt;br /&gt;</w:t>
        <w:br/>
        <w:t>прикладаючи цю твою ознаку до котроїсь людини,&lt;br /&gt;</w:t>
        <w:br/>
        <w:t>ми творимо загадку про людину і кажемо:&lt;br /&gt;</w:t>
        <w:br/>
        <w:t>"Ковтнув, як лелека жабу*, —&lt;br /&gt;</w:t>
        <w:br/>
        <w:t>відгадкою такої загадки-порівняння є не ти сама уся,&lt;br /&gt;</w:t>
        <w:br/>
        <w:t>а людина, яка ковтає щось жадібно цілком,&lt;br /&gt;</w:t>
        <w:br/>
        <w:t>людина, яка через цю ознаку уподібнюється тобі,&lt;br /&gt;</w:t>
        <w:br/>
        <w:t>поводить себе не як людина, а як ти, біла лелеко,&lt;br /&gt;</w:t>
        <w:br/>
        <w:t>але ж людина не може бути тобою, тому&lt;br /&gt;</w:t>
        <w:br/>
        <w:t>у тих, хто чує таке порівняння воно викликає усмішку,&lt;br /&gt;</w:t>
        <w:br/>
        <w:t>ти твориш загадку про саму себе за ознакою:&lt;br /&gt;</w:t>
        <w:br/>
        <w:t>та, кому Бог дав ловити гадів і всяку іншу нечисть,&lt;br /&gt;</w:t>
        <w:br/>
        <w:t>а відгадкою такої загадки&lt;br /&gt;</w:t>
        <w:br/>
        <w:t>ти — сама уся,&lt;br /&gt;</w:t>
        <w:br/>
        <w:t>прикладаючи цю твою ознаку до котроїсь людини,&lt;br /&gt;</w:t>
        <w:br/>
        <w:t>яка перебуває в особливій ситуації,&lt;br /&gt;</w:t>
        <w:br/>
        <w:t>ми творимо загадку про людину і кажемо:&lt;br /&gt;</w:t>
        <w:br/>
        <w:t>"Така правда, як Бог казав буселю", —&lt;br /&gt;</w:t>
        <w:br/>
        <w:t>відгадкою такої загадки-приказки є не ти сама уся,&lt;br /&gt;</w:t>
        <w:br/>
        <w:t>а людина, яка нарікає на свою долю,&lt;br /&gt;</w:t>
        <w:br/>
        <w:t>хоча кожній людині її долю Бог дає,&lt;br /&gt;</w:t>
        <w:br/>
        <w:t>так само, як тобі, біла лелеко. Бог дав&lt;br /&gt;</w:t>
        <w:br/>
        <w:t>ловити гадів і всяку іншу нечисть;&lt;br /&gt;</w:t>
        <w:br/>
        <w:t>ти твориш загадку про саму себе за ознакою:&lt;br /&gt;</w:t>
        <w:br/>
        <w:t>та, хто літає далеко,&lt;br /&gt;</w:t>
        <w:br/>
        <w:t>та, хто літає далеко у пошуках поживи,&lt;br /&gt;</w:t>
        <w:br/>
        <w:t>та, хто літає далеко у край-вирай восени,&lt;br /&gt;</w:t>
        <w:br/>
        <w:t>відгадкою такої загадки&lt;br /&gt;</w:t>
        <w:br/>
        <w:t>ти — сама уся,&lt;br /&gt;</w:t>
        <w:br/>
        <w:t>прикладаючи цю ознаку до котроїсь людини,&lt;br /&gt;</w:t>
        <w:br/>
        <w:t>яка виділяється з-поміж інших особливою поведінкою,&lt;br /&gt;</w:t>
        <w:br/>
        <w:t>ми творимо загадку про людину і кажемо:&lt;br /&gt;</w:t>
        <w:br/>
        <w:t>"Лелека, що літає далеко", —&lt;br /&gt;</w:t>
        <w:br/>
        <w:t>відгадкою такої загадки-приказки є не ти сама уся,&lt;br /&gt;</w:t>
        <w:br/>
        <w:t>а котрась людина, яка поводить себе, як гульвіса,&lt;br /&gt;</w:t>
        <w:br/>
        <w:t>тобто, як той, хто буває десь поза домом,&lt;br /&gt;</w:t>
        <w:br/>
        <w:t>чого не дозволяє собі звичайна людина,&lt;br /&gt;</w:t>
        <w:br/>
        <w:t>яка тримається свого дому, своєї сім'ї,&lt;br /&gt;</w:t>
        <w:br/>
        <w:t>людина через цю ознаку уподібнюється тобі,&lt;br /&gt;</w:t>
        <w:br/>
        <w:t>поводить себе не як людина, а як ти. біла лелеко,&lt;br /&gt;</w:t>
        <w:br/>
        <w:t>але ж людина не може бути тобою, тому&lt;br /&gt;</w:t>
        <w:br/>
        <w:t>у тих, хто чує таку загадку-приказку&lt;br /&gt;</w:t>
        <w:br/>
        <w:t>і здогадується про відгадку, тобто про ту людину,&lt;br /&gt;</w:t>
        <w:br/>
        <w:t>яка малася на увазі тим, ким ця загадка-прислів'я&lt;br /&gt;</w:t>
        <w:br/>
        <w:t>виголошувалася, вона викликає усмішку;&lt;br /&gt;</w:t>
        <w:br/>
        <w:t>ти твориш загадку про саму себе за ознакою:&lt;br /&gt;</w:t>
        <w:br/>
        <w:t>та, хто літає, де хоче,&lt;br /&gt;</w:t>
        <w:br/>
        <w:t>та, хто сідає, де хоче, хоч би й на костелі,&lt;br /&gt;</w:t>
        <w:br/>
        <w:t>а відгадкою такої загадки&lt;br /&gt;</w:t>
        <w:br/>
        <w:t>ти — сама уся,&lt;br /&gt;</w:t>
        <w:br/>
        <w:t>прикладаючи цю ознаку до котроїсь людини,&lt;br /&gt;</w:t>
        <w:br/>
        <w:t>яка перебуває в особливій ситуації,&lt;br /&gt;</w:t>
        <w:br/>
        <w:t>ми творимо загадку про людину і кажемо:&lt;br /&gt;</w:t>
        <w:br/>
        <w:t>"Виграв бузька на костелі", —&lt;br /&gt;</w:t>
        <w:br/>
        <w:t>відгадкою такої загадки-приказки є не ти сама уся,&lt;br /&gt;</w:t>
        <w:br/>
        <w:t>а котрась людина, яка, граючи в якусь азартну гру,&lt;br /&gt;</w:t>
        <w:br/>
        <w:t>нічого не виграла, а до того ще й програлася,&lt;br /&gt;</w:t>
        <w:br/>
        <w:t>виграш тієї людини, яка програлася, за цією ознакою&lt;br /&gt;</w:t>
        <w:br/>
        <w:t>уподібнюється тобі, біла лелеко,&lt;br /&gt;</w:t>
        <w:br/>
        <w:t>виграш поводить себе не як річ, а як ти, біла лелеко,&lt;br /&gt;</w:t>
        <w:br/>
        <w:t>але ж річ не може бути тобою, тому&lt;br /&gt;</w:t>
        <w:br/>
        <w:t>той, хто чує таку приказку, усміхається;&lt;br /&gt;</w:t>
        <w:br/>
        <w:t>ти твориш загадку про саму себе за ознакою&lt;br /&gt;</w:t>
        <w:br/>
        <w:t>та, хто відлітає у далекий край-вирай восени,&lt;br /&gt;</w:t>
        <w:br/>
        <w:t>та, хто відлітає після Спаса, 19 серпня,&lt;br /&gt;</w:t>
        <w:br/>
        <w:t>а відгадкою такої загадки&lt;br /&gt;</w:t>
        <w:br/>
        <w:t>ти — сама уся,&lt;br /&gt;</w:t>
        <w:br/>
        <w:t>прикладаючи цю твою ознаку до котроїсь людини,&lt;br /&gt;</w:t>
        <w:br/>
        <w:t>ми творимо загадку про людину і кажемо:&lt;br /&gt;</w:t>
        <w:br/>
        <w:t>"Світ так тепер змінився, що ми, старі,&lt;br /&gt;</w:t>
        <w:br/>
        <w:t>як тії бузьки по Спасі, ходимо по ньому, —&lt;br /&gt;</w:t>
        <w:br/>
        <w:t>ніби він не наш, а ми не його", —&lt;br /&gt;</w:t>
        <w:br/>
        <w:t>відгадкою такої загадки-порівняння є не ти сама уся,&lt;br /&gt;</w:t>
        <w:br/>
        <w:t>а людина, що почуває себе старою,&lt;br /&gt;</w:t>
        <w:br/>
        <w:t>а через те чужою у цьому світі,&lt;br /&gt;</w:t>
        <w:br/>
        <w:t>подібно до тебе, біла лелеко,&lt;br /&gt;</w:t>
        <w:br/>
        <w:t>що ходиш у полі після Спаса,&lt;br /&gt;</w:t>
        <w:br/>
        <w:t>на днях збираючись відлітати&lt;br /&gt;</w:t>
        <w:br/>
        <w:t>у далекий край-вирай.&lt;br /&gt;</w:t>
        <w:br/>
        <w:t>Лелеко, біла лелеко,&lt;br /&gt;</w:t>
        <w:br/>
        <w:t>ти твориш загадку про саму себе за ознакою:&lt;br /&gt;</w:t>
        <w:br/>
        <w:t>та, хто є білим птахом із чорним знаком на білому, —&lt;br /&gt;</w:t>
        <w:br/>
        <w:t>ти твориш загадку про дорослу дівчину, дівку,&lt;br /&gt;</w:t>
        <w:br/>
        <w:t>за ознакою:&lt;br /&gt;</w:t>
        <w:br/>
        <w:t>та, хто має чорний знак на білому, —&lt;br /&gt;</w:t>
        <w:br/>
        <w:t>дівчинка-підліток, пшдівки,&lt;br /&gt;</w:t>
        <w:br/>
        <w:t>творить загадку про саму себе за ознакою:&lt;br /&gt;</w:t>
        <w:br/>
        <w:t>та, хто не має чорного знаку на білому,&lt;br /&gt;</w:t>
        <w:br/>
        <w:t>та. хто уся біла. —&lt;br /&gt;</w:t>
        <w:br/>
        <w:t>відгадкою такої загадки&lt;br /&gt;</w:t>
        <w:br/>
        <w:t>є дівчинка-підліток, пшдівки, яка не має місячки,&lt;br /&gt;</w:t>
        <w:br/>
        <w:t>а тому і не має знаків місячки&lt;br /&gt;</w:t>
        <w:br/>
        <w:t>на своїй білій сорочці.&lt;br /&gt;</w:t>
        <w:br/>
        <w:t>доросла ж дівчина, дівка, творить загадку&lt;br /&gt;</w:t>
        <w:br/>
        <w:t>про саму себе за ознакою:&lt;br /&gt;</w:t>
        <w:br/>
        <w:t>та, хто має чорний знак на білому,&lt;br /&gt;</w:t>
        <w:br/>
        <w:t>та, хто мас чорний — як дьоготь —&lt;br /&gt;</w:t>
        <w:br/>
        <w:t>знак на білій сорочці,&lt;br /&gt;</w:t>
        <w:br/>
        <w:t>та, хто має чорний — нечистий —&lt;br /&gt;</w:t>
        <w:br/>
        <w:t>знак на білій сорочці, —&lt;br /&gt;</w:t>
        <w:br/>
        <w:t>відгадкою такоі загадки є доросла дівчина, дівка,&lt;br /&gt;</w:t>
        <w:br/>
        <w:t>яка на відміну від дівчинки-підлітка, півдівки,&lt;br /&gt;</w:t>
        <w:br/>
        <w:t>уже має місячку;&lt;br /&gt;</w:t>
        <w:br/>
        <w:t>місячна дорослої дівчини, дівки.&lt;br /&gt;</w:t>
        <w:br/>
        <w:t>творить загадку про саму себе за ознакою:&lt;br /&gt;</w:t>
        <w:br/>
        <w:t>те, що є чорним,&lt;br /&gt;</w:t>
        <w:br/>
        <w:t>те, що є нечистим, —&lt;br /&gt;</w:t>
        <w:br/>
        <w:t>відгадкою такої загадки&lt;br /&gt;</w:t>
        <w:br/>
        <w:t>є чорний знак на білому,&lt;br /&gt;</w:t>
        <w:br/>
        <w:t>чорний — як дьоготь — знак на білій дівочій сорочці,&lt;br /&gt;</w:t>
        <w:br/>
        <w:t>чорний — нечистий — знак на білій дівочій сорочці;&lt;br /&gt;</w:t>
        <w:br/>
        <w:t>гадюки, жаби, вужі творять загадку&lt;br /&gt;</w:t>
        <w:br/>
        <w:t>про самих себе за ознакою:&lt;br /&gt;</w:t>
        <w:br/>
        <w:t>те, що є нечистим, —&lt;br /&gt;</w:t>
        <w:br/>
        <w:t>відгадкою такої загадки&lt;br /&gt;</w:t>
        <w:br/>
        <w:t>є огида, неприємні почуття, що їх викликають&lt;br /&gt;</w:t>
        <w:br/>
        <w:t>ці тварини у людини;&lt;br /&gt;</w:t>
        <w:br/>
        <w:t>гадюки, жаби, вужі творять загадку&lt;br /&gt;</w:t>
        <w:br/>
        <w:t>про місячку дорослої дівчини, дівки, за ознакою:&lt;br /&gt;</w:t>
        <w:br/>
        <w:t>те, що є нечистим, —&lt;br /&gt;</w:t>
        <w:br/>
        <w:t>відгадкою такоі загадки&lt;br /&gt;</w:t>
        <w:br/>
        <w:t>є чорний знак на білому,&lt;br /&gt;</w:t>
        <w:br/>
        <w:t>чорний — як дьоготь —&lt;br /&gt;</w:t>
        <w:br/>
        <w:t>знак на білій дівочій сорочці,&lt;br /&gt;</w:t>
        <w:br/>
        <w:t>чорний — нечистий —&lt;br /&gt;</w:t>
        <w:br/>
        <w:t>знак на білій дівочій сорочці,&lt;br /&gt;</w:t>
        <w:br/>
        <w:t>ти твориш, біла лелеко, загадку&lt;br /&gt;</w:t>
        <w:br/>
        <w:t>про дорослу дівчину, дівку,&lt;br /&gt;</w:t>
        <w:br/>
        <w:t>ти твориш, біла лелеко, загадку&lt;br /&gt;</w:t>
        <w:br/>
        <w:t>про дорослу дівчину, дівку,&lt;br /&gt;</w:t>
        <w:br/>
        <w:t>яка уже має місячку, за ознакою:&lt;br /&gt;</w:t>
        <w:br/>
        <w:t>та, хто має чорний знак — чорний гуз — на білому, —&lt;br /&gt;</w:t>
        <w:br/>
        <w:t>відгадкою такої загадки&lt;br /&gt;</w:t>
        <w:br/>
        <w:t>є доросла дівчина, дівка,&lt;br /&gt;</w:t>
        <w:br/>
        <w:t>та, хто уже має місячку,&lt;br /&gt;</w:t>
        <w:br/>
        <w:t>та, хто має чорний — як дьоготь —&lt;br /&gt;</w:t>
        <w:br/>
        <w:t>знак на білій дівочій сорочці;&lt;br /&gt;</w:t>
        <w:br/>
        <w:t>ти твориш, біла лелеко, загадку&lt;br /&gt;</w:t>
        <w:br/>
        <w:t>про дорослу дівчину, дівку,&lt;br /&gt;</w:t>
        <w:br/>
        <w:t>яка уже має місячку, іще й за ознакою:&lt;br /&gt;</w:t>
        <w:br/>
        <w:t>та, хто ловить усяку нечисть, нечистих тварин —&lt;br /&gt;</w:t>
        <w:br/>
        <w:t>гадюк, жаб, вужів, —&lt;br /&gt;</w:t>
        <w:br/>
        <w:t>відгадкою такої загадки&lt;br /&gt;</w:t>
        <w:br/>
        <w:t>є доросла дівчина, дівка,&lt;br /&gt;</w:t>
        <w:br/>
        <w:t>та, хто уже має місячку,&lt;br /&gt;</w:t>
        <w:br/>
        <w:t>та, хто має чорний — як дьоготь — знак&lt;br /&gt;</w:t>
        <w:br/>
        <w:t>на білій дівочій сорочці,&lt;br /&gt;</w:t>
        <w:br/>
        <w:t>та, хто має чорний — нечистий — знак&lt;br /&gt;</w:t>
        <w:br/>
        <w:t>на білій дівочій сорочці.&lt;br /&gt;</w:t>
        <w:br/>
        <w:t>Лелеко, біла лелеко,&lt;br /&gt;</w:t>
        <w:br/>
        <w:t>ти твориш загадку про саму себе за ознакою,&lt;br /&gt;</w:t>
        <w:br/>
        <w:t>та, хто має чорний знак на білому,&lt;br /&gt;</w:t>
        <w:br/>
        <w:t>та, хто ловить гадів і всяку іншу нечисть,&lt;br /&gt;</w:t>
        <w:br/>
        <w:t>та, хто їсть гадів і всяку іншу нечисть,</w:t>
      </w:r>
    </w:p>
    <w:p>
      <w:r>
        <w:br/>
        <w:t>ти твориш загадку про дорослу дівчину, дівку,&lt;br /&gt;</w:t>
        <w:br/>
        <w:t>за ознакою:&lt;br /&gt;</w:t>
        <w:br/>
        <w:t>та, хто має чорний знак на білому,&lt;br /&gt;</w:t>
        <w:br/>
        <w:t>та, хто ловить гадів і всяку іншу нечисть, —&lt;br /&gt;</w:t>
        <w:br/>
        <w:t>існує серед українців загадка-легенда про&lt;br /&gt;</w:t>
        <w:br/>
        <w:t>твоє походження біла лелеко:&lt;br /&gt;</w:t>
        <w:br/>
        <w:t>ніби — Пресвята — Богородиця — дала — одного — разу — свою — сорочку — служниці — щоб — та&lt;br /&gt;</w:t>
        <w:br/>
        <w:t>— пішла — на — море — й — випрала — її — а — до — того — суворо — заборонила — дивитися — на —&lt;br /&gt;</w:t>
        <w:br/>
        <w:t>сорочку — служниця — не — послухалася — а — коли — подивилася — то — побачила — безліч —&lt;br /&gt;</w:t>
        <w:br/>
        <w:t>різних — гадів — тоді — Пресвята — Богородиця — мовила — якщо — ти — така — то — будь —&lt;br /&gt;</w:t>
        <w:br/>
        <w:t>лелекою —і— їж — цих — гадів — звідтоді — й — досі — лелеки — ходять — і — збирають — всіляких&lt;br /&gt;</w:t>
        <w:br/>
        <w:t>— гадів, —&lt;br /&gt;</w:t>
        <w:br/>
        <w:t>відгадкою такоі загадки-небилиці є&lt;br /&gt;</w:t>
        <w:br/>
        <w:t>те, як дівчина із дівчинки-підлітка, пів дівки,&lt;br /&gt;</w:t>
        <w:br/>
        <w:t>стає дорослою дівчиною, дівкою,&lt;br /&gt;</w:t>
        <w:br/>
        <w:t>тим, хто уже має місячку,&lt;br /&gt;</w:t>
        <w:br/>
        <w:t>тим, хто має чорний — нечистий —&lt;br /&gt;</w:t>
        <w:br/>
        <w:t>знак на білій дівочій сорочці;&lt;br /&gt;</w:t>
        <w:br/>
        <w:t>існує серед українців іще одна загадка-легенда про&lt;br /&gt;</w:t>
        <w:br/>
        <w:t>твоє походження біла лелеко:&lt;br /&gt;</w:t>
        <w:br/>
        <w:t>ніби — коли — Бог — пересвідчився — що — гадюки — вужі — й — усі — отруйні — комахи —&lt;br /&gt;</w:t>
        <w:br/>
        <w:t>завдають — надто — багато — шкоди — людям — то — зібрав — їх — усіх — в — один — лантух — і —&lt;br /&gt;</w:t>
        <w:br/>
        <w:t>доручив — якомусь — чоловікові — кинути — в — море — візьми — ось — цей — мішок — каже — Бог&lt;br /&gt;</w:t>
        <w:br/>
        <w:t>— чоловікові — віднеси — Його — на — море — Й — кинь — у — воду — але — коли — нестимеш — не&lt;br /&gt;</w:t>
        <w:br/>
        <w:t>розв'язуй — і — не — заглядай — у — мішок — неси — собі — так — щоб — і — не — знав — зовсім — що —&lt;br /&gt;</w:t>
        <w:br/>
        <w:t>там — є — йде — собі — той — чоловік — з — мішком — до — моря — і — так — йому — кортить — його —&lt;br /&gt;</w:t>
        <w:br/>
        <w:t>розв'язати — як — же — це — отак — несу — на — собі — та — щоб — я — й — не — знав — навіть — що —&lt;br /&gt;</w:t>
        <w:br/>
        <w:t>несу — чого • справді — боятися — загляну — розв'язав — мішок — а — гади — так — і — поповзли —&lt;br /&gt;</w:t>
        <w:br/>
        <w:t>так — і — поповзли — з — нього — Бог — і — каже — тому — чоловікові — не — схотів — мене —&lt;br /&gt;</w:t>
        <w:br/>
        <w:t>послухатися — випустив — гадів — по — всіх — усюдах — іди — тепер — сам — їх — збирай — і — став&lt;br /&gt;</w:t>
        <w:br/>
        <w:t>— той — чоловік — з — того — часу — лелекою, —&lt;br /&gt;</w:t>
        <w:br/>
        <w:t>відгадкою і такої загадки-небилиці є&lt;br /&gt;</w:t>
        <w:br/>
        <w:t>те, як дівчина із дівчинки-підлітка, півдівки,&lt;br /&gt;</w:t>
        <w:br/>
        <w:t>стає дорослою дівчиною, дівкою,&lt;br /&gt;</w:t>
        <w:br/>
        <w:t>тим, хто уже має місячку,&lt;br /&gt;</w:t>
        <w:br/>
        <w:t>тим, хто має чорний — нечистий —&lt;br /&gt;</w:t>
        <w:br/>
        <w:t>знак на білій дівочій сорочці:&lt;br /&gt;</w:t>
        <w:br/>
        <w:t>як ти, біла лелеко, починаєш загадувати&lt;br /&gt;</w:t>
        <w:br/>
        <w:t>дівчину, яка із дівчинки-підлітка, півдівки,&lt;br /&gt;</w:t>
        <w:br/>
        <w:t>стає дорослою дівчиною, дівкою,&lt;br /&gt;</w:t>
        <w:br/>
        <w:t>так і доросла дівчина, дівка, може в цей час&lt;br /&gt;</w:t>
        <w:br/>
        <w:t>загадувати тебе, біла лелеко.</w:t>
      </w:r>
    </w:p>
    <w:p>
      <w:r>
        <w:br/>
        <w:t>Лелеко, біла лелеко,&lt;br /&gt;</w:t>
        <w:br/>
        <w:t>ти твориш загадку про початок дорослості дівчини,&lt;br /&gt;</w:t>
        <w:br/>
        <w:t>про початок, коли дівчинка-підліток, півдівка,&lt;br /&gt;</w:t>
        <w:br/>
        <w:t>стає дорослою дівчиною, дівкою,&lt;br /&gt;</w:t>
        <w:br/>
        <w:t>починає мати місячку:&lt;br /&gt;</w:t>
        <w:br/>
        <w:t>загадки із легенд про твоє, біла лелеко, походження,&lt;br /&gt;</w:t>
        <w:br/>
        <w:t>це загадки і про тебе, біла лелеко,&lt;br /&gt;</w:t>
        <w:br/>
        <w:t>це загадки і про дорослу дівчину, дівку,&lt;br /&gt;</w:t>
        <w:br/>
        <w:t>у якої почалася місячка, тому&lt;br /&gt;</w:t>
        <w:br/>
        <w:t>ці легенди про початок&lt;br /&gt;</w:t>
        <w:br/>
        <w:t>дорослості дівчини, дівки, тому&lt;br /&gt;</w:t>
        <w:br/>
        <w:t>ці легенди про початок загадування тобою, біла лелеко,&lt;br /&gt;</w:t>
        <w:br/>
        <w:t>дорослої дівчини, дівки, у якої почалася місячка, —&lt;br /&gt;</w:t>
        <w:br/>
        <w:t>"Пресвята Богородиця" — загадка про Бога за ознакою:&lt;br /&gt;</w:t>
        <w:br/>
        <w:t>та. хто має ім'я схоже до слова Бог,&lt;br /&gt;</w:t>
        <w:br/>
        <w:t>"Пресвята Богородиця дає служниці свою сорочку* —&lt;br /&gt;</w:t>
        <w:br/>
        <w:t>загадка-небилиця, складена зі стійкого звороту&lt;br /&gt;</w:t>
        <w:br/>
        <w:t>"так Бог дав", що є загадкою того у житті людини,&lt;br /&gt;</w:t>
        <w:br/>
        <w:t>що стається ніби само собою, без участі в тому людини,</w:t>
      </w:r>
    </w:p>
    <w:p>
      <w:r>
        <w:br/>
        <w:t>1 служниця" — загадка дівчини за ознакою:&lt;br /&gt;</w:t>
        <w:br/>
        <w:t>та, у кого є сорочка,&lt;br /&gt;</w:t>
        <w:br/>
        <w:t>"якийсь чоловік" — загадка дівчини за ознакою:&lt;br /&gt;</w:t>
        <w:br/>
        <w:t>той, у кого є мішок&lt;br /&gt;</w:t>
        <w:br/>
        <w:t>("чоловік" — те саме, шо й людина),&lt;br /&gt;</w:t>
        <w:br/>
        <w:t>" сорочка" — сорочка дорослої дівчини, дівки,&lt;br /&gt;</w:t>
        <w:br/>
        <w:t>"мішок" — загадка сорочки дорослої&lt;br /&gt;</w:t>
        <w:br/>
        <w:t>дівчини, дівки, за ознакою:&lt;br /&gt;</w:t>
        <w:br/>
        <w:t>те, шо виготовлене з білого полотна,&lt;br /&gt;</w:t>
        <w:br/>
        <w:t>"прати сорочку" — загадка дії, яку застосовують до сорочки,&lt;br /&gt;</w:t>
        <w:br/>
        <w:t>щоб звільнити її від нечистоти,&lt;br /&gt;</w:t>
        <w:br/>
        <w:t>"кидати у воду мішок" — загадка "прати сорочку"&lt;br /&gt;</w:t>
        <w:br/>
        <w:t>за ознакою:&lt;br /&gt;</w:t>
        <w:br/>
        <w:t>вчиняти дію, пов'язану з водою,&lt;br /&gt;</w:t>
        <w:br/>
        <w:t>щодо речей, виготовлених із полотна:&lt;br /&gt;</w:t>
        <w:br/>
        <w:t>як сорочка переться у воді на морі,&lt;br /&gt;</w:t>
        <w:br/>
        <w:t>так і мішок укидається у море, у воду,&lt;br /&gt;</w:t>
        <w:br/>
        <w:t>"гади" — загадка того, що є нечистим за ознакою:&lt;br /&gt;</w:t>
        <w:br/>
        <w:t>те, що викликає огиду, неприємні почуття у людини,&lt;br /&gt;</w:t>
        <w:br/>
        <w:t>"гади" —загадка місячки дорослої дівчини, дівки,&lt;br /&gt;</w:t>
        <w:br/>
        <w:t>за ознакою:&lt;br /&gt;</w:t>
        <w:br/>
        <w:t>те, що є нечистим,&lt;br /&gt;</w:t>
        <w:br/>
        <w:t>"гади на сорочці" —загадка знаку дорослості&lt;br /&gt;</w:t>
        <w:br/>
        <w:t>дівчини, дівки — місячки —&lt;br /&gt;</w:t>
        <w:br/>
        <w:t>на білій дівочій сорочці за ознакою:&lt;br /&gt;</w:t>
        <w:br/>
        <w:t>те, що є нечистим і знаходиться на білій сорочці,&lt;br /&gt;</w:t>
        <w:br/>
        <w:t>"гади в мішку" —загадка "гадів на сорочці" за ознакою&lt;br /&gt;</w:t>
        <w:br/>
        <w:t>те, що виготовлене з полотна і містить у собі&lt;br /&gt;</w:t>
        <w:br/>
        <w:t>те, що є нечистим,&lt;br /&gt;</w:t>
        <w:br/>
        <w:t>те, що виготовлене з полотна і містить на собі&lt;br /&gt;</w:t>
        <w:br/>
        <w:t>те, що є нечистим,&lt;br /&gt;</w:t>
        <w:br/>
        <w:t>"служниця бачить гадів" — загадка початку місячок&lt;br /&gt;</w:t>
        <w:br/>
        <w:t>у дорослої дівчини, дівки&lt;br /&gt;</w:t>
        <w:br/>
        <w:t>('побачити" — глянувши нашо-небудь,&lt;br /&gt;</w:t>
        <w:br/>
        <w:t>відкрити для себе щось),&lt;br /&gt;</w:t>
        <w:br/>
        <w:t>"чоловік випускає гадів із мішка*, тобто&lt;br /&gt;</w:t>
        <w:br/>
        <w:t>"чоловік робить явним те, шо було прихованим", —&lt;br /&gt;</w:t>
        <w:br/>
        <w:t>загадка початку місячок у дорослої дівчини, дівки&lt;br /&gt;</w:t>
        <w:br/>
        <w:t>("чоловік" —те саме, що й людина, а "людина"&lt;br /&gt;</w:t>
        <w:br/>
        <w:t>стосується як чоловіка, так і жінки, —&lt;br /&gt;</w:t>
        <w:br/>
        <w:t>загадка лелеки за ознакою:&lt;br /&gt;</w:t>
        <w:br/>
        <w:t>те, що може бути лелекою і&lt;br /&gt;</w:t>
        <w:br/>
        <w:t>те, що може бути лелечичем),&lt;br /&gt;</w:t>
        <w:br/>
        <w:t>ти, біла лелеко, звідтоді збираєш гадів —&lt;br /&gt;</w:t>
        <w:br/>
        <w:t>загадка початку твого загадування&lt;br /&gt;</w:t>
        <w:br/>
        <w:t>дорослої дівчини, дівки, за цією ознакою:&lt;br /&gt;</w:t>
        <w:br/>
        <w:t>як ти, біла лелеко, стала збирати гадів з якогось часу,&lt;br /&gt;</w:t>
        <w:br/>
        <w:t>так і доросла дівчина, дівка, з якогось часу&lt;br /&gt;</w:t>
        <w:br/>
        <w:t>стає із дівчинки-підлітка, півдівки, дорослою —&lt;br /&gt;</w:t>
        <w:br/>
        <w:t>починає мати місячку, яка загадується гадами.</w:t>
      </w:r>
    </w:p>
    <w:p>
      <w:r>
        <w:br/>
        <w:t>Лелеко, біла лелеко,&lt;br /&gt;</w:t>
        <w:br/>
        <w:t>ти твориш загадку про саму себе за ознакою&lt;br /&gt;</w:t>
        <w:br/>
        <w:t>та, хто є білим птахом із чорним знаком на білому,&lt;br /&gt;</w:t>
        <w:br/>
        <w:t>та, кого отакою бачить доросла дівчина, дівка, коли&lt;br /&gt;</w:t>
        <w:br/>
        <w:t>ти повертаєшся з далекого краю-вираю, вперше,&lt;br /&gt;</w:t>
        <w:br/>
        <w:t>ти твориш загадку дорослої дівчини, дівки,&lt;br /&gt;</w:t>
        <w:br/>
        <w:t>за цією ознакою —&lt;br /&gt;</w:t>
        <w:br/>
        <w:t>відгадкою такої загадки є&lt;br /&gt;</w:t>
        <w:br/>
        <w:t>доросла уже дівчина, дівка,&lt;br /&gt;</w:t>
        <w:br/>
        <w:t>із знаком її дорослості — місячки —&lt;br /&gt;</w:t>
        <w:br/>
        <w:t>на білій дівочій сорочці.&lt;br /&gt;</w:t>
        <w:br/>
        <w:t>доросла уже дівчина, дівка,&lt;br /&gt;</w:t>
        <w:br/>
        <w:t>яка бачить знак своєї дорослості — місячки —&lt;br /&gt;</w:t>
        <w:br/>
        <w:t>на білій дівочій сорочці, вперше;&lt;br /&gt;</w:t>
        <w:br/>
        <w:t>тебе, біла лелеко, з нетерпінням виглядає&lt;br /&gt;</w:t>
        <w:br/>
        <w:t>з далекого краю-вираю&lt;br /&gt;</w:t>
        <w:br/>
        <w:t>дівчина, яка збирається цього року заміж, —&lt;br /&gt;</w:t>
        <w:br/>
        <w:t>уже напряла на рушники,&lt;br /&gt;</w:t>
        <w:br/>
        <w:t>уже напряла на хусточку,&lt;br /&gt;</w:t>
        <w:br/>
        <w:t>щоб угадати за твоєю, біла лелеко, поведінкою,&lt;br /&gt;</w:t>
        <w:br/>
        <w:t>чи вийде вона цього року заміж, чи ні:&lt;br /&gt;</w:t>
        <w:br/>
        <w:t>тебе, біла лелеко, бачить дівчина вперше, як&lt;br /&gt;</w:t>
        <w:br/>
        <w:t>ти сидиш у своєму гнізді на стрісі хати, —&lt;br /&gt;</w:t>
        <w:br/>
        <w:t>як ти, біла лелеко, сидиш у своєму гнізді,&lt;br /&gt;</w:t>
        <w:br/>
        <w:t>так і дівчина іше сидітиме в дівках цього року;&lt;br /&gt;</w:t>
        <w:br/>
        <w:t>тебе, біла лелеко, бачить дівчина вперше, як&lt;br /&gt;</w:t>
        <w:br/>
        <w:t>ти стоїш у своєму гнізді на стрісі хати, —&lt;br /&gt;</w:t>
        <w:br/>
        <w:t>як ти, біла лелеко, стоїш у своєму гнізді,&lt;br /&gt;</w:t>
        <w:br/>
        <w:t>так і в дівчини справа її заміжжя&lt;br /&gt;</w:t>
        <w:br/>
        <w:t>стоятиме на місці цього року,&lt;br /&gt;</w:t>
        <w:br/>
        <w:t>не просуватиметься до весілля;&lt;br /&gt;</w:t>
        <w:br/>
        <w:t>тебе, біла лелеко, бачить дівчина вперше, як&lt;br /&gt;</w:t>
        <w:br/>
        <w:t>ти ходиш по подвір'ю,&lt;br /&gt;</w:t>
        <w:br/>
        <w:t>злетівши з гнізда на стрісі хати, —&lt;br /&gt;</w:t>
        <w:br/>
        <w:t>як ти, біла лелеко, ходиш по подвір'ю,&lt;br /&gt;</w:t>
        <w:br/>
        <w:t>так і парубок тільки ходитиме до дівчини,&lt;br /&gt;</w:t>
        <w:br/>
        <w:t>нічого їй не казатиме про сватання цього року,&lt;br /&gt;</w:t>
        <w:br/>
        <w:t>правди їй не казатиме;&lt;br /&gt;</w:t>
        <w:br/>
        <w:t>тебе, біла лелеко, бачить дівчина вперше, як&lt;br /&gt;</w:t>
        <w:br/>
        <w:t>ти летиш із далекого краю-вираю до свого гнізда, —&lt;br /&gt;</w:t>
        <w:br/>
        <w:t>як ти, біла лелеко, летиш&lt;br /&gt;</w:t>
        <w:br/>
        <w:t>із далекого краю-вираю до свого гнізда,&lt;br /&gt;</w:t>
        <w:br/>
        <w:t>так і дівчина скоро вийде заміж — полетить! —&lt;br /&gt;</w:t>
        <w:br/>
        <w:t>іще цього року восени у неі буде весілля —&lt;br /&gt;</w:t>
        <w:br/>
        <w:t>так примічаючи, як вона бачить тебе,&lt;br /&gt;</w:t>
        <w:br/>
        <w:t>біла лелеко, вперше,&lt;br /&gt;</w:t>
        <w:br/>
        <w:t>чи ти сидиш, чи ти стоїш, чи ти ходиш, чи ти летиш,&lt;br /&gt;</w:t>
        <w:br/>
        <w:t>дівчина угадує за твоєю, біла лелеко, поведінкою,&lt;br /&gt;</w:t>
        <w:br/>
        <w:t>чи вийде вона цього року заміж, чи ні, —&lt;br /&gt;</w:t>
        <w:br/>
        <w:t>ти, біла лелеко, — дівчачий Бог;&lt;br /&gt;</w:t>
        <w:br/>
        <w:t>ти, біла лелеко, загадка Бога за ознакою:&lt;br /&gt;</w:t>
        <w:br/>
        <w:t>той, хто щось змінює у житті людини,&lt;br /&gt;</w:t>
        <w:br/>
        <w:t>той, хто щось змінює у самій людині,&lt;br /&gt;</w:t>
        <w:br/>
        <w:t>і що стається поза волею людини,&lt;br /&gt;</w:t>
        <w:br/>
        <w:t>що стається ніби само собою, без участі в тому людини, —&lt;br /&gt;</w:t>
        <w:br/>
        <w:t>"так Бог дав" —&lt;br /&gt;</w:t>
        <w:br/>
        <w:t>ти, біла лелеко, загадка дівчачого Бога за ознакою:&lt;br /&gt;</w:t>
        <w:br/>
        <w:t>той, хто щось змінює в житті дівчини,&lt;br /&gt;</w:t>
        <w:br/>
        <w:t>той, хто щось змінює у самій дівчині,&lt;br /&gt;</w:t>
        <w:br/>
        <w:t>і що стається поза волею дівчини,&lt;br /&gt;</w:t>
        <w:br/>
        <w:t>що стається ніби само собою, без участі в тому дівчини, —&lt;br /&gt;</w:t>
        <w:br/>
        <w:t>"так Бог дав" —&lt;br /&gt;</w:t>
        <w:br/>
        <w:t>як Бог дав дівчині&lt;br /&gt;</w:t>
        <w:br/>
        <w:t>із дівчинки-підлітка стати дорослою, дівкою,&lt;br /&gt;</w:t>
        <w:br/>
        <w:t>як Бог дав, щоб дівчина стала мати&lt;br /&gt;</w:t>
        <w:br/>
        <w:t>знак своєї дорослості — місячку,&lt;br /&gt;</w:t>
        <w:br/>
        <w:t>як Бог дав, щоб ти, біла лелеко, загадувала —&lt;br /&gt;</w:t>
        <w:br/>
        <w:t>за ознакою:&lt;br /&gt;</w:t>
        <w:br/>
        <w:t>той, хто має чорний знак на білому, —&lt;br /&gt;</w:t>
        <w:br/>
        <w:t>дорослу дівчину, дівку,&lt;br /&gt;</w:t>
        <w:br/>
        <w:t>яка має знак своєї дорослості — місячку,&lt;br /&gt;</w:t>
        <w:br/>
        <w:t>щоб так тобі, біла лелеко. Бог дав,&lt;br /&gt;</w:t>
        <w:br/>
        <w:t>щоб ти своєю поведінкою розказала дівчині.</w:t>
      </w:r>
    </w:p>
    <w:p>
      <w:r>
        <w:br/>
        <w:t>яка бачить тебе цієї весни вперше,&lt;br /&gt;</w:t>
        <w:br/>
        <w:t>чи вийде вона цього року заміж, чи ні, —&lt;br /&gt;</w:t>
        <w:br/>
        <w:t>ти, біла лелеко, — дівчачий Бог;&lt;br /&gt;</w:t>
        <w:br/>
        <w:t>тебе, біла лелеко, малюють на великодній писанці,&lt;br /&gt;</w:t>
        <w:br/>
        <w:t>яку парубок дарує дівчині з побажанням,&lt;br /&gt;</w:t>
        <w:br/>
        <w:t>щоб вона вийшла цього року заміж,&lt;br /&gt;</w:t>
        <w:br/>
        <w:t>ти, біла лелеко, — дівчачий Бог;&lt;br /&gt;</w:t>
        <w:br/>
        <w:t>ти, біла лелеко, — "так тобі Бог дав' —&lt;br /&gt;</w:t>
        <w:br/>
        <w:t>своєю поведінкою розказуєш дівчині,&lt;br /&gt;</w:t>
        <w:br/>
        <w:t>яка бачить тебе цієі весни вперше,&lt;br /&gt;</w:t>
        <w:br/>
        <w:t>чи вийде вона цього року заміж, чи ні,&lt;br /&gt;</w:t>
        <w:br/>
        <w:t>ти, біла лелеко, або веселиш її,&lt;br /&gt;</w:t>
        <w:br/>
        <w:t>коли вона бачить тебе, як ти летиш,&lt;br /&gt;</w:t>
        <w:br/>
        <w:t>або засмучуєш, коли вона бачить тебе,&lt;br /&gt;</w:t>
        <w:br/>
        <w:t>як ти або стоїш, або ходиш,&lt;br /&gt;</w:t>
        <w:br/>
        <w:t>або, не дай Бог, сидиш:&lt;br /&gt;</w:t>
        <w:br/>
        <w:t>як дівчина веселиться,&lt;br /&gt;</w:t>
        <w:br/>
        <w:t>коли бачить, як ти, біла лелеко, летиш,&lt;br /&gt;</w:t>
        <w:br/>
        <w:t>так дівчина хоче веселитися —&lt;br /&gt;</w:t>
        <w:br/>
        <w:t>бачити, як ти, біла лелеко, летиш,&lt;br /&gt;</w:t>
        <w:br/>
        <w:t>тому називає тебе, біла лелеко, веселиком,&lt;br /&gt;</w:t>
        <w:br/>
        <w:t>тебе, біла лелеко, дівчина, яка хоче бачити,&lt;br /&gt;</w:t>
        <w:br/>
        <w:t>як ти летиш, називає веселиком,&lt;br /&gt;</w:t>
        <w:br/>
        <w:t>тебе, біла лелеко, дівчина, яка бачить,&lt;br /&gt;</w:t>
        <w:br/>
        <w:t>як ти летиш, веселиться;&lt;br /&gt;</w:t>
        <w:br/>
        <w:t>веселик — загадка весілля за ознакою:&lt;br /&gt;</w:t>
        <w:br/>
        <w:t>те, що має схоже ім'я, —&lt;br /&gt;</w:t>
        <w:br/>
        <w:t>відгадкою такої загадки&lt;br /&gt;</w:t>
        <w:br/>
        <w:t>є майбутнє — вже восени цього року — весілля&lt;br /&gt;</w:t>
        <w:br/>
        <w:t>дорослої дівчини, дівки.</w:t>
      </w:r>
    </w:p>
    <w:p>
      <w:r>
        <w:br/>
        <w:t>Лелеко, біла лелеко,&lt;br /&gt;</w:t>
        <w:br/>
        <w:t>ми для тебе на Благовіщення 7 квітня,&lt;br /&gt;</w:t>
        <w:br/>
        <w:t>випікаємо тістечка:&lt;br /&gt;</w:t>
        <w:br/>
        <w:t>голвоту — тістечко із зображенням тебе,&lt;br /&gt;</w:t>
        <w:br/>
        <w:t>тістечко із зображенням твоєї ноги,&lt;br /&gt;</w:t>
        <w:br/>
        <w:t>борону — тістечко у вигляді борони,&lt;br /&gt;</w:t>
        <w:br/>
        <w:t>серп — тістечко у вигляді серпа —&lt;br /&gt;</w:t>
        <w:br/>
        <w:t>діти показують ці свячені хлібці і примовляють:&lt;br /&gt;</w:t>
        <w:br/>
        <w:t>"Лелеко, біла лелеко,&lt;br /&gt;</w:t>
        <w:br/>
        <w:t>на тобі голвоту — дай мені жита копу,&lt;br /&gt;</w:t>
        <w:br/>
        <w:t>на тобі борону — дай мені жита сторону,&lt;br /&gt;</w:t>
        <w:br/>
        <w:t>на тобі серпа — дай мені жита снопа!' —&lt;br /&gt;</w:t>
        <w:br/>
        <w:t>діти є загадкою початку за ознакою:&lt;br /&gt;</w:t>
        <w:br/>
        <w:t>ті, хто тільки починає жити,&lt;br /&gt;</w:t>
        <w:br/>
        <w:t>день Благовіщення є загадкою початку за ознакою:&lt;br /&gt;</w:t>
        <w:br/>
        <w:t>день, коли було оповіщено про непорочне зачаття,&lt;br /&gt;</w:t>
        <w:br/>
        <w:t>ти, біла лелеко, є загадкою початку за ознакою:&lt;br /&gt;</w:t>
        <w:br/>
        <w:t>та, хто має чорний знак на білому,&lt;br /&gt;</w:t>
        <w:br/>
        <w:t>та, хто за цією ознакою може загадувати&lt;br /&gt;</w:t>
        <w:br/>
        <w:t>дорослу дівчину, дівку, яка має знак дорослості —&lt;br /&gt;</w:t>
        <w:br/>
        <w:t>місячну — на білій дівочій сорочці,&lt;br /&gt;</w:t>
        <w:br/>
        <w:t>тобто розпочинає життя дорослої,&lt;br /&gt;</w:t>
        <w:br/>
        <w:t>та, хто має чорний знак на білому,&lt;br /&gt;</w:t>
        <w:br/>
        <w:t>та, кого отакою бачить дівчина навесні&lt;br /&gt;</w:t>
        <w:br/>
        <w:t>після твого прильоту із далекого краю-вираю,&lt;br /&gt;</w:t>
        <w:br/>
        <w:t>як діти є початком,&lt;br /&gt;</w:t>
        <w:br/>
        <w:t>як день Благовіщення є початком,&lt;br /&gt;</w:t>
        <w:br/>
        <w:t>як доросла дівчина, дівка, є початком,&lt;br /&gt;</w:t>
        <w:br/>
        <w:t>як ти, біла лелеко, якій діти показують тістечка,&lt;br /&gt;</w:t>
        <w:br/>
        <w:t>є початком,&lt;br /&gt;</w:t>
        <w:br/>
        <w:t>так ти, біла лелеко, що знаходишся всередині голвоти&lt;br /&gt;</w:t>
        <w:br/>
        <w:t>загадки тебе самої, біла лелеко, з тіста, —&lt;br /&gt;</w:t>
        <w:br/>
        <w:t>яку тримають у руках діти&lt;br /&gt;</w:t>
        <w:br/>
        <w:t>у святковий день Благовіщення,&lt;br /&gt;</w:t>
        <w:br/>
        <w:t>є п'ять разів початком;&lt;br /&gt;</w:t>
        <w:br/>
        <w:t>початок у початку — діти на Благовіщення,&lt;br /&gt;</w:t>
        <w:br/>
        <w:t>початок у початку — дівчина загадується тобою,&lt;br /&gt;</w:t>
        <w:br/>
        <w:t>біла лелеко,&lt;br /&gt;</w:t>
        <w:br/>
        <w:t>початок — голвота;&lt;br /&gt;</w:t>
        <w:br/>
        <w:t>як початок дітей розвивається у життя,&lt;br /&gt;</w:t>
        <w:br/>
        <w:t>як чудесне зачаття завершується народженням Христа,&lt;br /&gt;</w:t>
        <w:br/>
        <w:t>як доросла дівчина у свій час обов'язково вийде заміж,&lt;br /&gt;</w:t>
        <w:br/>
        <w:t>як ти, біла лелеко, яка розпочинаєш жити у нас —&lt;br /&gt;</w:t>
        <w:br/>
        <w:t>у нашому селі, на нашому подвір'ї, —&lt;br /&gt;</w:t>
        <w:br/>
        <w:t>безпечно проживеш до самої осені,&lt;br /&gt;</w:t>
        <w:br/>
        <w:t>виведеш лелеченят, вигодуєш їх,&lt;br /&gt;</w:t>
        <w:br/>
        <w:t>як тістечко із зображенням тебе, біла лелеко,&lt;br /&gt;</w:t>
        <w:br/>
        <w:t>буде з'їденим залюбки дитиною вже сьогодні, —&lt;br /&gt;</w:t>
        <w:br/>
        <w:t>щоб так і наша засіяна житом нива розвивалася:&lt;br /&gt;</w:t>
        <w:br/>
        <w:t>від початку, від сівби, коли ти, біла лелеко,&lt;br /&gt;</w:t>
        <w:br/>
        <w:t>походила по ниві, —&lt;br /&gt;</w:t>
        <w:br/>
        <w:t>ось на тобі тістечко із зображенням тебе самої,&lt;br /&gt;</w:t>
        <w:br/>
        <w:t>ось на тобі тістечко із зображенням твоєї ноги;&lt;br /&gt;</w:t>
        <w:br/>
        <w:t>щоб так і наша засіяна житом пива розвивалася:&lt;br /&gt;</w:t>
        <w:br/>
        <w:t>посередині, коли засіяну ниву бороною боронували, —&lt;br /&gt;</w:t>
        <w:br/>
        <w:t>ось на тобі тістечко у вигляді борони;&lt;br /&gt;</w:t>
        <w:br/>
        <w:t>щоб так і наша засіяна житом нива розвивалася:&lt;br /&gt;</w:t>
        <w:br/>
        <w:t>аж до кінця, до самих жнив, —&lt;br /&gt;</w:t>
        <w:br/>
        <w:t>ось на тобі тістечко у вигляді серпа;&lt;br /&gt;</w:t>
        <w:br/>
        <w:t>щоб так і наша засіяна житом нива&lt;br /&gt;</w:t>
        <w:br/>
        <w:t>дала щедрий урожай.&lt;br /&gt;</w:t>
        <w:br/>
        <w:t>Лелеко, біла лелеко,&lt;br /&gt;</w:t>
        <w:br/>
        <w:t>ти твориш загадку початку за ознакою:&lt;br /&gt;</w:t>
        <w:br/>
        <w:t>та, хто має чорний знак на білому,&lt;br /&gt;</w:t>
        <w:br/>
        <w:t>та, хто за цією ознакою загадує&lt;br /&gt;</w:t>
        <w:br/>
        <w:t>дорослу дівчину, дівку, яка має знак дорослості —&lt;br /&gt;</w:t>
        <w:br/>
        <w:t>місячку — на білій дівочій сорочці,&lt;br /&gt;</w:t>
        <w:br/>
        <w:t>тобто розпочинає життя дорослої,&lt;br /&gt;</w:t>
        <w:br/>
        <w:t>та, кого отакою бачить хтось навесні&lt;br /&gt;</w:t>
        <w:br/>
        <w:t>після твого прильоту із далекого краю-вираю, —&lt;br /&gt;</w:t>
        <w:br/>
        <w:t>якщо комусь із господарів доведеться вперше&lt;br /&gt;</w:t>
        <w:br/>
        <w:t>побачити тебе, як&lt;br /&gt;</w:t>
        <w:br/>
        <w:t>ти тільки-но прилетіла,&lt;br /&gt;</w:t>
        <w:br/>
        <w:t>то з того дня він розпочинає сіяти яровину,&lt;br /&gt;</w:t>
        <w:br/>
        <w:t>то з того дня він розпочинає садити городину —&lt;br /&gt;</w:t>
        <w:br/>
        <w:t>з'явилися на землі лелечині лапи,&lt;br /&gt;</w:t>
        <w:br/>
        <w:t>не забирай з грядки сапи —&lt;br /&gt;</w:t>
        <w:br/>
        <w:t>як доросла дівчина, яку ти загадуєш, біла лелеко,&lt;br /&gt;</w:t>
        <w:br/>
        <w:t>у свій час обов'язково вийде заміж,&lt;br /&gt;</w:t>
        <w:br/>
        <w:t>щоб так і моє посіяне та посаджене&lt;br /&gt;</w:t>
        <w:br/>
        <w:t>завершилося добрим урожаєм;&lt;br /&gt;</w:t>
        <w:br/>
        <w:t>якщо комусь із господарів доведеться вперше&lt;br /&gt;</w:t>
        <w:br/>
        <w:t>побачити тебе, як&lt;br /&gt;</w:t>
        <w:br/>
        <w:t>ти тільки-но прилетіла,&lt;br /&gt;</w:t>
        <w:br/>
        <w:t>той простяга тобі у руці окраєць житнього хліба:&lt;br /&gt;</w:t>
        <w:br/>
        <w:t>"Лелеко, біла лелеко,&lt;br /&gt;</w:t>
        <w:br/>
        <w:t>на тобі голвоту, дай мені жита копу!" —&lt;br /&gt;</w:t>
        <w:br/>
        <w:t>як доросла дівчина, яку ти загадуєш, біла лелеко,&lt;br /&gt;</w:t>
        <w:br/>
        <w:t>у свій час обов'язково вийде заміж,&lt;br /&gt;</w:t>
        <w:br/>
        <w:t>щоб так і моя засіяна цієї весни нива&lt;br /&gt;</w:t>
        <w:br/>
        <w:t>завершилася добрим урожаєм;&lt;br /&gt;</w:t>
        <w:br/>
        <w:t>якщо комусь пощастить першим від усіх&lt;br /&gt;</w:t>
        <w:br/>
        <w:t>побачити тебе, як&lt;br /&gt;</w:t>
        <w:br/>
        <w:t>ти тільки-но прилетіла, вперше,&lt;br /&gt;</w:t>
        <w:br/>
        <w:t>і хто тричі присяде, прикриваючи полою ноги,&lt;br /&gt;</w:t>
        <w:br/>
        <w:t>той протягом наступного року не хворітиме, —&lt;br /&gt;</w:t>
        <w:br/>
        <w:t>як доросла дівчина, яку ти загадуєш, біла лелеко,&lt;br /&gt;</w:t>
        <w:br/>
        <w:t>у свій час обов'язково вийде заміж,&lt;br /&gt;</w:t>
        <w:br/>
        <w:t>щоб так і рік, який я проживу, від весни,&lt;br /&gt;</w:t>
        <w:br/>
        <w:t>коли я побачив тебе, біла лелеко, першим за всіх,&lt;br /&gt;</w:t>
        <w:br/>
        <w:t>коли я побачив тебе, біла лелеко, вперше,&lt;br /&gt;</w:t>
        <w:br/>
        <w:t>щоб так і рік, який я проживу від весни до весни,&lt;br /&gt;</w:t>
        <w:br/>
        <w:t>завершився для мене не хворого, а здорового.&lt;br /&gt;</w:t>
        <w:br/>
        <w:t>Лелеко, біла лелеко,&lt;br /&gt;</w:t>
        <w:br/>
        <w:t>ти твориш загадку про саму себе за ознакою:&lt;br /&gt;</w:t>
        <w:br/>
        <w:t>та, хто має чорний знак на білому,&lt;br /&gt;</w:t>
        <w:br/>
        <w:t>ти твориш загадку про дорослу дівчину, дівку,&lt;br /&gt;</w:t>
        <w:br/>
        <w:t>за ознакою:&lt;br /&gt;</w:t>
        <w:br/>
        <w:t>та, хто має чорний знак на білому,&lt;br /&gt;</w:t>
        <w:br/>
        <w:t>тобто знак її дорослості — місячку —&lt;br /&gt;</w:t>
        <w:br/>
        <w:t>на білій дівочій сорочці,&lt;br /&gt;</w:t>
        <w:br/>
        <w:t>ти твориш загадку про молодицю за ознакою:&lt;br /&gt;</w:t>
        <w:br/>
        <w:t>та, хто має чорний знак на білому,&lt;br /&gt;</w:t>
        <w:br/>
        <w:t>тобто знак молодиці — місячку —&lt;br /&gt;</w:t>
        <w:br/>
        <w:t>на білій молодиччиній сорочці,&lt;br /&gt;</w:t>
        <w:br/>
        <w:t>ти твориш загадку про саму себе за ознакою:&lt;br /&gt;</w:t>
        <w:br/>
        <w:t>та, хто літає далеко,&lt;br /&gt;</w:t>
        <w:br/>
        <w:t>та, хто літає далеко по жабенят для лелеченят:&lt;br /&gt;</w:t>
        <w:br/>
        <w:t>на річку, на озеро, до ставка, на луки, на болото —&lt;br /&gt;</w:t>
        <w:br/>
        <w:t>ти, біла лелеко, твориш загадку&lt;br /&gt;</w:t>
        <w:br/>
        <w:t>про молодицю за цією ознакою,&lt;br /&gt;</w:t>
        <w:br/>
        <w:t>як ти, біла лелеко, літаєш далеко:&lt;br /&gt;</w:t>
        <w:br/>
        <w:t>на річку, на озеро, до ставка, на луки, на болото —&lt;br /&gt;</w:t>
        <w:br/>
        <w:t>і приносиш до свого гнізда жабенятко,&lt;br /&gt;</w:t>
        <w:br/>
        <w:t>яке квакає, а не розмовляє,&lt;br /&gt;</w:t>
        <w:br/>
        <w:t>і приносиш до свого гнізда жабенятко&lt;br /&gt;</w:t>
        <w:br/>
        <w:t>на втіху своїм лелеченяткам,&lt;br /&gt;</w:t>
        <w:br/>
        <w:t>так і молодиця, яка має те, що загадується водою:&lt;br /&gt;</w:t>
        <w:br/>
        <w:t>річкою, озером, ставком, лукою, болотом —&lt;br /&gt;</w:t>
        <w:br/>
        <w:t>народжує у своїй хаті немовлятко,&lt;br /&gt;</w:t>
        <w:br/>
        <w:t>яке тільки квакає, бо іще не розмовляє,&lt;br /&gt;</w:t>
        <w:br/>
        <w:t>народжує у своїй хаті немовлятко&lt;br /&gt;</w:t>
        <w:br/>
        <w:t>на втіху братикам і сестричкам;&lt;br /&gt;</w:t>
        <w:br/>
        <w:t>те, що для нас, дорослих, загадка,&lt;br /&gt;</w:t>
        <w:br/>
        <w:t>те для малих дітей правда:&lt;br /&gt;</w:t>
        <w:br/>
        <w:t>батьки, які чекали народження дитини,&lt;br /&gt;</w:t>
        <w:br/>
        <w:t>казали просити тебе, біла лелеко,&lt;br /&gt;</w:t>
        <w:br/>
        <w:t>щоб ти принесла їм дитину, сестричку:&lt;br /&gt;</w:t>
        <w:br/>
        <w:t>"Лелеко, біла лелеко-бузьку.&lt;br /&gt;</w:t>
        <w:br/>
        <w:t>принеси нам Маруську,&lt;br /&gt;</w:t>
        <w:br/>
        <w:t>та гарненьку, та пухкеньку,&lt;br /&gt;</w:t>
        <w:br/>
        <w:t>не крикливу — спокійненьку!",&lt;br /&gt;</w:t>
        <w:br/>
        <w:t>коли ж народиться дитина,&lt;br /&gt;</w:t>
        <w:br/>
        <w:t>то старші братики й сестрички&lt;br /&gt;</w:t>
        <w:br/>
        <w:t>розпитують у батьків, де вони взяли дитину,&lt;br /&gt;</w:t>
        <w:br/>
        <w:t>а ті їм відповідають, що це&lt;br /&gt;</w:t>
        <w:br/>
        <w:t>ти, біла лелеко, принесла,&lt;br /&gt;</w:t>
        <w:br/>
        <w:t>про шо вони й просили тебе,&lt;br /&gt;</w:t>
        <w:br/>
        <w:t>от, може, тільки братиком не вгодила,&lt;br /&gt;</w:t>
        <w:br/>
        <w:t>бо ж вони просили сестричку;&lt;br /&gt;</w:t>
        <w:br/>
        <w:t>ти, біла лелеко, приносиш немовлят&lt;br /&gt;</w:t>
        <w:br/>
        <w:t>від річки, від озера, від ставка, із луки, із болота,&lt;br /&gt;</w:t>
        <w:br/>
        <w:t>діти ж, які вмирають нехрещеними, повертаються назад:&lt;br /&gt;</w:t>
        <w:br/>
        <w:t>на річку, на озеро, до ставка, на луки, на болото —&lt;br /&gt;</w:t>
        <w:br/>
        <w:t>там їх, нехрещених дітей, потерчат,&lt;br /&gt;</w:t>
        <w:br/>
        <w:t>можна інколи побачити у постаті тебе, біла лелеко, —&lt;br /&gt;</w:t>
        <w:br/>
        <w:t>раз ти, біла лелеко, буваєш&lt;br /&gt;</w:t>
        <w:br/>
        <w:t>на річці, на озері, на ставку, на луках, на болоті, тоді це&lt;br /&gt;</w:t>
        <w:br/>
        <w:t>ти, біла лелеко, й відносиш їх назад:&lt;br /&gt;</w:t>
        <w:br/>
        <w:t>на річку, на озеро, до ставка, на луки, на болото.</w:t>
      </w:r>
    </w:p>
    <w:p>
      <w:r>
        <w:br/>
        <w:t>Лелеко, біла лелеко,&lt;br /&gt;</w:t>
        <w:br/>
        <w:t>ти твориш загадку про саму себе за ознакою:&lt;br /&gt;</w:t>
        <w:br/>
        <w:t>та, хто мостить своє гніздо на хаті,&lt;br /&gt;</w:t>
        <w:br/>
        <w:t>ти твориш загадку про саму себе за ознакою:&lt;br /&gt;</w:t>
        <w:br/>
        <w:t>та, хто ловить жаб,&lt;br /&gt;</w:t>
        <w:br/>
        <w:t>ти твориш загадку про саму себе за ознакою:&lt;br /&gt;</w:t>
        <w:br/>
        <w:t>та, хто літає далеко,&lt;br /&gt;</w:t>
        <w:br/>
        <w:t>та, хто літає далеко по жабенят для лелеченят:&lt;br /&gt;</w:t>
        <w:br/>
        <w:t>на річку, на озеро, до ставка, на луки, на болото —&lt;br /&gt;</w:t>
        <w:br/>
        <w:t>відгадкою такої загадки&lt;br /&gt;</w:t>
        <w:br/>
        <w:t>ти — сама уся;&lt;br /&gt;</w:t>
        <w:br/>
        <w:t>господар хати з того часу, як&lt;br /&gt;</w:t>
        <w:br/>
        <w:t>ти, біла лелеко, змостила у них на стрісі гніздо,&lt;br /&gt;</w:t>
        <w:br/>
        <w:t>пильно придивляється до твоєї поведінки на гнізді:&lt;br /&gt;</w:t>
        <w:br/>
        <w:t>коли ти, біла лелеко, літаєш далеко&lt;br /&gt;</w:t>
        <w:br/>
        <w:t>по жабенят для своїх лелеченят:&lt;br /&gt;</w:t>
        <w:br/>
        <w:t>на річку, на озеро, до ставка, на луки, на болото —&lt;br /&gt;</w:t>
        <w:br/>
        <w:t>ловиш їх там&lt;br /&gt;</w:t>
        <w:br/>
        <w:t>та приносиш до свого гнізда —&lt;br /&gt;</w:t>
        <w:br/>
        <w:t>тоді усе добре і господар хати упевнений,&lt;br /&gt;</w:t>
        <w:br/>
        <w:t>що весняне замовляння майбутнього урожаю&lt;br /&gt;</w:t>
        <w:br/>
        <w:t>буде успішним-урожай буде добрим,&lt;br /&gt;</w:t>
        <w:br/>
        <w:t>голоду взимку не відчуватиметься;&lt;br /&gt;</w:t>
        <w:br/>
        <w:t>коли ж ти, біла лелеко, що літаєш далеко&lt;br /&gt;</w:t>
        <w:br/>
        <w:t>по жабенят для своїх лелеченят:&lt;br /&gt;</w:t>
        <w:br/>
        <w:t>на річку, на озеро, до ставка, на луки, на болото, —&lt;br /&gt;</w:t>
        <w:br/>
        <w:t>щоб ловити їх там&lt;br /&gt;</w:t>
        <w:br/>
        <w:t>та приносити до свого гнізда,&lt;br /&gt;</w:t>
        <w:br/>
        <w:t>зловиш їх менше, ніж потрібно лелеченятам,&lt;br /&gt;</w:t>
        <w:br/>
        <w:t>бо літо видалося дуже посушливим,&lt;br /&gt;</w:t>
        <w:br/>
        <w:t>жаби поплигали десь до далекої води —&lt;br /&gt;</w:t>
        <w:br/>
        <w:t>лелеченята, увесь виводок, недоїдають усі ці дні;&lt;br /&gt;</w:t>
        <w:br/>
        <w:t>ти, біла лелеко, відчуваючи,&lt;br /&gt;</w:t>
        <w:br/>
        <w:t>що ви зі своїм лелечичем не прогодуєте&lt;br /&gt;</w:t>
        <w:br/>
        <w:t>увесь виводок, що складається із трьох лелеченят,&lt;br /&gt;</w:t>
        <w:br/>
        <w:t>викидаєш одне пташеня зі свого гнізда —&lt;br /&gt;</w:t>
        <w:br/>
        <w:t>ти, біла лелеко, твориш загадку про неврожай,&lt;br /&gt;</w:t>
        <w:br/>
        <w:t>ти, біла лелеко, твориш загадку про голод,&lt;br /&gt;</w:t>
        <w:br/>
        <w:t>який чекає на людей наступної зими, за цією ознакою,&lt;br /&gt;</w:t>
        <w:br/>
        <w:t>поміж українців існує повір'я:&lt;br /&gt;</w:t>
        <w:br/>
        <w:t>якщо з лелечого гнізда випаде яйце —&lt;br /&gt;</w:t>
        <w:br/>
        <w:t>ти, біла лелеко, ненароком зіштовхнеш його-&lt;br /&gt;</w:t>
        <w:br/>
        <w:t>то перезимуєш і за куряче яйце,&lt;br /&gt;</w:t>
        <w:br/>
        <w:t>тобто голоду не відчуватиметься,&lt;br /&gt;</w:t>
        <w:br/>
        <w:t>щоб вижити — кожному це коштуватиме недорого,&lt;br /&gt;</w:t>
        <w:br/>
        <w:t>як дуже дешевою є вартість курячого яйця;&lt;br /&gt;</w:t>
        <w:br/>
        <w:t>коли ж випаде пташеня-&lt;br /&gt;</w:t>
        <w:br/>
        <w:t>ти, біла лелеко, викинеш його посушливого літа —&lt;br /&gt;</w:t>
        <w:br/>
        <w:t>то не перезимуєш і за дитя&lt;br /&gt;</w:t>
        <w:br/>
        <w:t>тобто голод дошкулятиме.&lt;br /&gt;</w:t>
        <w:br/>
        <w:t>щоб вижити, кожному це коштуватиме дуже дорого,&lt;br /&gt;</w:t>
        <w:br/>
        <w:t>щоб вижити, кожен віддав би усе своє найдорожче,&lt;br /&gt;</w:t>
        <w:br/>
        <w:t>навіть свою дитину, яка кожному є тим,&lt;br /&gt;</w:t>
        <w:br/>
        <w:t>що найдорожче за все на світі.</w:t>
      </w:r>
    </w:p>
    <w:p>
      <w:r>
        <w:br/>
        <w:t>але й це не порятувало б від голоду;&lt;br /&gt;</w:t>
        <w:br/>
        <w:t>господар хати, у кого&lt;br /&gt;</w:t>
        <w:br/>
        <w:t>ти, біла лелеко, змостила у них на стрісі гніздо,&lt;br /&gt;</w:t>
        <w:br/>
        <w:t>навесні, у день Благовіщення, 7 квітня,&lt;br /&gt;</w:t>
        <w:br/>
        <w:t>за допомогою дітей замовляв майбутній урожай&lt;br /&gt;</w:t>
        <w:br/>
        <w:t>на ниві, засіяній житом:&lt;br /&gt;</w:t>
        <w:br/>
        <w:t>як ти, біла лелеко, яка розпочинаєш жити у нас —&lt;br /&gt;</w:t>
        <w:br/>
        <w:t>у нашому селі, на нашому подвір'ї, —&lt;br /&gt;</w:t>
        <w:br/>
        <w:t>безпечно проживеш до самої осені,&lt;br /&gt;</w:t>
        <w:br/>
        <w:t>виведеш лелеченят, вигодуєш їх,&lt;br /&gt;</w:t>
        <w:br/>
        <w:t>щоб так і наша засіяна житом нива розвивалася:&lt;br /&gt;</w:t>
        <w:br/>
        <w:t>від початку, посередині і аж до кінця до самих жнив,&lt;br /&gt;</w:t>
        <w:br/>
        <w:t>щоб так і наша засіяна житом нива&lt;br /&gt;</w:t>
        <w:br/>
        <w:t>дала щедрий урожай:&lt;br /&gt;</w:t>
        <w:br/>
        <w:t>господар хати, у кого&lt;br /&gt;</w:t>
        <w:br/>
        <w:t>ти, біла лелеко, змостила у них на стрісі гніздо,&lt;br /&gt;</w:t>
        <w:br/>
        <w:t>бачить, як ти, біла лелеко,&lt;br /&gt;</w:t>
        <w:br/>
        <w:t>якогось дня посушливого літа&lt;br /&gt;</w:t>
        <w:br/>
        <w:t>викидаєш одне пташеня зі свого гнізда, —&lt;br /&gt;</w:t>
        <w:br/>
        <w:t>за цією ознакою розгадує загадку про неврожай,&lt;br /&gt;</w:t>
        <w:br/>
        <w:t>за цією ознакою розгадує загадку про голод,&lt;br /&gt;</w:t>
        <w:br/>
        <w:t>який чекає на людей наступної зими:&lt;br /&gt;</w:t>
        <w:br/>
        <w:t>як ти, біла лелеко, якогось дня посушливого літа&lt;br /&gt;</w:t>
        <w:br/>
        <w:t>викидаєш одне пташеня зі свого гнізда —&lt;br /&gt;</w:t>
        <w:br/>
        <w:t>спочатку у тебе було троє лелеченят,&lt;br /&gt;</w:t>
        <w:br/>
        <w:t>безпечно прожити до самої осені&lt;br /&gt;</w:t>
        <w:br/>
        <w:t>теж мало б троє пташенят,&lt;br /&gt;</w:t>
        <w:br/>
        <w:t>але ти посеред літа викидаєш&lt;br /&gt;</w:t>
        <w:br/>
        <w:t>одне пташеня зі свого гнізда —&lt;br /&gt;</w:t>
        <w:br/>
        <w:t>так і наша засіяна житом нива&lt;br /&gt;</w:t>
        <w:br/>
        <w:t>не дасть щедрого урожаю:&lt;br /&gt;</w:t>
        <w:br/>
        <w:t>навесні ми посіяли вчасно,&lt;br /&gt;</w:t>
        <w:br/>
        <w:t>тому у жнива мали б зібрати добрий урожай,&lt;br /&gt;</w:t>
        <w:br/>
        <w:t>але серед літа налетіли зі сходу суховії,&lt;br /&gt;</w:t>
        <w:br/>
        <w:t>сушать немилосердно посіви,&lt;br /&gt;</w:t>
        <w:br/>
        <w:t>тому урожаю цього року не буде,&lt;br /&gt;</w:t>
        <w:br/>
        <w:t>взимку всіх нас очікує голод.</w:t>
      </w:r>
    </w:p>
    <w:p>
      <w:r>
        <w:br/>
        <w:t>Лелеко, біла лелеко,&lt;br /&gt;</w:t>
        <w:br/>
        <w:t>ти твориш загадку про саму себе за ознакою:&lt;br /&gt;</w:t>
        <w:br/>
        <w:t>та, хто мостить своє гніздо на хаті,&lt;br /&gt;</w:t>
        <w:br/>
        <w:t>ти твориш загадку про саму себе за ознакою:&lt;br /&gt;</w:t>
        <w:br/>
        <w:t>та, хто літає далеко,&lt;br /&gt;</w:t>
        <w:br/>
        <w:t>та, хто літає далеко по жабенят для лелеченят:&lt;br /&gt;</w:t>
        <w:br/>
        <w:t>на річку, на озеро, до ставка, на луки, на болото —&lt;br /&gt;</w:t>
        <w:br/>
        <w:t>ти твориш загадку про саму себе за ознакою:&lt;br /&gt;</w:t>
        <w:br/>
        <w:t>та, на кого ми замовляли майбутній урожай&lt;br /&gt;</w:t>
        <w:br/>
        <w:t>навесні, у день Благовіщення, 7 квітня;&lt;br /&gt;</w:t>
        <w:br/>
        <w:t>ти, біла лелеко, мостиш своє гніздо на хаті,&lt;br /&gt;</w:t>
        <w:br/>
        <w:t>ти, біла лелеко, мостиш своє гніздо на хаті&lt;br /&gt;</w:t>
        <w:br/>
        <w:t>і приносиш у той двір щастя:&lt;br /&gt;</w:t>
        <w:br/>
        <w:t>господар хати з того часу, як&lt;br /&gt;</w:t>
        <w:br/>
        <w:t>ти, біла лелеко, змостиш у них на стрісі гніздо,&lt;br /&gt;</w:t>
        <w:br/>
        <w:t>пильно оберігає його — дітям своїм каже:&lt;br /&gt;</w:t>
        <w:br/>
        <w:t>не можна розоряти твого, біла лелеко, гнізда,&lt;br /&gt;</w:t>
        <w:br/>
        <w:t>не можна видирати твоїх, біла лелеко, яєць,&lt;br /&gt;</w:t>
        <w:br/>
        <w:t>не можна видирати твоїх, біла лелеко, лелеченят,&lt;br /&gt;</w:t>
        <w:br/>
        <w:t>не можна займати тебе, біла лелеко, саму&lt;br /&gt;</w:t>
        <w:br/>
        <w:t>і твого лелечича,&lt;br /&gt;</w:t>
        <w:br/>
        <w:t>не можна убивати тебе, біла лелеко, саму&lt;br /&gt;</w:t>
        <w:br/>
        <w:t>і твого лелечича, і твоїх лелеченят,&lt;br /&gt;</w:t>
        <w:br/>
        <w:t>не можна навіть лазити до твого, біла лелеко, гнізда,&lt;br /&gt;</w:t>
        <w:br/>
        <w:t>не можна навіть брати у руки&lt;br /&gt;</w:t>
        <w:br/>
        <w:t>твоїх, біла лелеко, яєць,&lt;br /&gt;</w:t>
        <w:br/>
        <w:t>не можна навіть брати у руки&lt;br /&gt;</w:t>
        <w:br/>
        <w:t>твоїх, біла лелеко, лелеченят,&lt;br /&gt;</w:t>
        <w:br/>
        <w:t>не можна навіть вилякувати&lt;br /&gt;</w:t>
        <w:br/>
        <w:t>тебе, біла лелеко, з гнізда,&lt;br /&gt;</w:t>
        <w:br/>
        <w:t>не можна навіть подовгу задивлятися&lt;br /&gt;</w:t>
        <w:br/>
        <w:t>на тебе, біла лелеко, як ти сидиш у своєму гнізді! —&lt;br /&gt;</w:t>
        <w:br/>
        <w:t>бо ти, біла лелеко, є птахом,&lt;br /&gt;</w:t>
        <w:br/>
        <w:t>на якого ми замовляли майбутній урожай&lt;br /&gt;</w:t>
        <w:br/>
        <w:t>навесні, у день Благовіщення, 7 квітня:&lt;br /&gt;</w:t>
        <w:br/>
        <w:t>як твоє, біла лелеко, гніздо буде цілим, не розореним,&lt;br /&gt;</w:t>
        <w:br/>
        <w:t>як твоїх, біла лелеко, яєць ніхто не видере,&lt;br /&gt;</w:t>
        <w:br/>
        <w:t>як твоїх, біла лелеко, лелеченят ніхто не видере,&lt;br /&gt;</w:t>
        <w:br/>
        <w:t>як тебе, біла лелеко, і твого лелечим а ніхто не займатиме,&lt;br /&gt;</w:t>
        <w:br/>
        <w:t>як тебе, біла лелеко, і твого лелечича&lt;br /&gt;</w:t>
        <w:br/>
        <w:t>і твоїх лелеченят ніхто не вбиватиме,&lt;br /&gt;</w:t>
        <w:br/>
        <w:t>як ніхто навіть не полізе&lt;br /&gt;</w:t>
        <w:br/>
        <w:t>до твого, біла лелеко, гнізда,&lt;br /&gt;</w:t>
        <w:br/>
        <w:t>як ніхто навіть не візьме у руки&lt;br /&gt;</w:t>
        <w:br/>
        <w:t>твоїх, біла лелеко, яєць,&lt;br /&gt;</w:t>
        <w:br/>
        <w:t>як ніхто навіть не візьме у руки&lt;br /&gt;</w:t>
        <w:br/>
        <w:t>твоїх, біла лелеко, лелеченят,&lt;br /&gt;</w:t>
        <w:br/>
        <w:t>як ніхто навіть не вилякає&lt;br /&gt;</w:t>
        <w:br/>
        <w:t>тебе, біла лелеко, з гнізда,&lt;br /&gt;</w:t>
        <w:br/>
        <w:t>як ніхто навіть не задивлятиметься подовгу&lt;br /&gt;</w:t>
        <w:br/>
        <w:t>на тебе, біла лелеко, як ти сидітимеш у гнізді,&lt;br /&gt;</w:t>
        <w:br/>
        <w:t>так і наша засіяна житом нива розвиватиметься:&lt;br /&gt;</w:t>
        <w:br/>
        <w:t>від початку, коли ти, біла лелеко,&lt;br /&gt;</w:t>
        <w:br/>
        <w:t>змостила своє гніздо на хаті,&lt;br /&gt;</w:t>
        <w:br/>
        <w:t>посередині, коли ти, біла лелеко,&lt;br /&gt;</w:t>
        <w:br/>
        <w:t>нанесла яєць у своєму гнізді на хаті,&lt;br /&gt;</w:t>
        <w:br/>
        <w:t>посередині, коли ти, біла лелеко,&lt;br /&gt;</w:t>
        <w:br/>
        <w:t>висиділа лелеченят у своєму гнізді на хаті,&lt;br /&gt;</w:t>
        <w:br/>
        <w:t>посередині, коли ти, біла лелеко,&lt;br /&gt;</w:t>
        <w:br/>
        <w:t>і твій лелечич годуєте лелеченят,&lt;br /&gt;</w:t>
        <w:br/>
        <w:t>аж до самого кінця, коли ти, біла лелеко,&lt;br /&gt;</w:t>
        <w:br/>
        <w:t>і твій лелечич, і твої лелеченята,&lt;br /&gt;</w:t>
        <w:br/>
        <w:t>збираєтеся у зграю на зжатому полі,&lt;br /&gt;</w:t>
        <w:br/>
        <w:t>щоб відлітати у далекий край-вирай;&lt;br /&gt;</w:t>
        <w:br/>
        <w:t>як хтось розорить твоє, біла лелеко, гніздо,&lt;br /&gt;</w:t>
        <w:br/>
        <w:t>яке ми загадуємо хатою,&lt;br /&gt;</w:t>
        <w:br/>
        <w:t>так і ти, біла лелеко, за це знищиш нашу хату,&lt;br /&gt;</w:t>
        <w:br/>
        <w:t>як хтось забере із твого, біла лелеко, гнізда&lt;br /&gt;</w:t>
        <w:br/>
        <w:t>твої яйця, зробить твоє гніздо порожнім,&lt;br /&gt;</w:t>
        <w:br/>
        <w:t>як хтось забере із твого, біла лелеко, гнізда&lt;br /&gt;</w:t>
        <w:br/>
        <w:t>твоїх пташенят, зробить твоє гніздо порожнім,&lt;br /&gt;</w:t>
        <w:br/>
        <w:t>так і ти, біла лелеко, за це&lt;br /&gt;</w:t>
        <w:br/>
        <w:t>зробиш нашу хату пусткою,&lt;br /&gt;</w:t>
        <w:br/>
        <w:t>як хтось тебе, біла лелеко,&lt;br /&gt;</w:t>
        <w:br/>
        <w:t>і твого лелечича займатиме,&lt;br /&gt;</w:t>
        <w:br/>
        <w:t>так і ти, біла лелеко, поробиш так,&lt;br /&gt;</w:t>
        <w:br/>
        <w:t>що той двір не минатимуть усілякі хвороби і напасті,&lt;br /&gt;</w:t>
        <w:br/>
        <w:t>як хтось тебе, біла лелеко, чи твого лелечича,&lt;br /&gt;</w:t>
        <w:br/>
        <w:t>чи твоїх лелеченят уб'є,&lt;br /&gt;</w:t>
        <w:br/>
        <w:t>так і ти, біла лелеко, поробиш так,&lt;br /&gt;</w:t>
        <w:br/>
        <w:t>щоб у тому дворі всі вимерли, —&lt;br /&gt;</w:t>
        <w:br/>
        <w:t>бо ж ми на тебе, біла лелеко,&lt;br /&gt;</w:t>
        <w:br/>
        <w:t>замовляли майбутній урожай&lt;br /&gt;</w:t>
        <w:br/>
        <w:t>навесні, у день Благовіщення, 7 квітня:&lt;br /&gt;</w:t>
        <w:br/>
        <w:t>щоб, як ти, біла лелеко, яка розпочинаєш жити у нас —&lt;br /&gt;</w:t>
        <w:br/>
        <w:t>у нашому селі, на нашому подвір'ї, —&lt;br /&gt;</w:t>
        <w:br/>
        <w:t>безпечно дожила до самої осені:&lt;br /&gt;</w:t>
        <w:br/>
        <w:t>нанесла яєць, вивела лелеченят, вигодувала їх,&lt;br /&gt;</w:t>
        <w:br/>
        <w:t>щоб так і наша засіяна житом нива розвивалася:&lt;br /&gt;</w:t>
        <w:br/>
        <w:t>від початку, посередині і аж до кінця, до самих жнив,&lt;br /&gt;</w:t>
        <w:br/>
        <w:t>бо як буде хліб —&lt;br /&gt;</w:t>
        <w:br/>
        <w:t>то і наша хата стоятиме,&lt;br /&gt;</w:t>
        <w:br/>
        <w:t>бо як буде хліб —&lt;br /&gt;</w:t>
        <w:br/>
        <w:t>то і наша хата повнитиметься дитячими голосами,&lt;br /&gt;</w:t>
        <w:br/>
        <w:t>бо як буде хліб —&lt;br /&gt;</w:t>
        <w:br/>
        <w:t>то і нашу хату минатимуть усілякі хвороби і напасті,&lt;br /&gt;</w:t>
        <w:br/>
        <w:t>бо як буде хліб —&lt;br /&gt;</w:t>
        <w:br/>
        <w:t>то і всі у нашій хаті довго житимуть;&lt;br /&gt;</w:t>
        <w:br/>
        <w:t>що для нас, дорослих, загадка,&lt;br /&gt;</w:t>
        <w:br/>
        <w:t>те для дітей — правда:&lt;br /&gt;</w:t>
        <w:br/>
        <w:t>не можна розоряти твого, біла лелеко, гнізда,&lt;br /&gt;</w:t>
        <w:br/>
        <w:t>бо ти можеш за це запалити хату,&lt;br /&gt;</w:t>
        <w:br/>
        <w:t>не можна видирати твоїх, біла лелеко, яєць,&lt;br /&gt;</w:t>
        <w:br/>
        <w:t>бо ти можеш за це запалити хату,&lt;br /&gt;</w:t>
        <w:br/>
        <w:t>не можна видирати твоїх, біла лелеко, лелеченят,&lt;br /&gt;</w:t>
        <w:br/>
        <w:t>бо ти можеш за це запалити хату,&lt;br /&gt;</w:t>
        <w:br/>
        <w:t>не можна займати тебе, біла лелеко, саму&lt;br /&gt;</w:t>
        <w:br/>
        <w:t>і твого лелечича,&lt;br /&gt;</w:t>
        <w:br/>
        <w:t>бо ти можеш за це запалити хату,&lt;br /&gt;</w:t>
        <w:br/>
        <w:t>не можна убивати тебе, біла лелеко, саму&lt;br /&gt;</w:t>
        <w:br/>
        <w:t>і твого лелечича, і твоїх лелеченят,&lt;br /&gt;</w:t>
        <w:br/>
        <w:t>бо ти можеш запалити хату:&lt;br /&gt;</w:t>
        <w:br/>
        <w:t>у тебе, біла лелеко, є у лузі, куди&lt;br /&gt;</w:t>
        <w:br/>
        <w:t>ти літаєш ловити жабенят для своїх лелеченят,&lt;br /&gt;</w:t>
        <w:br/>
        <w:t>свій вогонь: вогник, бузьків огонь,&lt;br /&gt;</w:t>
        <w:br/>
        <w:t>але це не справжній вогонь,&lt;br /&gt;</w:t>
        <w:br/>
        <w:t>а загадка рослини за ознакою:&lt;br /&gt;</w:t>
        <w:br/>
        <w:t>те, шо мас червоні пелюстки, —&lt;br /&gt;</w:t>
        <w:br/>
        <w:t>як вогонь має червоне полум'я,&lt;br /&gt;</w:t>
        <w:br/>
        <w:t>так і квітка бузькового вогню має червоні пелюстки.&lt;br /&gt;</w:t>
        <w:br/>
        <w:t>Лелеко, біла лелеко,&lt;br /&gt;</w:t>
        <w:br/>
        <w:t>ти твориш загадку про саму себе за ознакою:&lt;br /&gt;</w:t>
        <w:br/>
        <w:t>та, хто мостить своє гніздо на хаті,&lt;br /&gt;</w:t>
        <w:br/>
        <w:t>ти твориш загадку про саму себе за ознакою:&lt;br /&gt;</w:t>
        <w:br/>
        <w:t>та, хто розпочинає жити у нас —&lt;br /&gt;</w:t>
        <w:br/>
        <w:t>у нашому селі, на нашому подвір'ї, —&lt;br /&gt;</w:t>
        <w:br/>
        <w:t>безпечно дожила до самої осені:&lt;br /&gt;</w:t>
        <w:br/>
        <w:t>нанесла яєць, вивела лелеченят, вигодувала їх,&lt;br /&gt;</w:t>
        <w:br/>
        <w:t>ти твориш загадку про саму себе за ознакою:&lt;br /&gt;</w:t>
        <w:br/>
        <w:t>та, хто літає далеко,&lt;br /&gt;</w:t>
        <w:br/>
        <w:t>та, хто літає далеко у пошуках жабенят для лелеченят&lt;br /&gt;</w:t>
        <w:br/>
        <w:t>на річку, на озеро, до ставка, на луки, на болото —&lt;br /&gt;</w:t>
        <w:br/>
        <w:t>ти твориш загадку про саму себе за ознакою:&lt;br /&gt;</w:t>
        <w:br/>
        <w:t>та, хто загадує уже дорослу дівчину, дівку,&lt;br /&gt;</w:t>
        <w:br/>
        <w:t>яка у свій час обов'язково вийде заміж;&lt;br /&gt;</w:t>
        <w:br/>
        <w:t>загадка про твоє, біла лелеко,&lt;br /&gt;</w:t>
        <w:br/>
        <w:t>яйце твориться за ознакою:&lt;br /&gt;</w:t>
        <w:br/>
        <w:t>те, звідки щось виходить,&lt;br /&gt;</w:t>
        <w:br/>
        <w:t>те, звідки виходять лелеченята,&lt;br /&gt;</w:t>
        <w:br/>
        <w:t>загадка про лихоманку твориться за ознакою:&lt;br /&gt;</w:t>
        <w:br/>
        <w:t>те, що знаходиться всередині тіла хворого, —&lt;br /&gt;</w:t>
        <w:br/>
        <w:t>від лихоманки підкурюють хворого&lt;br /&gt;</w:t>
        <w:br/>
        <w:t>шкаралупою лелечого яйця;&lt;br /&gt;</w:t>
        <w:br/>
        <w:t>від лихоманки плівку із лелечого яйця,&lt;br /&gt;</w:t>
        <w:br/>
        <w:t>з якого уже вийшло пташеня,&lt;br /&gt;</w:t>
        <w:br/>
        <w:t>хворий намотує собі на палець —&lt;br /&gt;</w:t>
        <w:br/>
        <w:t>як із лелечого яйця виходить лелеченя.&lt;br /&gt;</w:t>
        <w:br/>
        <w:t>щоб так і з мого тіла виходила лихоманка,&lt;br /&gt;</w:t>
        <w:br/>
        <w:t>як із лелечого яйця вийшло лелеченя,&lt;br /&gt;</w:t>
        <w:br/>
        <w:t>щоб так і з мого тіла вийшла лихоманка;&lt;br /&gt;</w:t>
        <w:br/>
        <w:t>загадка про твоє, біла лелеко, лелеченя&lt;br /&gt;</w:t>
        <w:br/>
        <w:t>твориться за ознакою:&lt;br /&gt;</w:t>
        <w:br/>
        <w:t>той, хто виходить із лелечого яйця,&lt;br /&gt;</w:t>
        <w:br/>
        <w:t>той, хто вилітає, як підросте, з лелечого гнізда,&lt;br /&gt;</w:t>
        <w:br/>
        <w:t>той, хто летить, як підросте, далеко:&lt;br /&gt;</w:t>
        <w:br/>
        <w:t>на річку на озеро, до ставка, на луки, на болото —&lt;br /&gt;</w:t>
        <w:br/>
        <w:t>загадка про лихоманку твориться за ознакою:&lt;br /&gt;</w:t>
        <w:br/>
        <w:t>те, що всередину тіла хворого потрапляє від води:&lt;br /&gt;</w:t>
        <w:br/>
        <w:t>від річки, від озера, від ставка, від луки, від болота —&lt;br /&gt;</w:t>
        <w:br/>
        <w:t>як лелеченя виходить, коли вилуплюється з лелечого яйця,&lt;br /&gt;</w:t>
        <w:br/>
        <w:t>щоб так і лихоманка вийшла з мого тіла,&lt;br /&gt;</w:t>
        <w:br/>
        <w:t>як лелеченя вилітає, коли підросте, з лелечого гнізда,&lt;br /&gt;</w:t>
        <w:br/>
        <w:t>щоб так і лихоманка вийшла з мого тіла,&lt;br /&gt;</w:t>
        <w:br/>
        <w:t>як лелеченя летить, як підросте, далеко:&lt;br /&gt;</w:t>
        <w:br/>
        <w:t>на річку, на озеро, до ставка, на луки, на болото, —&lt;br /&gt;</w:t>
        <w:br/>
        <w:t>щоб так і лихоманка відходила від мене подалі:&lt;br /&gt;</w:t>
        <w:br/>
        <w:t>на річку, на озеро, до ставка, на луки, на болото.</w:t>
      </w:r>
    </w:p>
    <w:p>
      <w:r>
        <w:br/>
        <w:t>Лелеко, біла лелеко,&lt;br /&gt;</w:t>
        <w:br/>
        <w:t>ти і разом з тобою інші лелеки&lt;br /&gt;</w:t>
        <w:br/>
        <w:t>творите загадку про самих себе за ознакою:&lt;br /&gt;</w:t>
        <w:br/>
        <w:t>ті, хто в кінці літа, перед відльотом у вирій,&lt;br /&gt;</w:t>
        <w:br/>
        <w:t>десь поза селом, на уже зжатому полі,&lt;br /&gt;</w:t>
        <w:br/>
        <w:t>збираєтеся у табун,&lt;br /&gt;</w:t>
        <w:br/>
        <w:t>ті, з-поміж кого виокремлюється ватажок,&lt;br /&gt;</w:t>
        <w:br/>
        <w:t>який поведе увесь лелечий табун у вирій,&lt;br /&gt;</w:t>
        <w:br/>
        <w:t>ті, хто закльовує своїми довгими дзьобами&lt;br /&gt;</w:t>
        <w:br/>
        <w:t>хворого або пораненого птаха,&lt;br /&gt;</w:t>
        <w:br/>
        <w:t>бо він все одно не долетів би до вирію;&lt;br /&gt;</w:t>
        <w:br/>
        <w:t>ти і разом з тобою інші лелеки&lt;br /&gt;</w:t>
        <w:br/>
        <w:t>творите загадку про лелечий суд&lt;br /&gt;</w:t>
        <w:br/>
        <w:t>(загадка про людський суд твориться за ознакою:&lt;br /&gt;</w:t>
        <w:br/>
        <w:t>те, в чому беруть участь дві сторони —&lt;br /&gt;</w:t>
        <w:br/>
        <w:t>сторона судді та сторона того, кого судять),&lt;br /&gt;</w:t>
        <w:br/>
        <w:t>творите загадку про лелечий суд за ознакою:&lt;br /&gt;</w:t>
        <w:br/>
        <w:t>ті, хто в одному місці збираються великим гуртом,&lt;br /&gt;</w:t>
        <w:br/>
        <w:t>ті, з-поміж кого виокремлюється хтось один,&lt;br /&gt;</w:t>
        <w:br/>
        <w:t>ті, хто судять когось за віщось,&lt;br /&gt;</w:t>
        <w:br/>
        <w:t>відгадкою такої загадки&lt;br /&gt;</w:t>
        <w:br/>
        <w:t>твоя, біла лелеко, і разом з тобою інших лелек&lt;br /&gt;</w:t>
        <w:br/>
        <w:t>поведінка перед відльотом у вирій;&lt;br /&gt;</w:t>
        <w:br/>
        <w:t>загадка про сватання твориться за ознакою:&lt;br /&gt;</w:t>
        <w:br/>
        <w:t>те, в чому беруть участь дві сторони,&lt;br /&gt;</w:t>
        <w:br/>
        <w:t>сторона парубка і сторона дівчини,&lt;br /&gt;</w:t>
        <w:br/>
        <w:t>загадка про засватану дівчину твориться за ознакою:&lt;br /&gt;</w:t>
        <w:br/>
        <w:t>та, хто відходить від гурту дівчат, —&lt;br /&gt;</w:t>
        <w:br/>
        <w:t>як людським судом&lt;br /&gt;</w:t>
        <w:br/>
        <w:t>є зібрання в одному місці великого гурту людей,&lt;br /&gt;</w:t>
        <w:br/>
        <w:t>на якому суддя засуджує&lt;br /&gt;</w:t>
        <w:br/>
        <w:t>когось за віщось до страти,&lt;br /&gt;</w:t>
        <w:br/>
        <w:t>як вашим, твоїм, біла лелеко,&lt;br /&gt;</w:t>
        <w:br/>
        <w:t>і разом з тобою інших лелек, лелечим судом,&lt;br /&gt;</w:t>
        <w:br/>
        <w:t>є зібрання в кінці літа перед відльотом у вирій,&lt;br /&gt;</w:t>
        <w:br/>
        <w:t>десь поза селом, на уже зжатому полі,&lt;br /&gt;</w:t>
        <w:br/>
        <w:t>у великий табун,&lt;br /&gt;</w:t>
        <w:br/>
        <w:t>де ви закльовуєте своїми довгими дзьобами&lt;br /&gt;</w:t>
        <w:br/>
        <w:t>хворого або пораненого птаха,&lt;br /&gt;</w:t>
        <w:br/>
        <w:t>так і сватанням є зібрання в хаті батьків дівчини&lt;br /&gt;</w:t>
        <w:br/>
        <w:t>гурту людей:&lt;br /&gt;</w:t>
        <w:br/>
        <w:t>парубка і його старостів, дівчини і П батьків,&lt;br /&gt;</w:t>
        <w:br/>
        <w:t>на якому засватана парубком дівчина&lt;br /&gt;</w:t>
        <w:br/>
        <w:t>відходить від гурту дівчат.</w:t>
      </w:r>
    </w:p>
    <w:p>
      <w:r>
        <w:br/>
        <w:t>Лелеко, біла лелеко,&lt;br /&gt;</w:t>
        <w:br/>
        <w:t>ти і разом з тобою інші лелеки&lt;br /&gt;</w:t>
        <w:br/>
        <w:t>творите загадку про самих себе за ознакою:&lt;br /&gt;</w:t>
        <w:br/>
        <w:t>ті, хто в кінці літа, перед відльотом у вирій,&lt;br /&gt;</w:t>
        <w:br/>
        <w:t>десь поза селом, на уже зжатому полі,&lt;br /&gt;</w:t>
        <w:br/>
        <w:t>збираєтеся у табун,&lt;br /&gt;</w:t>
        <w:br/>
        <w:t>ті, до чийого табуна прибиваються солов'ї,&lt;br /&gt;</w:t>
        <w:br/>
        <w:t>щоб відлітати разом із вами у вирій,&lt;br /&gt;</w:t>
        <w:br/>
        <w:t>повсідавшись на ваших просторих спинах,&lt;br /&gt;</w:t>
        <w:br/>
        <w:t>ті, хто відлітає у вирій тільки вночі,&lt;br /&gt;</w:t>
        <w:br/>
        <w:t>щоб солов'ї не бачили, коли ви відлітаєте,&lt;br /&gt;</w:t>
        <w:br/>
        <w:t>та не повсідалися на ваших просторих спинах,&lt;br /&gt;</w:t>
        <w:br/>
        <w:t>ті, кому не вдається уникнути солов'їв,&lt;br /&gt;</w:t>
        <w:br/>
        <w:t>бо ті все одно відлітають разом із вами у вирій,&lt;br /&gt;</w:t>
        <w:br/>
        <w:t>повсідавшись на ваших просторих спинах;&lt;br /&gt;</w:t>
        <w:br/>
        <w:t>ти, біла лелеко, — загадка&lt;br /&gt;</w:t>
        <w:br/>
        <w:t>дорослої дівчини, дівки, за ознакою:&lt;br /&gt;</w:t>
        <w:br/>
        <w:t>та, хто має чорний знак на білому,&lt;br /&gt;</w:t>
        <w:br/>
        <w:t>тобто знак дорослості дівчини, дівки, —&lt;br /&gt;</w:t>
        <w:br/>
        <w:t>місячку — на білій дівочій сорочці,&lt;br /&gt;</w:t>
        <w:br/>
        <w:t>ти, біла лелеко, на уже зжатому полі —&lt;br /&gt;</w:t>
        <w:br/>
        <w:t>загадка дорослої дівчини, дівки, за ознакою:&lt;br /&gt;</w:t>
        <w:br/>
        <w:t>та, чиє парування з парубком&lt;br /&gt;</w:t>
        <w:br/>
        <w:t>готове тепер на щасливе, райське, завершення,&lt;br /&gt;</w:t>
        <w:br/>
        <w:t>готове завершитися весіллям, весільною коморою;&lt;br /&gt;</w:t>
        <w:br/>
        <w:t>соловей — загадка дорослого парубка, молодого,&lt;br /&gt;</w:t>
        <w:br/>
        <w:t>за кого доросла дівчина, молода, вийде заміж,&lt;br /&gt;</w:t>
        <w:br/>
        <w:t>соловей на лелеці — загадка дорослого парубка, молодого,&lt;br /&gt;</w:t>
        <w:br/>
        <w:t>з ким доросла дівчина, молода,&lt;br /&gt;</w:t>
        <w:br/>
        <w:t>може знаходитися на весіллі у весільній коморі, —&lt;br /&gt;</w:t>
        <w:br/>
        <w:t>як ти, біла лелеко, і разом з тобою інші лелеки&lt;br /&gt;</w:t>
        <w:br/>
        <w:t>безпечно дожила до самої осені:&lt;br /&gt;</w:t>
        <w:br/>
        <w:t>нанесла яєць, вивела лелеченят, вигодувала їх,&lt;br /&gt;</w:t>
        <w:br/>
        <w:t>а тому готова уже після Спаса відлітати у вирій,&lt;br /&gt;</w:t>
        <w:br/>
        <w:t>так і засіяна навесні нива завершилася урожаєм —&lt;br /&gt;</w:t>
        <w:br/>
        <w:t>ти, біла лелеко, і разом з тобою інші лелеки&lt;br /&gt;</w:t>
        <w:br/>
        <w:t>збираєтеся перед відльотом у вирій на уже зжатому полі,&lt;br /&gt;</w:t>
        <w:br/>
        <w:t>як ти, біла лелеко, і разом з тобою інші лелеки,&lt;br /&gt;</w:t>
        <w:br/>
        <w:t>безпечно дожила до самої осені:&lt;br /&gt;</w:t>
        <w:br/>
        <w:t>нанесла яєць, вивела лелеченят, вигодувала їх,&lt;br /&gt;</w:t>
        <w:br/>
        <w:t>а тому після Спаса готова відлітати у вирій,&lt;br /&gt;</w:t>
        <w:br/>
        <w:t>так і парування дівчини з парубком —&lt;br /&gt;</w:t>
        <w:br/>
        <w:t>від самого початку, коли дівчина стала дорослою,&lt;br /&gt;</w:t>
        <w:br/>
        <w:t>посередині, коли вона ходила на вулицю,&lt;br /&gt;</w:t>
        <w:br/>
        <w:t>посередині, коли її парубок засватав, —&lt;br /&gt;</w:t>
        <w:br/>
        <w:t>завершується щасливим, райським, кінцем,&lt;br /&gt;</w:t>
        <w:br/>
        <w:t>завершується весіллям, весільною коморою:&lt;br /&gt;</w:t>
        <w:br/>
        <w:t>дорослий парубок, молодий, який загадується солов'єм,&lt;br /&gt;</w:t>
        <w:br/>
        <w:t>знаходиться на весіллі, у весільній коморі,&lt;br /&gt;</w:t>
        <w:br/>
        <w:t>разом з дорослою дівчиною, молодою,&lt;br /&gt;</w:t>
        <w:br/>
        <w:t>яка загадується тобою, біла лелеко.</w:t>
      </w:r>
    </w:p>
    <w:p>
      <w:r>
        <w:br/>
        <w:t>липень 2001 р., с. Адріянопіль&lt;br /&gt;</w:t>
        <w:br/>
        <w:t>ПЛАКУЧИЙ ВІВЧАРИК:&lt;br /&gt;</w:t>
        <w:br/>
        <w:t>ПТАШОК, У ЯКОГО ЧОРНІ НІЖЦІ</w:t>
      </w:r>
    </w:p>
    <w:p>
      <w:r>
        <w:br/>
        <w:t>Вівчарику, плакучий вівчарику,&lt;br /&gt;</w:t>
        <w:br/>
        <w:t>ти — сам загадка про самого себе,&lt;br /&gt;</w:t>
        <w:br/>
        <w:t>ти сам складаєш загадки про самого себе&lt;br /&gt;</w:t>
        <w:br/>
        <w:t>наперед за ознакою:&lt;br /&gt;</w:t>
        <w:br/>
        <w:t>той, хто подає голос "тінь-тянь-тюнь" —&lt;br /&gt;</w:t>
        <w:br/>
        <w:t>ти подаєш голос, що нагадує жалібну пісеньку.&lt;br /&gt;</w:t>
        <w:br/>
        <w:t>ти йойкаєш,&lt;br /&gt;</w:t>
        <w:br/>
        <w:t>ти на щось скаржишся;&lt;br /&gt;</w:t>
        <w:br/>
        <w:t>ти — той, хто голосом,&lt;br /&gt;</w:t>
        <w:br/>
        <w:t>що нагадує жалібну пісеньку, себе називає,&lt;br /&gt;</w:t>
        <w:br/>
        <w:t>той, хто йойканням себе називає,&lt;br /&gt;</w:t>
        <w:br/>
        <w:t>той, хто скаргою на щось себе називає:&lt;br /&gt;</w:t>
        <w:br/>
        <w:t>ти — той, хто і йочик,&lt;br /&gt;</w:t>
        <w:br/>
        <w:t>ти — той, хто і єПвка,&lt;br /&gt;</w:t>
        <w:br/>
        <w:t>відгадкою таких загадок&lt;br /&gt;</w:t>
        <w:br/>
        <w:t>ти — сам увесь;&lt;br /&gt;</w:t>
        <w:br/>
        <w:t>ти сам складаєш загадку про самого себе за ознакою:&lt;br /&gt;</w:t>
        <w:br/>
        <w:t>той, хто подає голос "тінь-тянь-тюнь" —&lt;br /&gt;</w:t>
        <w:br/>
        <w:t>ти подаєш голос, що нагадує жалібну пісеньку,&lt;br /&gt;</w:t>
        <w:br/>
        <w:t>ти йойкаєш,&lt;br /&gt;</w:t>
        <w:br/>
        <w:t>ти на щось скаржишся,&lt;br /&gt;</w:t>
        <w:br/>
        <w:t>а на що саме, годі розібрати,&lt;br /&gt;</w:t>
        <w:br/>
        <w:t>ти на щось скаржишся,&lt;br /&gt;</w:t>
        <w:br/>
        <w:t>ти як заведеш своє йойкання,&lt;br /&gt;</w:t>
        <w:br/>
        <w:t>то й кінця йому немає,&lt;br /&gt;</w:t>
        <w:br/>
        <w:t>ти як закурникаєш свою скаргу,&lt;br /&gt;</w:t>
        <w:br/>
        <w:t>то Й кінця їй немає;&lt;br /&gt;</w:t>
        <w:br/>
        <w:t>ти — той, хто голосом, що нагадує жалібну пісеньку,&lt;br /&gt;</w:t>
        <w:br/>
        <w:t>себе називає,&lt;br /&gt;</w:t>
        <w:br/>
        <w:t>той, хто йойканням себе називає,&lt;br /&gt;</w:t>
        <w:br/>
        <w:t>той, хто довгим, що й кінця йому немає,&lt;br /&gt;</w:t>
        <w:br/>
        <w:t>йойканням себе називає,&lt;br /&gt;</w:t>
        <w:br/>
        <w:t>той, хто довгим, що й кінця йому немає,&lt;br /&gt;</w:t>
        <w:br/>
        <w:t>курниканням себе називає:&lt;br /&gt;</w:t>
        <w:br/>
        <w:t>ти — той, хто закурник,&lt;br /&gt;</w:t>
        <w:br/>
        <w:t>відгадкою такої загадки&lt;br /&gt;</w:t>
        <w:br/>
        <w:t>ти — сам увесь;&lt;br /&gt;</w:t>
        <w:br/>
        <w:t>ти сам складаєш загадки про самого себе за ознаками&lt;br /&gt;</w:t>
        <w:br/>
        <w:t>той, хто подає голос "тінь-тянь-тюнь" —&lt;br /&gt;</w:t>
        <w:br/>
        <w:t>ти подаєш голос, що нагадує жалібну пісеньку,&lt;br /&gt;</w:t>
        <w:br/>
        <w:t>ти йойкаєш,&lt;br /&gt;</w:t>
        <w:br/>
        <w:t>ти на щось скаржишся,&lt;br /&gt;</w:t>
        <w:br/>
        <w:t>ти на щось скаржишся,&lt;br /&gt;</w:t>
        <w:br/>
        <w:t>а на що саме, годі розібрати,&lt;br /&gt;</w:t>
        <w:br/>
        <w:t>ти на щось скаржишся,&lt;br /&gt;</w:t>
        <w:br/>
        <w:t>ти як заведеш своє йойкання&lt;br /&gt;</w:t>
        <w:br/>
        <w:t>то й кінця йому немає,&lt;br /&gt;</w:t>
        <w:br/>
        <w:t>ти на щось скаржишся,&lt;br /&gt;</w:t>
        <w:br/>
        <w:t>ти як закурникаєш свою скаргу,&lt;br /&gt;</w:t>
        <w:br/>
        <w:t>то й кінця ЇЙ немає;&lt;br /&gt;</w:t>
        <w:br/>
        <w:t>ти на щось скаржишся,&lt;br /&gt;</w:t>
        <w:br/>
        <w:t>а на що саме, годі розібрати,&lt;br /&gt;</w:t>
        <w:br/>
        <w:t>ти на щось скаржишся,&lt;br /&gt;</w:t>
        <w:br/>
        <w:t>а кому саме, про це знають чабанці,&lt;br /&gt;</w:t>
        <w:br/>
        <w:t>які увесь довгий день чують&lt;br /&gt;</w:t>
        <w:br/>
        <w:t>твою довгу жалібну пісеньку,&lt;br /&gt;</w:t>
        <w:br/>
        <w:t>що й кінця їй немає&lt;br /&gt;</w:t>
        <w:br/>
        <w:t>(доки ходять чабанці біля отари на узліссі, доти й&lt;br /&gt;</w:t>
        <w:br/>
        <w:t>ти заводиш свою скаргу виспівувати-вимовляти,&lt;br /&gt;</w:t>
        <w:br/>
        <w:t>а як підуть чабанці із отарою до кошари, то й&lt;br /&gt;</w:t>
        <w:br/>
        <w:t>ти перестаєш свою скаргу виспівувати-вимовляти);&lt;br /&gt;</w:t>
        <w:br/>
        <w:t>ти — той, хто голосом, що нагадує жалібну пісеньку,&lt;br /&gt;</w:t>
        <w:br/>
        <w:t>що Його чують чабанці увесь довгий день,&lt;br /&gt;</w:t>
        <w:br/>
        <w:t>себе називає,&lt;br /&gt;</w:t>
        <w:br/>
        <w:t>той, хто йойкає і цим йойканням,&lt;br /&gt;</w:t>
        <w:br/>
        <w:t>що його чують чабанці увесь довгий день,&lt;br /&gt;</w:t>
        <w:br/>
        <w:t>себе називає,&lt;br /&gt;</w:t>
        <w:br/>
        <w:t>той, хто скаржиться на щось і цією скаргою,&lt;br /&gt;</w:t>
        <w:br/>
        <w:t>що її чують чабанці увесь довгий день,&lt;br /&gt;</w:t>
        <w:br/>
        <w:t>себе називає,&lt;br /&gt;</w:t>
        <w:br/>
        <w:t>той, хто заводить своє йойкання,&lt;br /&gt;</w:t>
        <w:br/>
        <w:t>що й кінця йому немає, а тим йойканням,&lt;br /&gt;</w:t>
        <w:br/>
        <w:t>що його чують чабанці увесь довгий день,&lt;br /&gt;</w:t>
        <w:br/>
        <w:t>себе називає,&lt;br /&gt;</w:t>
        <w:br/>
        <w:t>той, хто заводить своє курникання&lt;br /&gt;</w:t>
        <w:br/>
        <w:t>що й кінця йому немає, а тим курниканням,&lt;br /&gt;</w:t>
        <w:br/>
        <w:t>що його чують чабанці увесь довгий день,&lt;br /&gt;</w:t>
        <w:br/>
        <w:t>себе називає,&lt;br /&gt;</w:t>
        <w:br/>
        <w:t>той, хто на щось скаржиться,&lt;br /&gt;</w:t>
        <w:br/>
        <w:t>а на що саме, годі розібрати,&lt;br /&gt;</w:t>
        <w:br/>
        <w:t>і тією скаргою,&lt;br /&gt;</w:t>
        <w:br/>
        <w:t>що її чують чабанці увесь довгий день,&lt;br /&gt;</w:t>
        <w:br/>
        <w:t>себе називає&lt;br /&gt;</w:t>
        <w:br/>
        <w:t>(як чабанці біля отари увесь довгий день, так і&lt;br /&gt;</w:t>
        <w:br/>
        <w:t>ти біля отари увесь довгий день):&lt;br /&gt;</w:t>
        <w:br/>
        <w:t>ти — той, хто і біечарик, і обчарик,&lt;br /&gt;</w:t>
        <w:br/>
        <w:t>ти — той, хто і пастушок&lt;br /&gt;</w:t>
        <w:br/>
        <w:t>(ніби то не чабанці глядять увесь довгий день отару, а&lt;br /&gt;</w:t>
        <w:br/>
        <w:t>ти припасуєш отару разом із чабанцями),&lt;br /&gt;</w:t>
        <w:br/>
        <w:t>відгадкою таких загадок&lt;br /&gt;</w:t>
        <w:br/>
        <w:t>ти — сам увесь;&lt;br /&gt;</w:t>
        <w:br/>
        <w:t>ти сам складаєш загадку про самого себе за ознакою:&lt;br /&gt;</w:t>
        <w:br/>
        <w:t>той, у кого чорні ніжці —&lt;br /&gt;</w:t>
        <w:br/>
        <w:t>твої ніжці чорні,&lt;br /&gt;</w:t>
        <w:br/>
        <w:t>ніби ти ковалював усю зиму в кузні,&lt;br /&gt;</w:t>
        <w:br/>
        <w:t>твої ніжці чорні,&lt;br /&gt;</w:t>
        <w:br/>
        <w:t>ніби ти був ковальчуком усю зиму в кузні,&lt;br /&gt;</w:t>
        <w:br/>
        <w:t>твої ніжці чорні,&lt;br /&gt;</w:t>
        <w:br/>
        <w:t>ніби ти перебував усю зиму в кузні,&lt;br /&gt;</w:t>
        <w:br/>
        <w:t>тому твої ніжці від кузенної кіптяви почорніли&lt;br /&gt;</w:t>
        <w:br/>
        <w:t>(а ти хотів би, щоб вони були білесенькі,&lt;br /&gt;</w:t>
        <w:br/>
        <w:t>як у твого родича, весняного вівчарика!) —&lt;br /&gt;</w:t>
        <w:br/>
        <w:t>ніби твої ніжці від кузенної кіптяви почорніли,&lt;br /&gt;</w:t>
        <w:br/>
        <w:t>як темніють за зиму стіни в хаті від диму з печі,&lt;br /&gt;</w:t>
        <w:br/>
        <w:t>тож мати, як збирається перед святами білити в хаті,&lt;br /&gt;</w:t>
        <w:br/>
        <w:t>каже, що треба білити, бо стіни стали, мовляв,&lt;br /&gt;</w:t>
        <w:br/>
        <w:t>чорними, як у кузні:&lt;br /&gt;</w:t>
        <w:br/>
        <w:t>ти — той, хто кобалик,&lt;br /&gt;</w:t>
        <w:br/>
        <w:t>відгадкою такої загадки&lt;br /&gt;</w:t>
        <w:br/>
        <w:t>ти — сам увесь;&lt;br /&gt;</w:t>
        <w:br/>
        <w:t>ти сам складаєш загадки про самого себе за ознакою:&lt;br /&gt;</w:t>
        <w:br/>
        <w:t>той, хто є дрібненьким пташком —&lt;br /&gt;</w:t>
        <w:br/>
        <w:t>ти маєш у складі своїх імен дитячі суфікси:&lt;br /&gt;</w:t>
        <w:br/>
        <w:t>ти — той, хто і вібчарик, і обчарик, і пастушок,&lt;br /&gt;</w:t>
        <w:br/>
        <w:t>ти — той, хто і йочик, і єбка, і ковалик,&lt;br /&gt;</w:t>
        <w:br/>
        <w:t>відгадкою такої загадки&lt;br /&gt;</w:t>
        <w:br/>
        <w:t>ти — сам увесь.&lt;br /&gt;</w:t>
        <w:br/>
        <w:t>Вівчарику, плакучий вівчарику,&lt;br /&gt;</w:t>
        <w:br/>
        <w:t>ти сам складаєш загадки про самого себе за ознакою:&lt;br /&gt;</w:t>
        <w:br/>
        <w:t>той, хто подає голос "тінь-тянь-тюнь" —&lt;br /&gt;</w:t>
        <w:br/>
        <w:t>ти — той, хто подає голос,&lt;br /&gt;</w:t>
        <w:br/>
        <w:t>що нагадує жалібну пісеньку,&lt;br /&gt;</w:t>
        <w:br/>
        <w:t>ти — той, хто йойкає,&lt;br /&gt;</w:t>
        <w:br/>
        <w:t>ти — той, хто на щось скаржиться,&lt;br /&gt;</w:t>
        <w:br/>
        <w:t>ти — той, хто голосом,&lt;br /&gt;</w:t>
        <w:br/>
        <w:t>що нагадує жалібну пісеньку,&lt;br /&gt;</w:t>
        <w:br/>
        <w:t>скаржиться, що в нього чорні ніжці,&lt;br /&gt;</w:t>
        <w:br/>
        <w:t>що він є дрібненьким пташком,&lt;br /&gt;</w:t>
        <w:br/>
        <w:t>ти — той, хто йойкає і цим йойканням скаржиться,&lt;br /&gt;</w:t>
        <w:br/>
        <w:t>що в нього чорні ніжці,&lt;br /&gt;</w:t>
        <w:br/>
        <w:t>що він є дрібненьким пташком;&lt;br /&gt;</w:t>
        <w:br/>
        <w:t>ти — той, хто голосом,&lt;br /&gt;</w:t>
        <w:br/>
        <w:t>що нагадує жалібну пісеньку,&lt;br /&gt;</w:t>
        <w:br/>
        <w:t>той, хто своїм йойканням,&lt;br /&gt;</w:t>
        <w:br/>
        <w:t>той, хто своєю скаргою&lt;br /&gt;</w:t>
        <w:br/>
        <w:t>скаржиться на те, що в нього чорні ніжці&lt;br /&gt;</w:t>
        <w:br/>
        <w:t>(а ти хотів би, щоб вони були білесенькі,&lt;br /&gt;</w:t>
        <w:br/>
        <w:t>як у твого родича, весняного вівчарика),&lt;br /&gt;</w:t>
        <w:br/>
        <w:t>що він є дрібненьким пташком&lt;br /&gt;</w:t>
        <w:br/>
        <w:t>(а ти хотів би бути завбільшки із птаха,&lt;br /&gt;</w:t>
        <w:br/>
        <w:t>ім'ям якого ти серед інших імен називаєшся):&lt;br /&gt;</w:t>
        <w:br/>
        <w:t>ти — той, хто і йочик,&lt;br /&gt;</w:t>
        <w:br/>
        <w:t>ти — той, хто і єбка,&lt;br /&gt;</w:t>
        <w:br/>
        <w:t>відгадкою таких загадок&lt;br /&gt;</w:t>
        <w:br/>
        <w:t>ти — сам увесь;&lt;br /&gt;</w:t>
        <w:br/>
        <w:t>ти сам складаєш загадку про самого себе за ознакою:&lt;br /&gt;</w:t>
        <w:br/>
        <w:t>той, хто подає голос "тінь-тянь-тюнь" —&lt;br /&gt;</w:t>
        <w:br/>
        <w:t>ти подаєш голос, що нагадує жалібну пісеньку,&lt;br /&gt;</w:t>
        <w:br/>
        <w:t>ти йойкаєш,&lt;br /&gt;</w:t>
        <w:br/>
        <w:t>ти на щось скаржишся,&lt;br /&gt;</w:t>
        <w:br/>
        <w:t>а на що саме годі розібрати,&lt;br /&gt;</w:t>
        <w:br/>
        <w:t>ти на щось скаржишся&lt;br /&gt;</w:t>
        <w:br/>
        <w:t>ти як заведеш своє йойкання,&lt;br /&gt;</w:t>
        <w:br/>
        <w:t>то й кінця йому немає,&lt;br /&gt;</w:t>
        <w:br/>
        <w:t>ти як закурникаєш свою скаргу,&lt;br /&gt;</w:t>
        <w:br/>
        <w:t>то й кінця їй немає;&lt;br /&gt;</w:t>
        <w:br/>
        <w:t>ти — той, хто голосом, що нагадує жалібну пісеньку,&lt;br /&gt;</w:t>
        <w:br/>
        <w:t>скаржиться шо в нього чорні ніжці,&lt;br /&gt;</w:t>
        <w:br/>
        <w:t>що він є дрібненьким пташком,&lt;br /&gt;</w:t>
        <w:br/>
        <w:t>той, хто своїм йойканням скаржиться&lt;br /&gt;</w:t>
        <w:br/>
        <w:t>що в нього чорні ніжці,&lt;br /&gt;</w:t>
        <w:br/>
        <w:t>що він є дрібненьким пташком,&lt;br /&gt;</w:t>
        <w:br/>
        <w:t>той, хто довгим, що й кінця йому немає,&lt;br /&gt;</w:t>
        <w:br/>
        <w:t>йойканням скаржиться&lt;br /&gt;</w:t>
        <w:br/>
        <w:t>що в нього чорні ніжці,&lt;br /&gt;</w:t>
        <w:br/>
        <w:t>що він є дрібненьким пташком,&lt;br /&gt;</w:t>
        <w:br/>
        <w:t>той, хто довгим, що й кінця йому немає,&lt;br /&gt;</w:t>
        <w:br/>
        <w:t>курниканням скаржиться,&lt;br /&gt;</w:t>
        <w:br/>
        <w:t>що в нього чорні ніжці&lt;br /&gt;</w:t>
        <w:br/>
        <w:t>(а ти хотів би, щоб вони були білесенькі,&lt;br /&gt;</w:t>
        <w:br/>
        <w:t>як у твого родича, весняного вівчарика),&lt;br /&gt;</w:t>
        <w:br/>
        <w:t>що він є дрібненьким пташком&lt;br /&gt;</w:t>
        <w:br/>
        <w:t>(а ти хотів би бути завбільшки із птаха,&lt;br /&gt;</w:t>
        <w:br/>
        <w:t>ім'ям якого ти серед інших імен називаєшся):&lt;br /&gt;</w:t>
        <w:br/>
        <w:t>ти — той, хто закури ик,&lt;br /&gt;</w:t>
        <w:br/>
        <w:t>відгадкою такої загадки&lt;br /&gt;</w:t>
        <w:br/>
        <w:t>ти — сам увесь;&lt;br /&gt;</w:t>
        <w:br/>
        <w:t>ти сам складаєш загадки про самого себе за ознаками&lt;br /&gt;</w:t>
        <w:br/>
        <w:t>той, хто подає голос "тінь-тянь-тюнь" —&lt;br /&gt;</w:t>
        <w:br/>
        <w:t>ти подаєш голос, що нагадує жалібну пісеньку,&lt;br /&gt;</w:t>
        <w:br/>
        <w:t>ти йойкаєш,&lt;br /&gt;</w:t>
        <w:br/>
        <w:t>ти на щось скаржишся.&lt;br /&gt;</w:t>
        <w:br/>
        <w:t>ти на щось скаржишся,&lt;br /&gt;</w:t>
        <w:br/>
        <w:t>а на що саме, годі розібрати,&lt;br /&gt;</w:t>
        <w:br/>
        <w:t>ти на щось скаржишся,&lt;br /&gt;</w:t>
        <w:br/>
        <w:t>ти як заведеш своє йойкання,&lt;br /&gt;</w:t>
        <w:br/>
        <w:t>то й кінця йому немає.&lt;br /&gt;</w:t>
        <w:br/>
        <w:t>ти на щось скаржишся,&lt;br /&gt;</w:t>
        <w:br/>
        <w:t>ти як закурникаєш свою скаргу,&lt;br /&gt;</w:t>
        <w:br/>
        <w:t>то й кінця їй немає,&lt;br /&gt;</w:t>
        <w:br/>
        <w:t>ти на щось скаржишся,&lt;br /&gt;</w:t>
        <w:br/>
        <w:t>а на що саме, годі розібрати,&lt;br /&gt;</w:t>
        <w:br/>
        <w:t>ти на щось скаржишся,&lt;br /&gt;</w:t>
        <w:br/>
        <w:t>а кому саме, про це знають чабанці,&lt;br /&gt;</w:t>
        <w:br/>
        <w:t>які увесь довгий день чують&lt;br /&gt;</w:t>
        <w:br/>
        <w:t>твою довгу жалібну пісеньку,&lt;br /&gt;</w:t>
        <w:br/>
        <w:t>що й кінця їй немає;&lt;br /&gt;</w:t>
        <w:br/>
        <w:t>(доки ходять чабанці біля отари на узліссі, доти й&lt;br /&gt;</w:t>
        <w:br/>
        <w:t>ти заводиш свою скаргу виспівувати-вимовляти,&lt;br /&gt;</w:t>
        <w:br/>
        <w:t>а як підуть чабанці із отарою до кошари, то й&lt;br /&gt;</w:t>
        <w:br/>
        <w:t>ти перестаєш свою скаргу ви співувати-вимовляти);&lt;br /&gt;</w:t>
        <w:br/>
        <w:t>ти — той, хто голосом, що нагадує жалібну пісеньку,&lt;br /&gt;</w:t>
        <w:br/>
        <w:t>що її чують чабанці увесь довгий день,&lt;br /&gt;</w:t>
        <w:br/>
        <w:t>скаржиться, що в нього чорні ніжці,&lt;br /&gt;</w:t>
        <w:br/>
        <w:t>що він є дрібненьким пташком.&lt;br /&gt;</w:t>
        <w:br/>
        <w:t>той, хто йойкає і тим йойканням.&lt;br /&gt;</w:t>
        <w:br/>
        <w:t>що його чують чабанці увесь довгий день.&lt;br /&gt;</w:t>
        <w:br/>
        <w:t>скаржиться, що в нього чорні ніжці,&lt;br /&gt;</w:t>
        <w:br/>
        <w:t>що він є дрібненьким пташком,&lt;br /&gt;</w:t>
        <w:br/>
        <w:t>той, хто довгим своїм йойканням,&lt;br /&gt;</w:t>
        <w:br/>
        <w:t>що Й кінця йому немає,&lt;br /&gt;</w:t>
        <w:br/>
        <w:t>що його чують чабанці увесь довгий день,&lt;br /&gt;</w:t>
        <w:br/>
        <w:t>скаржиться, що в нього чорні ніжці,&lt;br /&gt;</w:t>
        <w:br/>
        <w:t>що він є дрібненьким пташком,&lt;br /&gt;</w:t>
        <w:br/>
        <w:t>той, хто довгим своїм курниканням,&lt;br /&gt;</w:t>
        <w:br/>
        <w:t>що його чують чабанці увесь довгий день.&lt;br /&gt;</w:t>
        <w:br/>
        <w:t>скаржиться шо в нього чорні ніжці,&lt;br /&gt;</w:t>
        <w:br/>
        <w:t>що він є дрібненьким пташком,&lt;br /&gt;</w:t>
        <w:br/>
        <w:t>той, хто своєю скаргою на те,&lt;br /&gt;</w:t>
        <w:br/>
        <w:t>що в нього чорні ніжці,&lt;br /&gt;</w:t>
        <w:br/>
        <w:t>що він є дрібненьким пташком,&lt;br /&gt;</w:t>
        <w:br/>
        <w:t>скаржиться шо в нього чорні ніжці,&lt;br /&gt;</w:t>
        <w:br/>
        <w:t>що він є дрібненьким пташком&lt;br /&gt;</w:t>
        <w:br/>
        <w:t>(як чабанці біля отари увесь довгий день, так і&lt;br /&gt;</w:t>
        <w:br/>
        <w:t>ти біля отари увесь довгий день):&lt;br /&gt;</w:t>
        <w:br/>
        <w:t>ти — той, хто і вівчарик, і овчарик,&lt;br /&gt;</w:t>
        <w:br/>
        <w:t>ти — той, хто і пастугиок&lt;br /&gt;</w:t>
        <w:br/>
        <w:t>(ніби то не чабанці глядять увесь довгий день отару, а&lt;br /&gt;</w:t>
        <w:br/>
        <w:t>ти припасуєш отару разом із чабанцями),&lt;br /&gt;</w:t>
        <w:br/>
        <w:t>відгадкою таких загадок&lt;br /&gt;</w:t>
        <w:br/>
        <w:t>ти — сам увесь.&lt;br /&gt;</w:t>
        <w:br/>
        <w:t>Вівчарику, плакучий вівчарику,&lt;br /&gt;</w:t>
        <w:br/>
        <w:t>ти — той, хто подає голос "тінь-тянь-тюнь" —&lt;br /&gt;</w:t>
        <w:br/>
        <w:t>ти — той, хто подає голос,&lt;br /&gt;</w:t>
        <w:br/>
        <w:t>що нагадує жалібну пісеньку,&lt;br /&gt;</w:t>
        <w:br/>
        <w:t>через те, що у тебе чорні ніжці,&lt;br /&gt;</w:t>
        <w:br/>
        <w:t>через те. шо ти є дрібненьким пташком,&lt;br /&gt;</w:t>
        <w:br/>
        <w:t>ти — той, хто йойкає,&lt;br /&gt;</w:t>
        <w:br/>
        <w:t>через те. шо в тебе чорні ніжці.&lt;br /&gt;</w:t>
        <w:br/>
        <w:t>через те, що ти є дрібненьким пташком,&lt;br /&gt;</w:t>
        <w:br/>
        <w:t>ти — той, хто скаржиться,&lt;br /&gt;</w:t>
        <w:br/>
        <w:t>через те, що у тебе чорні ніжці,&lt;br /&gt;</w:t>
        <w:br/>
        <w:t>через те, що ти є дрібненьким пташком.&lt;br /&gt;</w:t>
        <w:br/>
        <w:t>ти — той, хто заводить свій йойкіт,&lt;br /&gt;</w:t>
        <w:br/>
        <w:t>що й кінця йому немає,&lt;br /&gt;</w:t>
        <w:br/>
        <w:t>через те, що у тебе чорні ніжці,&lt;br /&gt;</w:t>
        <w:br/>
        <w:t>через те, що ти є дрібненьким пташком,&lt;br /&gt;</w:t>
        <w:br/>
        <w:t>ти — той, хто як закурникає свою скаргу,&lt;br /&gt;</w:t>
        <w:br/>
        <w:t>що й кінця Ш немає,&lt;br /&gt;</w:t>
        <w:br/>
        <w:t>через те. що у тебе чорні ніжці,&lt;br /&gt;</w:t>
        <w:br/>
        <w:t>через те. що ти є дрібненьким пташком,&lt;br /&gt;</w:t>
        <w:br/>
        <w:t>ти — той, хто скаржиться&lt;br /&gt;</w:t>
        <w:br/>
        <w:t>через те, шо в тебе чорні ніжці,&lt;br /&gt;</w:t>
        <w:br/>
        <w:t>через те, шо ти є дрібненьким пташком,&lt;br /&gt;</w:t>
        <w:br/>
        <w:t>ти — той, хто скаржиться,&lt;br /&gt;</w:t>
        <w:br/>
        <w:t>через те, шо у тебе чорні ніжці,&lt;br /&gt;</w:t>
        <w:br/>
        <w:t>через те, що ти є дрібненьким пташком,&lt;br /&gt;</w:t>
        <w:br/>
        <w:t>чабанцям, які увесь довгий день чують&lt;br /&gt;</w:t>
        <w:br/>
        <w:t>твою довгу жалібну пісеньку,&lt;br /&gt;</w:t>
        <w:br/>
        <w:t>що й кінця їй немає, тому&lt;br /&gt;</w:t>
        <w:br/>
        <w:t>ти сам складаєш іще одну загадку про самого себе&lt;br /&gt;</w:t>
        <w:br/>
        <w:t>за ознакою:&lt;br /&gt;</w:t>
        <w:br/>
        <w:t>той, хто ховається від людей, щоб його не бачили,&lt;br /&gt;</w:t>
        <w:br/>
        <w:t>той, хто хоч і мостить своє гніздо на землі у хащах,&lt;br /&gt;</w:t>
        <w:br/>
        <w:t>але над ним вивершує ще й покрівлю, —&lt;br /&gt;</w:t>
        <w:br/>
        <w:t>щоб стало його гніздо маленьким курінцем,&lt;br /&gt;</w:t>
        <w:br/>
        <w:t>щоб стало його гніздо курінцем у курені хащів,&lt;br /&gt;</w:t>
        <w:br/>
        <w:t>щоб у ньому ховатися від людей, щоб його не бачили,&lt;br /&gt;</w:t>
        <w:br/>
        <w:t>щоб ховатися&lt;br /&gt;</w:t>
        <w:br/>
        <w:t>через те, що у тебе чорні ніжні&lt;br /&gt;</w:t>
        <w:br/>
        <w:t>(а ти хотів би, щоб вони були білесенькі,&lt;br /&gt;</w:t>
        <w:br/>
        <w:t>як у твого родича, весняного вівчарика),&lt;br /&gt;</w:t>
        <w:br/>
        <w:t>через те, що ти є дрібненьким пташком&lt;br /&gt;</w:t>
        <w:br/>
        <w:t>(а ти хотів би бути завбільшки із птаха,&lt;br /&gt;</w:t>
        <w:br/>
        <w:t>ім'ям якого ти серед інших імен називаєшся),&lt;br /&gt;</w:t>
        <w:br/>
        <w:t>щоб ховатися у маленькому курінці свого гнізда, що&lt;br /&gt;</w:t>
        <w:br/>
        <w:t>ти його мостиш у гущавині лісу, у лозняку в лузі,&lt;br /&gt;</w:t>
        <w:br/>
        <w:t>ти отакою звичкою влаштовувати гніздо&lt;br /&gt;</w:t>
        <w:br/>
        <w:t>себе називаєш:&lt;br /&gt;</w:t>
        <w:br/>
        <w:t>ти — той, хто позиняк,&lt;br /&gt;</w:t>
        <w:br/>
        <w:t>відгадкою такої загадки&lt;br /&gt;</w:t>
        <w:br/>
        <w:t>ти — сам увесь.&lt;br /&gt;</w:t>
        <w:br/>
        <w:t>Вівчарику, плакучий вівчарику,&lt;br /&gt;</w:t>
        <w:br/>
        <w:t>будь загадкою про самого себе&lt;br /&gt;</w:t>
        <w:br/>
        <w:t>наперед за ознакою:&lt;br /&gt;</w:t>
        <w:br/>
        <w:t>той, хто подає голос "тінь-тянь-тюнь",&lt;br /&gt;</w:t>
        <w:br/>
        <w:t>той, хто подає голос, що нагадує жалібну пісеньку,&lt;br /&gt;</w:t>
        <w:br/>
        <w:t>той, хто йойкає,&lt;br /&gt;</w:t>
        <w:br/>
        <w:t>той, хто на щось скаржиться,&lt;br /&gt;</w:t>
        <w:br/>
        <w:t>а ми за такий голос тебе називатимемо,&lt;br /&gt;</w:t>
        <w:br/>
        <w:t>а ми за тими назвами тебе усього відгадуватимемо;&lt;br /&gt;</w:t>
        <w:br/>
        <w:t>будь загадкою про самого себе за ознакою:&lt;br /&gt;</w:t>
        <w:br/>
        <w:t>той, хто подає голос "тінь-тянь-тюнь",&lt;br /&gt;</w:t>
        <w:br/>
        <w:t>той, хто подає голос, що нагадує жалібну пісеньку,&lt;br /&gt;</w:t>
        <w:br/>
        <w:t>той, хто йойкає,&lt;br /&gt;</w:t>
        <w:br/>
        <w:t>той, хто на щось скаржиться,&lt;br /&gt;</w:t>
        <w:br/>
        <w:t>а на що саме, годі розібрати,&lt;br /&gt;</w:t>
        <w:br/>
        <w:t>той, хто на шось скаржиться,&lt;br /&gt;</w:t>
        <w:br/>
        <w:t>той, хто як заведе своє йойкання,&lt;br /&gt;</w:t>
        <w:br/>
        <w:t>то й кінця йому немає,&lt;br /&gt;</w:t>
        <w:br/>
        <w:t>той, хто як закурникає свою скаргу,&lt;br /&gt;</w:t>
        <w:br/>
        <w:t>то й кінця їй немає,&lt;br /&gt;</w:t>
        <w:br/>
        <w:t>а ми за той голос,&lt;br /&gt;</w:t>
        <w:br/>
        <w:t>що нагадує довгу жалібну пісеньку,</w:t>
      </w:r>
    </w:p>
    <w:p>
      <w:r>
        <w:br/>
        <w:t>тебе називатимемо,&lt;br /&gt;</w:t>
        <w:br/>
        <w:t>а ми за тією назвою тебе усього відгадуватимемо;&lt;br /&gt;</w:t>
        <w:br/>
        <w:t>будь загадкою про самого себе за ознакою:&lt;br /&gt;</w:t>
        <w:br/>
        <w:t>той, хто подає голос "тінь-тянь-тюнь",&lt;br /&gt;</w:t>
        <w:br/>
        <w:t>той, хто подає голос, що нагадує жалібну пісеньку,&lt;br /&gt;</w:t>
        <w:br/>
        <w:t>той, хто йойкає,&lt;br /&gt;</w:t>
        <w:br/>
        <w:t>той, хто на щось скаржиться,&lt;br /&gt;</w:t>
        <w:br/>
        <w:t>а от на що саме, годі розібрати,&lt;br /&gt;</w:t>
        <w:br/>
        <w:t>той, хто на щось скаржиться,&lt;br /&gt;</w:t>
        <w:br/>
        <w:t>а от кому саме, про це знають чабанці,&lt;br /&gt;</w:t>
        <w:br/>
        <w:t>які увесь довгий день чують&lt;br /&gt;</w:t>
        <w:br/>
        <w:t>твою довгу жалібну пісеньку,&lt;br /&gt;</w:t>
        <w:br/>
        <w:t>що й кінця їй немає,&lt;br /&gt;</w:t>
        <w:br/>
        <w:t>а ми за отаку поведінку тебе називатимемо,&lt;br /&gt;</w:t>
        <w:br/>
        <w:t>а ми за тією назвою тебе усього відгадуватимемо;&lt;br /&gt;</w:t>
        <w:br/>
        <w:t>будь загадкою про самого себе за ознакою:&lt;br /&gt;</w:t>
        <w:br/>
        <w:t>той, у кого чорні ніжці,&lt;br /&gt;</w:t>
        <w:br/>
        <w:t>а ми за твої чорні ніжці тебе називатимемо,&lt;br /&gt;</w:t>
        <w:br/>
        <w:t>а ми за тією назвою тебе усього відгадуватимемо;&lt;br /&gt;</w:t>
        <w:br/>
        <w:t>будь загадкою про самого себе за ознакою:&lt;br /&gt;</w:t>
        <w:br/>
        <w:t>той, хто є дрібненьким пташком,&lt;br /&gt;</w:t>
        <w:br/>
        <w:t>той, хто має у складі своїх імен дитячі суфікси,&lt;br /&gt;</w:t>
        <w:br/>
        <w:t>а ми за дитячими суфіксами у твоїх іменах&lt;br /&gt;</w:t>
        <w:br/>
        <w:t>тебе усього відгадуватимемо;&lt;br /&gt;</w:t>
        <w:br/>
        <w:t>будь загадкою про самого себе за ознакою:&lt;br /&gt;</w:t>
        <w:br/>
        <w:t>той, хто ховається від людей, щоб його не бачили,&lt;br /&gt;</w:t>
        <w:br/>
        <w:t>той, хто хоч і мостить своє гніздо на землі у хащах,&lt;br /&gt;</w:t>
        <w:br/>
        <w:t>але над ним вивершує ше й покрівлю,&lt;br /&gt;</w:t>
        <w:br/>
        <w:t>щоб стало його гніздо маленьким курінцем,&lt;br /&gt;</w:t>
        <w:br/>
        <w:t>щоб стало його гніздо курінцем у курені хащів,&lt;br /&gt;</w:t>
        <w:br/>
        <w:t>щоб у ньому ховатися від людей, щоб його не бачили,&lt;br /&gt;</w:t>
        <w:br/>
        <w:t>щоб ховатися через те, що у тебе чорні ніжці,&lt;br /&gt;</w:t>
        <w:br/>
        <w:t>щоб ховатися через те,&lt;br /&gt;</w:t>
        <w:br/>
        <w:t>що ти є дрібненьким пташком,&lt;br /&gt;</w:t>
        <w:br/>
        <w:t>щоб ховатися у маленькому курінці свого гнізда, що&lt;br /&gt;</w:t>
        <w:br/>
        <w:t>ти його мостиш у гущавині лісу, у лозняку в лузі,&lt;br /&gt;</w:t>
        <w:br/>
        <w:t>а ми за отаку звичку влаштовувати гніздо&lt;br /&gt;</w:t>
        <w:br/>
        <w:t>тебе називатимемо,&lt;br /&gt;</w:t>
        <w:br/>
        <w:t>а ми за тією назвою тебе усього відгадуватимемо —&lt;br /&gt;</w:t>
        <w:br/>
        <w:t>будь плакучим вівчариком,&lt;br /&gt;</w:t>
        <w:br/>
        <w:t>пташком, у якого чорні ніжці!</w:t>
      </w:r>
    </w:p>
    <w:p>
      <w:r>
        <w:br/>
        <w:t>березень 2002</w:t>
      </w:r>
    </w:p>
    <w:p>
      <w:r>
        <w:br/>
        <w:t>ВЕСНЯНИЙ ВІВЧАРИК:&lt;br /&gt;</w:t>
        <w:br/>
        <w:t>ПТАШОК, У ЯКОГО БІЛІ НІЖЦІ&lt;br /&gt;</w:t>
        <w:br/>
        <w:t>Вівчарику, весняний вівчарику,&lt;br /&gt;</w:t>
        <w:br/>
        <w:t>ти — сам загадка про самого себе,&lt;br /&gt;</w:t>
        <w:br/>
        <w:t>ти сам складаєш загадку про самого себе&lt;br /&gt;</w:t>
        <w:br/>
        <w:t>наперед за ознакою:&lt;br /&gt;</w:t>
        <w:br/>
        <w:t>той, хто прилітає із вирію хоч і в квітні,&lt;br /&gt;</w:t>
        <w:br/>
        <w:t>як і всі твої родичі вівчарики:&lt;br /&gt;</w:t>
        <w:br/>
        <w:t>і плакучий, і жовтим, і зелений, але&lt;br /&gt;</w:t>
        <w:br/>
        <w:t>ти прилітаєш найпершим за всіх,&lt;br /&gt;</w:t>
        <w:br/>
        <w:t>ти — той, хто вівчарик весняний,&lt;br /&gt;</w:t>
        <w:br/>
        <w:t>відгадкою такоі загадки&lt;br /&gt;</w:t>
        <w:br/>
        <w:t>ти — сам увесь;&lt;br /&gt;</w:t>
        <w:br/>
        <w:t>ти сам складаєш загадки про самого себе за ознакою:&lt;br /&gt;</w:t>
        <w:br/>
        <w:t>той, хто видає поклик "фьюїть!" —&lt;br /&gt;</w:t>
        <w:br/>
        <w:t>ти —той, хто цим покликом себе називає:&lt;br /&gt;</w:t>
        <w:br/>
        <w:t>ти — той, хто і фітик, і фітчик,&lt;br /&gt;</w:t>
        <w:br/>
        <w:t>ти — той, хто і вітик, і вшчик, і еійчок,&lt;br /&gt;</w:t>
        <w:br/>
        <w:t>відгадкою таких загадок&lt;br /&gt;</w:t>
        <w:br/>
        <w:t>ти — сам увесь;&lt;br /&gt;</w:t>
        <w:br/>
        <w:t>ти сам складаєш загадки про самого себе за ознакою:&lt;br /&gt;</w:t>
        <w:br/>
        <w:t>той, хто подає голос, що нагадує жалібну пісеньку —&lt;br /&gt;</w:t>
        <w:br/>
        <w:t>ти теж йойкаєш,&lt;br /&gt;</w:t>
        <w:br/>
        <w:t>як і твій родич, плакучий вівчарик,&lt;br /&gt;</w:t>
        <w:br/>
        <w:t>ти теж на щось скаржишся,&lt;br /&gt;</w:t>
        <w:br/>
        <w:t>як і твій родич, плакучий вівчарик;&lt;br /&gt;</w:t>
        <w:br/>
        <w:t>ти — той, хто голосом,&lt;br /&gt;</w:t>
        <w:br/>
        <w:t>що нагадує жалібну пісеньку,&lt;br /&gt;</w:t>
        <w:br/>
        <w:t>як і твій родич, плакучий вівчарик,&lt;br /&gt;</w:t>
        <w:br/>
        <w:t>себе називає,&lt;br /&gt;</w:t>
        <w:br/>
        <w:t>ти — той, хто йойканням,&lt;br /&gt;</w:t>
        <w:br/>
        <w:t>як і твій родич, плакучий вівчарик,&lt;br /&gt;</w:t>
        <w:br/>
        <w:t>себе називає,&lt;br /&gt;</w:t>
        <w:br/>
        <w:t>ти — той, хто скаргою на щось,&lt;br /&gt;</w:t>
        <w:br/>
        <w:t>як і твій родич, плакучий вівчарик,&lt;br /&gt;</w:t>
        <w:br/>
        <w:t>себе називає,&lt;br /&gt;</w:t>
        <w:br/>
        <w:t>ти — той, хто і йойчик, і юйчик,&lt;br /&gt;</w:t>
        <w:br/>
        <w:t>відгадкою таких загадок&lt;br /&gt;</w:t>
        <w:br/>
        <w:t>ти — сам увесь;&lt;br /&gt;</w:t>
        <w:br/>
        <w:t>ти сам складаєш загадку про самого себе за ознакою:&lt;br /&gt;</w:t>
        <w:br/>
        <w:t>той, хто подає голос, що нагадує жалібну пісеньку —&lt;br /&gt;</w:t>
        <w:br/>
        <w:t>ти теж йойкаєш,&lt;br /&gt;</w:t>
        <w:br/>
        <w:t>як і твій родич, плакучий вівчарик,&lt;br /&gt;</w:t>
        <w:br/>
        <w:t>ти теж на щось скаржишся,&lt;br /&gt;</w:t>
        <w:br/>
        <w:t>як і твій родич, плакучий вівчарик,&lt;br /&gt;</w:t>
        <w:br/>
        <w:t>ти теж на щось скаржишся,&lt;br /&gt;</w:t>
        <w:br/>
        <w:t>а на що саме, годі розібрати,&lt;br /&gt;</w:t>
        <w:br/>
        <w:t>як і твій родич, плакучий вівчарик,&lt;br /&gt;</w:t>
        <w:br/>
        <w:t>ти теж на щось скаржишся,&lt;br /&gt;</w:t>
        <w:br/>
        <w:t>ти теж як заведеш своє йойкання,&lt;br /&gt;</w:t>
        <w:br/>
        <w:t>то й кінця йому немає,&lt;br /&gt;</w:t>
        <w:br/>
        <w:t>як і твій родич, плакучий вівчарик,&lt;br /&gt;</w:t>
        <w:br/>
        <w:t>ти теж на щось скаржишся,&lt;br /&gt;</w:t>
        <w:br/>
        <w:t>як і твій родич, плакучий вівчарик,&lt;br /&gt;</w:t>
        <w:br/>
        <w:t>а на що саме, годі розібрати,&lt;br /&gt;</w:t>
        <w:br/>
        <w:t>ти теж на щось скаржишся,&lt;br /&gt;</w:t>
        <w:br/>
        <w:t>як і твій родич, плакучий вівчарик,&lt;br /&gt;</w:t>
        <w:br/>
        <w:t>а кому саме, про це знають чабанці,&lt;br /&gt;</w:t>
        <w:br/>
        <w:t>які увесь довгий день чують&lt;br /&gt;</w:t>
        <w:br/>
        <w:t>твою довгу жалібну пісеньку,&lt;br /&gt;</w:t>
        <w:br/>
        <w:t>що й кінця їй немає,&lt;br /&gt;</w:t>
        <w:br/>
        <w:t>як і твого родича, плакучого вівчарика&lt;br /&gt;</w:t>
        <w:br/>
        <w:t>(доки ходять чабанці біля отари на узліссі, доти й&lt;br /&gt;</w:t>
        <w:br/>
        <w:t>ти заводиш свою скаргу виспівувати-вимовляти,&lt;br /&gt;</w:t>
        <w:br/>
        <w:t>як і твій родич, плакучий вівчарик,&lt;br /&gt;</w:t>
        <w:br/>
        <w:t>а як підуть чабанці із отарою до кошари, то й&lt;br /&gt;</w:t>
        <w:br/>
        <w:t>ти перестаєш свою скаргу виспівувати-вимовляти,&lt;br /&gt;</w:t>
        <w:br/>
        <w:t>як і твій родич, плакучий вівчарик);&lt;br /&gt;</w:t>
        <w:br/>
        <w:t>ти — той, хто голосом, що нагадує жалібну пісеньку,&lt;br /&gt;</w:t>
        <w:br/>
        <w:t>що його чують чабанці увесь довгий день,&lt;br /&gt;</w:t>
        <w:br/>
        <w:t>як і твій родич, плакучий вівчарик,&lt;br /&gt;</w:t>
        <w:br/>
        <w:t>себе називає,&lt;br /&gt;</w:t>
        <w:br/>
        <w:t>той, хто йойкає і цим йойканням,&lt;br /&gt;</w:t>
        <w:br/>
        <w:t>що його чують чабанці увесь довгий день,&lt;br /&gt;</w:t>
        <w:br/>
        <w:t>як і твій родич, плакучий вівчарик,&lt;br /&gt;</w:t>
        <w:br/>
        <w:t>себе називає,&lt;br /&gt;</w:t>
        <w:br/>
        <w:t>той, хто скаржиться на щось і цією скаргою,&lt;br /&gt;</w:t>
        <w:br/>
        <w:t>що її чують чабанці увесь довгий день,&lt;br /&gt;</w:t>
        <w:br/>
        <w:t>як і твій родич, плакучий вівчарик,&lt;br /&gt;</w:t>
        <w:br/>
        <w:t>себе називає,&lt;br /&gt;</w:t>
        <w:br/>
        <w:t>той, хто заводить своє йойкання&lt;br /&gt;</w:t>
        <w:br/>
        <w:t>що й кінця йому немає, а тим йойканням,&lt;br /&gt;</w:t>
        <w:br/>
        <w:t>що його чують чабанці увесь довгий день,&lt;br /&gt;</w:t>
        <w:br/>
        <w:t>як і твій родич, плакучий вівчарик,&lt;br /&gt;</w:t>
        <w:br/>
        <w:t>себе називає,&lt;br /&gt;</w:t>
        <w:br/>
        <w:t>той, хто на щось скаржиться,&lt;br /&gt;</w:t>
        <w:br/>
        <w:t>а на що саме, годі розібрати,&lt;br /&gt;</w:t>
        <w:br/>
        <w:t>і тією скаргою,&lt;br /&gt;</w:t>
        <w:br/>
        <w:t>що їі чують чабанці увесь довгий день,&lt;br /&gt;</w:t>
        <w:br/>
        <w:t>як і твій родич, плакучий вівчарик,&lt;br /&gt;</w:t>
        <w:br/>
        <w:t>себе називає&lt;br /&gt;</w:t>
        <w:br/>
        <w:t>(як чабанці біля отари увесь довгий день, так і&lt;br /&gt;</w:t>
        <w:br/>
        <w:t>ти біля отари увесь довгий день,&lt;br /&gt;</w:t>
        <w:br/>
        <w:t>як і твій родич, плакучий вівчарик):&lt;br /&gt;</w:t>
        <w:br/>
        <w:t>ти — той, хто еівчарик&lt;br /&gt;</w:t>
        <w:br/>
        <w:t>(ніби то не чабанці глядять увесь довгий день отару, а&lt;br /&gt;</w:t>
        <w:br/>
        <w:t>ти припасуєш отару разом із чабанцями,&lt;br /&gt;</w:t>
        <w:br/>
        <w:t>як і твій родич, плакучий вівчарик),&lt;br /&gt;</w:t>
        <w:br/>
        <w:t>відгадкою такої загадки&lt;br /&gt;</w:t>
        <w:br/>
        <w:t>ти — сам увесь;&lt;br /&gt;</w:t>
        <w:br/>
        <w:t>ти не складаєш іще й загадку про самого себе&lt;br /&gt;</w:t>
        <w:br/>
        <w:t>за ознакою:&lt;br /&gt;</w:t>
        <w:br/>
        <w:t>той, у кого білі ніжці —&lt;br /&gt;</w:t>
        <w:br/>
        <w:t>твої ніжці білі,&lt;br /&gt;</w:t>
        <w:br/>
        <w:t>ніби ти мірошникував у млині&lt;br /&gt;</w:t>
        <w:br/>
        <w:t>усю зиму аж до самої весни,&lt;br /&gt;</w:t>
        <w:br/>
        <w:t>твої ніжці білі,&lt;br /&gt;</w:t>
        <w:br/>
        <w:t>ніби ти допомагав мельникові відбирати ковші&lt;br /&gt;</w:t>
        <w:br/>
        <w:t>усю зиму аж до самої весни,&lt;br /&gt;</w:t>
        <w:br/>
        <w:t>твої ніжці білі,&lt;br /&gt;</w:t>
        <w:br/>
        <w:t>ніби ти перебував у млині&lt;br /&gt;</w:t>
        <w:br/>
        <w:t>усю зиму, аж до самої весни,&lt;br /&gt;</w:t>
        <w:br/>
        <w:t>тому твої ніжці від обмелиці —&lt;br /&gt;</w:t>
        <w:br/>
        <w:t>борошняного пилу, що осідає в млині — побіліли&lt;br /&gt;</w:t>
        <w:br/>
        <w:t>(не те, що чорні ніжці&lt;br /&gt;</w:t>
        <w:br/>
        <w:t>у твого родича, плакучого вівчарика!):&lt;br /&gt;</w:t>
        <w:br/>
        <w:t>ти — той, хто ніяк за цією ознакою не називається&lt;br /&gt;</w:t>
        <w:br/>
        <w:t>але за цією ознакою, яка не стала назвою,&lt;br /&gt;</w:t>
        <w:br/>
        <w:t>відгадкою (угадуванням) тебе самого&lt;br /&gt;</w:t>
        <w:br/>
        <w:t>ти — сам увесь;&lt;br /&gt;</w:t>
        <w:br/>
        <w:t>ти сам складаєш загадку про самого себе за ознакою:&lt;br /&gt;</w:t>
        <w:br/>
        <w:t>той, хто є дрібненьким пташком,&lt;br /&gt;</w:t>
        <w:br/>
        <w:t>як і твій родич, плакучий вівчарик —&lt;br /&gt;</w:t>
        <w:br/>
        <w:t>ти маєш у складі своїх імен дитячі суфікси,&lt;br /&gt;</w:t>
        <w:br/>
        <w:t>як і твій родич, плакучий вівчарик:&lt;br /&gt;</w:t>
        <w:br/>
        <w:t>ти — той, хто і фітик, і фітчик,&lt;br /&gt;</w:t>
        <w:br/>
        <w:t>ти — той, хто і вітик, і війчик, і вшчок,&lt;br /&gt;</w:t>
        <w:br/>
        <w:t>ти — той, хто і йойчик, і юйчик,&lt;br /&gt;</w:t>
        <w:br/>
        <w:t>ти — той, хто і вівчарик,&lt;br /&gt;</w:t>
        <w:br/>
        <w:t>відгадкою таких загадок&lt;br /&gt;</w:t>
        <w:br/>
        <w:t>ти — сам увесь.&lt;br /&gt;</w:t>
        <w:br/>
        <w:t>Вівчарику, весняний вівчарику,&lt;br /&gt;</w:t>
        <w:br/>
        <w:t>ти сам складаєш загадки про самого себе за ознакою:&lt;br /&gt;</w:t>
        <w:br/>
        <w:t>той, хто подає голос, що нагадує жалібну пісеньку —&lt;br /&gt;</w:t>
        <w:br/>
        <w:t>ти теж йойкаєш,&lt;br /&gt;</w:t>
        <w:br/>
        <w:t>як і твій родич, плакучий вівчарик,&lt;br /&gt;</w:t>
        <w:br/>
        <w:t>ти теж на щось скаржишся,&lt;br /&gt;</w:t>
        <w:br/>
        <w:t>як і твій родич, плакучий вівчарик;&lt;br /&gt;</w:t>
        <w:br/>
        <w:t>ти теж — той, хто голосом,&lt;br /&gt;</w:t>
        <w:br/>
        <w:t>що нагадує жалібну пісеньку, скаржишся,&lt;br /&gt;</w:t>
        <w:br/>
        <w:t>як і твій родич, плакучий вівчарик,&lt;br /&gt;</w:t>
        <w:br/>
        <w:t>хоч у тебе й не чорні ніжці, а білі,&lt;br /&gt;</w:t>
        <w:br/>
        <w:t>але ти теж є дрібненьким пташком,&lt;br /&gt;</w:t>
        <w:br/>
        <w:t>ти теж — той, хто йойкає&lt;br /&gt;</w:t>
        <w:br/>
        <w:t>і цим йойканням скаржиться,&lt;br /&gt;</w:t>
        <w:br/>
        <w:t>як і твій родич, плакучий вівчарик,&lt;br /&gt;</w:t>
        <w:br/>
        <w:t>хоч у тебе й не чорні ніжці, а білі,&lt;br /&gt;</w:t>
        <w:br/>
        <w:t>але ти теж є дрібненьким пташком,&lt;br /&gt;</w:t>
        <w:br/>
        <w:t>ти теж — той, хто скаргою скаржиться,&lt;br /&gt;</w:t>
        <w:br/>
        <w:t>як і твій родич, плакучий вівчарик,&lt;br /&gt;</w:t>
        <w:br/>
        <w:t>хоч у тебе й не чорні ніжці, а білі,&lt;br /&gt;</w:t>
        <w:br/>
        <w:t>але ти теж є дрібненьким пташком:&lt;br /&gt;</w:t>
        <w:br/>
        <w:t>ти — той, хто і йойчик, і юйчик,&lt;br /&gt;</w:t>
        <w:br/>
        <w:t>відгадкою таких загадок&lt;br /&gt;</w:t>
        <w:br/>
        <w:t>ти — сам увесь;&lt;br /&gt;</w:t>
        <w:br/>
        <w:t>ти сам складаєш загадку про самого себе за ознакою:&lt;br /&gt;</w:t>
        <w:br/>
        <w:t>той, хто подає голос, що нагадує жалібну пісеньку —&lt;br /&gt;</w:t>
        <w:br/>
        <w:t>ти теж йойкаєш,&lt;br /&gt;</w:t>
        <w:br/>
        <w:t>як і твій родич, плакучий вівчарик,&lt;br /&gt;</w:t>
        <w:br/>
        <w:t>ти теж на щось скаржишся,&lt;br /&gt;</w:t>
        <w:br/>
        <w:t>ти теж на щось скаржишся,&lt;br /&gt;</w:t>
        <w:br/>
        <w:t>як і твій родич, плакучий вівчарик,&lt;br /&gt;</w:t>
        <w:br/>
        <w:t>а на що саме, годі розібрати,&lt;br /&gt;</w:t>
        <w:br/>
        <w:t>ти теж на щось скаржишся,&lt;br /&gt;</w:t>
        <w:br/>
        <w:t>як і твій родич, плакучий вівчарик,&lt;br /&gt;</w:t>
        <w:br/>
        <w:t>ти теж як заведеш своє йойкання,&lt;br /&gt;</w:t>
        <w:br/>
        <w:t>то й кінця йому немає,&lt;br /&gt;</w:t>
        <w:br/>
        <w:t>ти теж на щось скаржишся,&lt;br /&gt;</w:t>
        <w:br/>
        <w:t>як і твій родич, плакучий вівчарик,&lt;br /&gt;</w:t>
        <w:br/>
        <w:t>а на що саме, годі розібрати,&lt;br /&gt;</w:t>
        <w:br/>
        <w:t>ти теж на щось скаржишся,&lt;br /&gt;</w:t>
        <w:br/>
        <w:t>як і твій родич, плакучий вівчарик,&lt;br /&gt;</w:t>
        <w:br/>
        <w:t>а кому саме, про це знають чабанці,&lt;br /&gt;</w:t>
        <w:br/>
        <w:t>які увесь довгий день чують&lt;br /&gt;</w:t>
        <w:br/>
        <w:t>твою довгу жалібну пісеньку,&lt;br /&gt;</w:t>
        <w:br/>
        <w:t>що Й кінця їй немає;&lt;br /&gt;</w:t>
        <w:br/>
        <w:t>ти теж — той, хто голосом,&lt;br /&gt;</w:t>
        <w:br/>
        <w:t>що нагадує жалібну пісеньку,&lt;br /&gt;</w:t>
        <w:br/>
        <w:t>що її чують чабанці увесь довгий день,&lt;br /&gt;</w:t>
        <w:br/>
        <w:t>як і твій родич, плакучий вівчарик, скаржиться&lt;br /&gt;</w:t>
        <w:br/>
        <w:t>хоч у тебе й не чорні ніжці, а білі,&lt;br /&gt;</w:t>
        <w:br/>
        <w:t>але ти теж є дрібненьким пташком,&lt;br /&gt;</w:t>
        <w:br/>
        <w:t>ти теж — той, хто йойкає і тим йойканням,&lt;br /&gt;</w:t>
        <w:br/>
        <w:t>що його чують чабанці увесь довгий день.&lt;br /&gt;</w:t>
        <w:br/>
        <w:t>як і твій родич, плакучий вівчарик, скаржиться,&lt;br /&gt;</w:t>
        <w:br/>
        <w:t>хоч у тебе й не чорні ніжці, а білі,&lt;br /&gt;</w:t>
        <w:br/>
        <w:t>але ти теж є дрібненьким пташком,&lt;br /&gt;</w:t>
        <w:br/>
        <w:t>ти теж — той, хто довгим своїм йойканням.&lt;br /&gt;</w:t>
        <w:br/>
        <w:t>що Й кінця Йому немає,&lt;br /&gt;</w:t>
        <w:br/>
        <w:t>що його чують чабанці увесь довгий день,&lt;br /&gt;</w:t>
        <w:br/>
        <w:t>як і твій родич, плакучий вівчарик, скаржиться&lt;br /&gt;</w:t>
        <w:br/>
        <w:t>хоч у тебе й не чорні ніжці, а білі,&lt;br /&gt;</w:t>
        <w:br/>
        <w:t>але ти теж є дрібненьким пташком,&lt;br /&gt;</w:t>
        <w:br/>
        <w:t>ти теж — той, хто скаргою,&lt;br /&gt;</w:t>
        <w:br/>
        <w:t>що її чують чабанці увесь довгий день,&lt;br /&gt;</w:t>
        <w:br/>
        <w:t>як і твій родич, плакучий вівчарик, скаржиться&lt;br /&gt;</w:t>
        <w:br/>
        <w:t>хоч у тебе й не чорні ніжці, а білі,&lt;br /&gt;</w:t>
        <w:br/>
        <w:t>але ти теж є дрібненьким пташком —&lt;br /&gt;</w:t>
        <w:br/>
        <w:t>ти —той, хто вівчарик,&lt;br /&gt;</w:t>
        <w:br/>
        <w:t>відгадкою такої загадки&lt;br /&gt;</w:t>
        <w:br/>
        <w:t>ти — сам увесь.&lt;br /&gt;</w:t>
        <w:br/>
        <w:t>Вівчарику, весняний вівчарику,&lt;br /&gt;</w:t>
        <w:br/>
        <w:t>ти — той, хто подає голос, що нагадує жалібну пісеньку,&lt;br /&gt;</w:t>
        <w:br/>
        <w:t>ти — той, хто йойкає&lt;br /&gt;</w:t>
        <w:br/>
        <w:t>через те, що ти є дрібненьким пташком,&lt;br /&gt;</w:t>
        <w:br/>
        <w:t>ти — той, хто скаржиться&lt;br /&gt;</w:t>
        <w:br/>
        <w:t>через те, що ти є дрібненьким пташком,&lt;br /&gt;</w:t>
        <w:br/>
        <w:t>ти — той, хто заводить свій йойкіт,&lt;br /&gt;</w:t>
        <w:br/>
        <w:t>що й кінця йому немає,&lt;br /&gt;</w:t>
        <w:br/>
        <w:t>через те, що ти є дрібненьким пташком,&lt;br /&gt;</w:t>
        <w:br/>
        <w:t>ти — той, хто скаржиться&lt;br /&gt;</w:t>
        <w:br/>
        <w:t>через те, що ти є дрібненьким пташком,&lt;br /&gt;</w:t>
        <w:br/>
        <w:t>ти — той, хто скаржиться&lt;br /&gt;</w:t>
        <w:br/>
        <w:t>через те, шо ти є дрібненьким пташком,&lt;br /&gt;</w:t>
        <w:br/>
        <w:t>чабанцям, які увесь довгий день чують&lt;br /&gt;</w:t>
        <w:br/>
        <w:t>твою довгу жалібну пісеньку,&lt;br /&gt;</w:t>
        <w:br/>
        <w:t>що й кінця їй немає, тому&lt;br /&gt;</w:t>
        <w:br/>
        <w:t>ти сам складаєш іше одну загадку про самого себе&lt;br /&gt;</w:t>
        <w:br/>
        <w:t>за ознакою:&lt;br /&gt;</w:t>
        <w:br/>
        <w:t>той, хто ховається від людей, щоб його не бачили,&lt;br /&gt;</w:t>
        <w:br/>
        <w:t>той, хто хоч і мостить своє гніздо на землі у хащах,&lt;br /&gt;</w:t>
        <w:br/>
        <w:t>але над ним вивершує ще й покрівлю,&lt;br /&gt;</w:t>
        <w:br/>
        <w:t>щоб стало його гніздо маленьким курінцем,&lt;br /&gt;</w:t>
        <w:br/>
        <w:t>щоб стало його гніздо курінцем у курені хащів,&lt;br /&gt;</w:t>
        <w:br/>
        <w:t>щоб у ньому ховатися від людей, щоб його не бачили;&lt;br /&gt;</w:t>
        <w:br/>
        <w:t>щоб ховатися,&lt;br /&gt;</w:t>
        <w:br/>
        <w:t>хоч у тебе й не чорні ніжці, а білі,&lt;br /&gt;</w:t>
        <w:br/>
        <w:t>але ти теж є дрібненьким пташком,&lt;br /&gt;</w:t>
        <w:br/>
        <w:t>щоб ховатися&lt;br /&gt;</w:t>
        <w:br/>
        <w:t>у маленькому курінці свого гнізда, що&lt;br /&gt;</w:t>
        <w:br/>
        <w:t>ти його мостиш у гущавині лісу, у лозняку в лузі,&lt;br /&gt;</w:t>
        <w:br/>
        <w:t>ти отакою звичкою влаштовувати гніздо&lt;br /&gt;</w:t>
        <w:br/>
        <w:t>себе називаєш:&lt;br /&gt;</w:t>
        <w:br/>
        <w:t>ти — той, хто лозиняк,&lt;br /&gt;</w:t>
        <w:br/>
        <w:t>відгадкою такої загадки&lt;br /&gt;</w:t>
        <w:br/>
        <w:t>ти — сам увесь.&lt;br /&gt;</w:t>
        <w:br/>
        <w:t>Вівчарику, весняний вівчарику,&lt;br /&gt;</w:t>
        <w:br/>
        <w:t>будь загадкою про самого себе&lt;br /&gt;</w:t>
        <w:br/>
        <w:t>наперед за ознакою:&lt;br /&gt;</w:t>
        <w:br/>
        <w:t>том, хто прилітає із вирію хоч і в квітні,&lt;br /&gt;</w:t>
        <w:br/>
        <w:t>як і всі твої родичі вівчарики:&lt;br /&gt;</w:t>
        <w:br/>
        <w:t>і плакучий, і жовтий, і зелений, але&lt;br /&gt;</w:t>
        <w:br/>
        <w:t>ти прилітаєш найпершим за всіх,&lt;br /&gt;</w:t>
        <w:br/>
        <w:t>а ми за цю твою особливість тебе називатимемо.</w:t>
      </w:r>
    </w:p>
    <w:p>
      <w:r>
        <w:br/>
        <w:t>а ми за цією назвою усього тебе відгадуватимемо;&lt;br /&gt;</w:t>
        <w:br/>
        <w:t>будь загадкою про самого себе за ознакою:&lt;br /&gt;</w:t>
        <w:br/>
        <w:t>той, хто видає поклик "фьюїть!",&lt;br /&gt;</w:t>
        <w:br/>
        <w:t>а ми за твій поклик тебе називатимемо,&lt;br /&gt;</w:t>
        <w:br/>
        <w:t>а ми за тими назвами усього тебе відгадуватимемо;&lt;br /&gt;</w:t>
        <w:br/>
        <w:t>будь загадкою про самого себе за ознакою:&lt;br /&gt;</w:t>
        <w:br/>
        <w:t>той, хто подає голос, що нагадує жалібну пісеньку,&lt;br /&gt;</w:t>
        <w:br/>
        <w:t>а ми за цією ознакою тебе називатимемо,&lt;br /&gt;</w:t>
        <w:br/>
        <w:t>а ми за тими назвами усього тебе відгадуватимемо;&lt;br /&gt;</w:t>
        <w:br/>
        <w:t>будь загадкою про самого себе за ознакою:&lt;br /&gt;</w:t>
        <w:br/>
        <w:t>той. хто подає голос, що нагадує жалібну пісеньку,&lt;br /&gt;</w:t>
        <w:br/>
        <w:t>що їі увесь день чують чабанці,&lt;br /&gt;</w:t>
        <w:br/>
        <w:t>а ми за отаке твоє припасування тебе називатимемо,&lt;br /&gt;</w:t>
        <w:br/>
        <w:t>а ми за тією назвою тебе усього відгадуватимемо;&lt;br /&gt;</w:t>
        <w:br/>
        <w:t>будь загадкою про самого себе за ознакою:&lt;br /&gt;</w:t>
        <w:br/>
        <w:t>той, хто є дрібненьким пташком,&lt;br /&gt;</w:t>
        <w:br/>
        <w:t>той, хто має у складі своїх імен дитячі суфікси,&lt;br /&gt;</w:t>
        <w:br/>
        <w:t>а ми за дитячими суфіксами у твоїх іменах&lt;br /&gt;</w:t>
        <w:br/>
        <w:t>тебе усього відгадуватимемо;&lt;br /&gt;</w:t>
        <w:br/>
        <w:t>будь загадкою про самого себе за ознакою:&lt;br /&gt;</w:t>
        <w:br/>
        <w:t>той, хто ховається від людей, щоб його не бачили.&lt;br /&gt;</w:t>
        <w:br/>
        <w:t>той, хто хоч і мостить своє гніздо на землі у хащах,&lt;br /&gt;</w:t>
        <w:br/>
        <w:t>але над ним вивершує ще й покрівлю,&lt;br /&gt;</w:t>
        <w:br/>
        <w:t>щоб стало його гніздо маленьким курінцем,&lt;br /&gt;</w:t>
        <w:br/>
        <w:t>щоб стало його гніздо курінцем у курені хащів,&lt;br /&gt;</w:t>
        <w:br/>
        <w:t>щоб у ньому ховатися від людей, щоб його не бачили,&lt;br /&gt;</w:t>
        <w:br/>
        <w:t>щоб ховатися,&lt;br /&gt;</w:t>
        <w:br/>
        <w:t>хоч у тебе й не чорні ніжці, а білі,&lt;br /&gt;</w:t>
        <w:br/>
        <w:t>але ти теж є дрібненьким пташком,&lt;br /&gt;</w:t>
        <w:br/>
        <w:t>щоб ховатися&lt;br /&gt;</w:t>
        <w:br/>
        <w:t>у маленькому курінці свого гнвда, шо&lt;br /&gt;</w:t>
        <w:br/>
        <w:t>ти його мостиш у гущавині лісу, у лозняку в лузі,&lt;br /&gt;</w:t>
        <w:br/>
        <w:t>а ми за отаку звичку влаштовувати гніздо&lt;br /&gt;</w:t>
        <w:br/>
        <w:t>тебе називатимемо,&lt;br /&gt;</w:t>
        <w:br/>
        <w:t>а ми за тією назвою тебе усього відгадуватимемо;&lt;br /&gt;</w:t>
        <w:br/>
        <w:t>будь пташком, який не складає&lt;br /&gt;</w:t>
        <w:br/>
        <w:t>іще одну загадку про самого себе за ознакою:&lt;br /&gt;</w:t>
        <w:br/>
        <w:t>той, у кого білі ніжці,&lt;br /&gt;</w:t>
        <w:br/>
        <w:t>хоча ми ніяк за цією ознакою тебе не називатимемо,&lt;br /&gt;</w:t>
        <w:br/>
        <w:t>хоча ми не за назвою відгадуватимемо (угадуватимемо)&lt;br /&gt;</w:t>
        <w:br/>
        <w:t>тебе самого,&lt;br /&gt;</w:t>
        <w:br/>
        <w:t>а за ознакою, яка не стала підставою для назви —&lt;br /&gt;</w:t>
        <w:br/>
        <w:t>будь весняним вівчариком,&lt;br /&gt;</w:t>
        <w:br/>
        <w:t>пташком, у якого білі ніжці!</w:t>
      </w:r>
    </w:p>
    <w:p>
      <w:r>
        <w:br/>
        <w:t>березень 2002</w:t>
      </w:r>
    </w:p>
    <w:p>
      <w:r>
        <w:br/>
        <w:t>ЖОВТИЙ ВІВЧАРИК:&lt;br /&gt;</w:t>
        <w:br/>
        <w:t>ПТАШОК, У ЯКОГО ЖОВТІ БРІВЦІ</w:t>
      </w:r>
    </w:p>
    <w:p>
      <w:r>
        <w:br/>
        <w:t>Вівчарику, жовтий вівчарику,&lt;br /&gt;</w:t>
        <w:br/>
        <w:t>ти — сам загадка про самого себе,&lt;br /&gt;</w:t>
        <w:br/>
        <w:t>ти сам складаєш загадку про самого себе&lt;br /&gt;</w:t>
        <w:br/>
        <w:t>наперед за ознакою:&lt;br /&gt;</w:t>
        <w:br/>
        <w:t>той, хто подає голос&lt;br /&gt;</w:t>
        <w:br/>
        <w:t>Чіп-сіп-сісісіп-сіпсі-сір-ррр",&lt;br /&gt;</w:t>
        <w:br/>
        <w:t>той, хто отак свище,&lt;br /&gt;</w:t>
        <w:br/>
        <w:t>ти — той, хто своїм голосом себе називає:&lt;br /&gt;</w:t>
        <w:br/>
        <w:t>ти — та пташка, що має ім'я свистуНнка,&lt;br /&gt;</w:t>
        <w:br/>
        <w:t>відгадкою такої загадки&lt;br /&gt;</w:t>
        <w:br/>
        <w:t>ти — сам увесь;&lt;br /&gt;</w:t>
        <w:br/>
        <w:t>ти сам складаєш загадку про самого себе&lt;br /&gt;</w:t>
        <w:br/>
        <w:t>за ознакою:&lt;br /&gt;</w:t>
        <w:br/>
        <w:t>той, хто подає голос&lt;br /&gt;</w:t>
        <w:br/>
        <w:t>" сіп-сіп-сісісіп-сіпсі-сір-ррр",&lt;br /&gt;</w:t>
        <w:br/>
        <w:t>той, хто отак свище,&lt;br /&gt;</w:t>
        <w:br/>
        <w:t>той, хто отак до когось озивається,&lt;br /&gt;</w:t>
        <w:br/>
        <w:t>а до кого саме, про це знають чабанці,&lt;br /&gt;</w:t>
        <w:br/>
        <w:t>які чують увесь довгий день твій свист&lt;br /&gt;</w:t>
        <w:br/>
        <w:t>(доки ходять чабанці біля отари на узліссі, доти й&lt;br /&gt;</w:t>
        <w:br/>
        <w:t>ти свищеш,&lt;br /&gt;</w:t>
        <w:br/>
        <w:t>ти подаєш голос, як і всі твої родичі вівчарики,&lt;br /&gt;</w:t>
        <w:br/>
        <w:t>а як підуть чабанці із отарою до кошари, то й&lt;br /&gt;</w:t>
        <w:br/>
        <w:t>ти перестаєш свистати,&lt;br /&gt;</w:t>
        <w:br/>
        <w:t>ти перестаєш подавати голос,&lt;br /&gt;</w:t>
        <w:br/>
        <w:t>як і всі твої родичі вівчарики);&lt;br /&gt;</w:t>
        <w:br/>
        <w:t>ти — той, хто подає голос&lt;br /&gt;</w:t>
        <w:br/>
        <w:t>ти — той, хто подає голос&lt;br /&gt;</w:t>
        <w:br/>
        <w:t>"сіп-сіп-сісісіп-сір-ррр",&lt;br /&gt;</w:t>
        <w:br/>
        <w:t>той, хто отак свище,&lt;br /&gt;</w:t>
        <w:br/>
        <w:t>а той голос чують чабанці увесь довгий день,&lt;br /&gt;</w:t>
        <w:br/>
        <w:t>а той свист чують чабанці увесь довгий день&lt;br /&gt;</w:t>
        <w:br/>
        <w:t>(як чабанці біля отари увесь довгий день, так і&lt;br /&gt;</w:t>
        <w:br/>
        <w:t>ти біля отари увесь довгий день,&lt;br /&gt;</w:t>
        <w:br/>
        <w:t>як і всі твої родичі вівчарики),&lt;br /&gt;</w:t>
        <w:br/>
        <w:t>ти — той, хто отаким своїм голосом,&lt;br /&gt;</w:t>
        <w:br/>
        <w:t>той, хто отаким своїм свистом,&lt;br /&gt;</w:t>
        <w:br/>
        <w:t>що його чують чабанці увесь довгий день,&lt;br /&gt;</w:t>
        <w:br/>
        <w:t>себе називає&lt;br /&gt;</w:t>
        <w:br/>
        <w:t>ти — той, хто вівчарик&lt;br /&gt;</w:t>
        <w:br/>
        <w:t>(ніби то не чабанці глядять увесь довгий день отару, а&lt;br /&gt;</w:t>
        <w:br/>
        <w:t>ти припасуєш отару разом із чабанцями,&lt;br /&gt;</w:t>
        <w:br/>
        <w:t>як і всі твої родичі вівчарики),&lt;br /&gt;</w:t>
        <w:br/>
        <w:t>відгадкою такої загадки&lt;br /&gt;</w:t>
        <w:br/>
        <w:t>ти — сам увесь;&lt;br /&gt;</w:t>
        <w:br/>
        <w:t>ти сам складаєш загадку про самого себе&lt;br /&gt;</w:t>
        <w:br/>
        <w:t>за ознакою:&lt;br /&gt;</w:t>
        <w:br/>
        <w:t>той, хто ховається від людей, щоб його не бачили,&lt;br /&gt;</w:t>
        <w:br/>
        <w:t>як і всі твої родичі вівчарики,&lt;br /&gt;</w:t>
        <w:br/>
        <w:t>той, хто хоч і мостить своє гніздо на землі у хащах,&lt;br /&gt;</w:t>
        <w:br/>
        <w:t>але над ним вивершує ще Й покрівлю,&lt;br /&gt;</w:t>
        <w:br/>
        <w:t>щоб стало його гніздо маленьким курінцем,&lt;br /&gt;</w:t>
        <w:br/>
        <w:t>щоб стало його гніздо курінцем у курені хащів,&lt;br /&gt;</w:t>
        <w:br/>
        <w:t>щоб у ньому ховатися від людей, щоб його не бачили;&lt;br /&gt;</w:t>
        <w:br/>
        <w:t>щоб ховатися, хоч&lt;br /&gt;</w:t>
        <w:br/>
        <w:t>ти і не є пташком, у якого чорні ніжні,&lt;br /&gt;</w:t>
        <w:br/>
        <w:t>як у твого родича плакучого вівчарика, хоч&lt;br /&gt;</w:t>
        <w:br/>
        <w:t>ти і не є дрібнішим пташком&lt;br /&gt;</w:t>
        <w:br/>
        <w:t>за твого родича плакучого вівчарика.&lt;br /&gt;</w:t>
        <w:br/>
        <w:t>за твого родича весняного вівчарика,&lt;br /&gt;</w:t>
        <w:br/>
        <w:t>щоб ховатися&lt;br /&gt;</w:t>
        <w:br/>
        <w:t>у маленькому курінці свого гнізда, що&lt;br /&gt;</w:t>
        <w:br/>
        <w:t>ти його мостиш у гущавині лісу, у лозняку в лузі,&lt;br /&gt;</w:t>
        <w:br/>
        <w:t>як і всі твої родичі вівчарики,&lt;br /&gt;</w:t>
        <w:br/>
        <w:t>ти отакою своєю звичкою влаштовувати гніздо&lt;br /&gt;</w:t>
        <w:br/>
        <w:t>себе називаєш:&lt;br /&gt;</w:t>
        <w:br/>
        <w:t>ти — той, хто лозиняк,&lt;br /&gt;</w:t>
        <w:br/>
        <w:t>відгадкою такоі загадки&lt;br /&gt;</w:t>
        <w:br/>
        <w:t>ти — сам увесь;&lt;br /&gt;</w:t>
        <w:br/>
        <w:t>ти не складаєш іще й загадку про самого себе&lt;br /&gt;</w:t>
        <w:br/>
        <w:t>за ознакою:&lt;br /&gt;</w:t>
        <w:br/>
        <w:t>той, хто під час співу перелітає із гілки на гілку,&lt;br /&gt;</w:t>
        <w:br/>
        <w:t>чого не робить жоден із твоїх родичів вівчариків,&lt;br /&gt;</w:t>
        <w:br/>
        <w:t>той, хто під час токування перелітає із гілки на гілку,&lt;br /&gt;</w:t>
        <w:br/>
        <w:t>чого не робить жоден із твоїх родичів вівчариків,&lt;br /&gt;</w:t>
        <w:br/>
        <w:t>той, хто перелітає стріпуючись із гілки на гілку,&lt;br /&gt;</w:t>
        <w:br/>
        <w:t>чого не робить жоден із твоїх родичів вівчариків:&lt;br /&gt;</w:t>
        <w:br/>
        <w:t>ти — той, хто ніяк за цією ознакою не називається,&lt;br /&gt;</w:t>
        <w:br/>
        <w:t>але за цією ознакою, яка не стала підставою для назви,&lt;br /&gt;</w:t>
        <w:br/>
        <w:t>відгадкою (угадуванням) тебе самого&lt;br /&gt;</w:t>
        <w:br/>
        <w:t>ти — сам увесь;&lt;br /&gt;</w:t>
        <w:br/>
        <w:t>ти сам складаєш загадку про самого себе&lt;br /&gt;</w:t>
        <w:br/>
        <w:t>за ознакою:&lt;br /&gt;</w:t>
        <w:br/>
        <w:t>той, хто має над очима дві жовті брівці;&lt;br /&gt;</w:t>
        <w:br/>
        <w:t>ти — той, хто має над очима дві жовті брівці,&lt;br /&gt;</w:t>
        <w:br/>
        <w:t>ти цією особливістю себе називаєш:&lt;br /&gt;</w:t>
        <w:br/>
        <w:t>ти — той, хто жовтобровий вівчарик,&lt;br /&gt;</w:t>
        <w:br/>
        <w:t>ти — той, хто є вівчариком із жовтими брівцями,&lt;br /&gt;</w:t>
        <w:br/>
        <w:t>відгадкою такої загадки&lt;br /&gt;</w:t>
        <w:br/>
        <w:t>ти — сам увесь.</w:t>
      </w:r>
    </w:p>
    <w:p>
      <w:r>
        <w:br/>
        <w:t>Вівчарику, жовтий вівчарику,&lt;br /&gt;</w:t>
        <w:br/>
        <w:t>будь загадкою про самого себе&lt;br /&gt;</w:t>
        <w:br/>
        <w:t>наперед за ознакою:&lt;br /&gt;</w:t>
        <w:br/>
        <w:t>той, хто подає голос *сіп-сіп-сісісіп-сіпсі-сір-ррр",&lt;br /&gt;</w:t>
        <w:br/>
        <w:t>той, хто отаї-; свище,&lt;br /&gt;</w:t>
        <w:br/>
        <w:t>а ми за такий голос тебе називатимемо,&lt;br /&gt;</w:t>
        <w:br/>
        <w:t>а ми за тією назвою тебе усього відгадуватимемо;&lt;br /&gt;</w:t>
        <w:br/>
        <w:t>будь загадкою про самого себе за ознакою:&lt;br /&gt;</w:t>
        <w:br/>
        <w:t>той, хто подає голос "сіп-сіп-сісісіп-сір-ррр",&lt;br /&gt;</w:t>
        <w:br/>
        <w:t>той, хто отак свище,&lt;br /&gt;</w:t>
        <w:br/>
        <w:t>той, хто отак до когось озивається&lt;br /&gt;</w:t>
        <w:br/>
        <w:t>а до кого саме, про це знають чабанці,&lt;br /&gt;</w:t>
        <w:br/>
        <w:t>які чують увесь довгий день твій свист,&lt;br /&gt;</w:t>
        <w:br/>
        <w:t>а ми за отакий твій голос,&lt;br /&gt;</w:t>
        <w:br/>
        <w:t>а ми за отакий твій свист,&lt;br /&gt;</w:t>
        <w:br/>
        <w:t>що його чують чабанці увесь довгий день,&lt;br /&gt;</w:t>
        <w:br/>
        <w:t>тебе називатимемо,&lt;br /&gt;</w:t>
        <w:br/>
        <w:t>а ми за тією назвою тебе усього відгадуватимемо;&lt;br /&gt;</w:t>
        <w:br/>
        <w:t>будь загадкою про самого себе за ознакою:&lt;br /&gt;</w:t>
        <w:br/>
        <w:t>той, хто ховається від людей, щоб його не бачили,&lt;br /&gt;</w:t>
        <w:br/>
        <w:t>як і всі твої родичі вівчарики,&lt;br /&gt;</w:t>
        <w:br/>
        <w:t>той, хто хоч і мостить своє гніздо на землі у хащах,&lt;br /&gt;</w:t>
        <w:br/>
        <w:t>але над ним вивершує ще Й покрівлю,&lt;br /&gt;</w:t>
        <w:br/>
        <w:t>щоб стало його гніздо маленьким курінцем,&lt;br /&gt;</w:t>
        <w:br/>
        <w:t>щоб стало його гніздо курінцем у курені хащів,&lt;br /&gt;</w:t>
        <w:br/>
        <w:t>щоб у ньому ховатися від людей, щоб його не бачили;&lt;br /&gt;</w:t>
        <w:br/>
        <w:t>щоб ховатися, хоч&lt;br /&gt;</w:t>
        <w:br/>
        <w:t>ти і не є пташком, у якого чорні ніжці,&lt;br /&gt;</w:t>
        <w:br/>
        <w:t>як у твого родича плакучого вівчарика, хоч&lt;br /&gt;</w:t>
        <w:br/>
        <w:t>ти і не є дрібнішим пташком</w:t>
      </w:r>
    </w:p>
    <w:p>
      <w:r>
        <w:br/>
        <w:t>за твого родича плакучого вівчарика,&lt;br /&gt;</w:t>
        <w:br/>
        <w:t>за твого родича весняного вівчарика,&lt;br /&gt;</w:t>
        <w:br/>
        <w:t>щоб ховатися&lt;br /&gt;</w:t>
        <w:br/>
        <w:t>у маленькому курінці свого гнізда, що&lt;br /&gt;</w:t>
        <w:br/>
        <w:t>ти його мостиш у гущавині лісу, у лозняку в лузі,&lt;br /&gt;</w:t>
        <w:br/>
        <w:t>як і всі твої родичі вівчарики,&lt;br /&gt;</w:t>
        <w:br/>
        <w:t>а ми за отаку твою звичку влаштовувати гніздо&lt;br /&gt;</w:t>
        <w:br/>
        <w:t>тебе називатимемо,&lt;br /&gt;</w:t>
        <w:br/>
        <w:t>а ми за тією назвою тебе усього відгадуватимемо;&lt;br /&gt;</w:t>
        <w:br/>
        <w:t>будь пташком, який не складає&lt;br /&gt;</w:t>
        <w:br/>
        <w:t>іще одну загадку про самого себе за ознакою:&lt;br /&gt;</w:t>
        <w:br/>
        <w:t>той, хто під час співу перелітає із гілки на гілку,&lt;br /&gt;</w:t>
        <w:br/>
        <w:t>чого не робить жоден із твоїх родичів вівчариків,&lt;br /&gt;</w:t>
        <w:br/>
        <w:t>той, хто під час токування перелітає із гілки на гілку,&lt;br /&gt;</w:t>
        <w:br/>
        <w:t>чого не робить жоден із твоїх родичів вівчариків,&lt;br /&gt;</w:t>
        <w:br/>
        <w:t>той, хто перелітає стріпуючись із гілки на гілку,&lt;br /&gt;</w:t>
        <w:br/>
        <w:t>чого не робить жоден із твоїх родичів вівчариків,&lt;br /&gt;</w:t>
        <w:br/>
        <w:t>і хоча ми ніяк за цією ознакою тебе не називатимемо,&lt;br /&gt;</w:t>
        <w:br/>
        <w:t>ми не за назвою відгадуватимемо (угадуватимемо)&lt;br /&gt;</w:t>
        <w:br/>
        <w:t>тебе усього самого,&lt;br /&gt;</w:t>
        <w:br/>
        <w:t>а за ознакою, яка не стала підставою для назви;&lt;br /&gt;</w:t>
        <w:br/>
        <w:t>будь пташком, який складає загадку про самого себе&lt;br /&gt;</w:t>
        <w:br/>
        <w:t>за ознакою:&lt;br /&gt;</w:t>
        <w:br/>
        <w:t>той, хто має над очима дві жовті брівці,&lt;br /&gt;</w:t>
        <w:br/>
        <w:t>а ми за цією прикметою тебе називатимемо,&lt;br /&gt;</w:t>
        <w:br/>
        <w:t>а ми за цією назвою тебе усього відгадуватимемо —&lt;br /&gt;</w:t>
        <w:br/>
        <w:t>будь жовтим вівчариком,&lt;br /&gt;</w:t>
        <w:br/>
        <w:t>пташком, у якого жовті брівці!</w:t>
      </w:r>
    </w:p>
    <w:p>
      <w:r>
        <w:br/>
        <w:t>березень 2002</w:t>
      </w:r>
    </w:p>
    <w:p>
      <w:r>
        <w:br/>
        <w:t>ЗЕЛЕНИЙ ВІВЧАРИК:&lt;br /&gt;</w:t>
        <w:br/>
        <w:t>ПТАШОК, У ЯКОГО ЗЕЛЕНІ БРІВЦІ</w:t>
      </w:r>
    </w:p>
    <w:p>
      <w:r>
        <w:br/>
        <w:t>Вівчарику, зелений вівчарику,&lt;br /&gt;</w:t>
        <w:br/>
        <w:t>ти — сам загадка про самого себе,&lt;br /&gt;</w:t>
        <w:br/>
        <w:t>ти сам складаєш загадку про самого себе&lt;br /&gt;</w:t>
        <w:br/>
        <w:t>наперед за ознакою:&lt;br /&gt;</w:t>
        <w:br/>
        <w:t>той, хто має над очима дві зелені брівці,&lt;br /&gt;</w:t>
        <w:br/>
        <w:t>ти — той, хто має над очима дві зелені брівці,&lt;br /&gt;</w:t>
        <w:br/>
        <w:t>ти цією особливістю себе називаєш:&lt;br /&gt;</w:t>
        <w:br/>
        <w:t>ти — той, хто зелений вівчарик,&lt;br /&gt;</w:t>
        <w:br/>
        <w:t>ти — той, хто є вівчариком із зеленими брівцями,&lt;br /&gt;</w:t>
        <w:br/>
        <w:t>відгадкою такої загадки&lt;br /&gt;</w:t>
        <w:br/>
        <w:t>ти — сам увесь;&lt;br /&gt;</w:t>
        <w:br/>
        <w:t>ти не складаєш іще й загадку про самого себе&lt;br /&gt;</w:t>
        <w:br/>
        <w:t>за ознакою:&lt;br /&gt;</w:t>
        <w:br/>
        <w:t>той, хто подає голос&lt;br /&gt;</w:t>
        <w:br/>
        <w:t>"ті-псітю-псітю-псі-ті-ті-ті-псі", бо&lt;br /&gt;</w:t>
        <w:br/>
        <w:t>ти тільки віднедавна став селитися в Україні,&lt;br /&gt;</w:t>
        <w:br/>
        <w:t>на нашому східному Поліссі —&lt;br /&gt;</w:t>
        <w:br/>
        <w:t>такого голосу не подає плакучий вівчарик,&lt;br /&gt;</w:t>
        <w:br/>
        <w:t>такого голосу не подає весняний вівчарик,&lt;br /&gt;</w:t>
        <w:br/>
        <w:t>такого голосу не подає жовтий вівчарик:&lt;br /&gt;</w:t>
        <w:br/>
        <w:t>ти — той, хто за цей особливий голос&lt;br /&gt;</w:t>
        <w:br/>
        <w:t>ніяк не називається,&lt;br /&gt;</w:t>
        <w:br/>
        <w:t>але за цим голосом, який не став назвою,&lt;br /&gt;</w:t>
        <w:br/>
        <w:t>відгадкою (угадуванням) тебе самого&lt;br /&gt;</w:t>
        <w:br/>
        <w:t>ти — сам увесь.</w:t>
      </w:r>
    </w:p>
    <w:p>
      <w:r>
        <w:br/>
        <w:t>Вівчарику, зелений вівчарику,&lt;br /&gt;</w:t>
        <w:br/>
        <w:t>ти тільки віднедавна став селитися в Україні,&lt;br /&gt;</w:t>
        <w:br/>
        <w:t>на нашому східному Поліссі,&lt;br /&gt;</w:t>
        <w:br/>
        <w:t>ти покидаєш холодні північні ліси,&lt;br /&gt;</w:t>
        <w:br/>
        <w:t>ти облюбовуєш наші теплі ліси, —&lt;br /&gt;</w:t>
        <w:br/>
        <w:t>ти тільки віднедавна став селитися в Україні,&lt;br /&gt;</w:t>
        <w:br/>
        <w:t>на нашому східному Поліссі, але ми&lt;br /&gt;</w:t>
        <w:br/>
        <w:t>тебе ніби уже давно знали,&lt;br /&gt;</w:t>
        <w:br/>
        <w:t>тебе ніби уже здавна знали,&lt;br /&gt;</w:t>
        <w:br/>
        <w:t>бо добре знали усіх твоїх родичів вівчариків:&lt;br /&gt;</w:t>
        <w:br/>
        <w:t>і плакучого, і весняного, і жовтого, тож ми&lt;br /&gt;</w:t>
        <w:br/>
        <w:t>тебе називатимемо іменами інших вівчариків&lt;br /&gt;</w:t>
        <w:br/>
        <w:t>за тими ознаками, які є спільними&lt;br /&gt;</w:t>
        <w:br/>
        <w:t>для усіх твоїх родичів вівчариків —&lt;br /&gt;</w:t>
        <w:br/>
        <w:t>ти тільки віднедавна став селитися в Україні,&lt;br /&gt;</w:t>
        <w:br/>
        <w:t>на нашому східному Поліссі, тож&lt;br /&gt;</w:t>
        <w:br/>
        <w:t>як новонароджену дитину називають&lt;br /&gt;</w:t>
        <w:br/>
        <w:t>одним із людських імен,&lt;br /&gt;</w:t>
        <w:br/>
        <w:t>так і новоз'явлену пташку, тебе, зелений вівчарику,&lt;br /&gt;</w:t>
        <w:br/>
        <w:t>ми називатимемо деякими іменами,&lt;br /&gt;</w:t>
        <w:br/>
        <w:t>якими називаються твої родичі вівчарики;&lt;br /&gt;</w:t>
        <w:br/>
        <w:t>хоч ти і не складаєш іще й загадку&lt;br /&gt;</w:t>
        <w:br/>
        <w:t>про самого себе за ознакою&lt;br /&gt;</w:t>
        <w:br/>
        <w:t>той, хто подає голос&lt;br /&gt;</w:t>
        <w:br/>
        <w:t>"ті-псітю-псітю-псі-ті-ті-ті-псі", бо&lt;br /&gt;</w:t>
        <w:br/>
        <w:t>ти тільки віднедавна став селитися в Україні,&lt;br /&gt;</w:t>
        <w:br/>
        <w:t>на нашому східному Поліссі, але&lt;br /&gt;</w:t>
        <w:br/>
        <w:t>ти — той, хто подає отакий голос,&lt;br /&gt;</w:t>
        <w:br/>
        <w:t>той, хто отаким голосом до когось озивається,&lt;br /&gt;</w:t>
        <w:br/>
        <w:t>а до кого саме, про це знають чабанці,&lt;br /&gt;</w:t>
        <w:br/>
        <w:t>які чують увесь довгий день твій голос&lt;br /&gt;</w:t>
        <w:br/>
        <w:t>(доки ходять чабанці біля отари на узліссі, доти й&lt;br /&gt;</w:t>
        <w:br/>
        <w:t>ти подаєш голос, як і усі твої родичі вівчарики.&lt;br /&gt;</w:t>
        <w:br/>
        <w:t>а як підуть чабанці із отарою до кошари, то й&lt;br /&gt;</w:t>
        <w:br/>
        <w:t>ти перестаєш подавати голос,&lt;br /&gt;</w:t>
        <w:br/>
        <w:t>як і всі твої родичі вівчарики);&lt;br /&gt;</w:t>
        <w:br/>
        <w:t>ти — той, хто подає голос&lt;br /&gt;</w:t>
        <w:br/>
        <w:t>"ті-псітю-псітю-псі-ті-ті-ті-псі",&lt;br /&gt;</w:t>
        <w:br/>
        <w:t>той, хто подає отакий голос,&lt;br /&gt;</w:t>
        <w:br/>
        <w:t>а той голос чують чабанці увесь довгий день,&lt;br /&gt;</w:t>
        <w:br/>
        <w:t>(як чабанці біля отари увесь довгий день, так і&lt;br /&gt;</w:t>
        <w:br/>
        <w:t>ти біля отари увесь довгий день,&lt;br /&gt;</w:t>
        <w:br/>
        <w:t>як і всі твої родичі вівчарики),&lt;br /&gt;</w:t>
        <w:br/>
        <w:t>ти — той, хто отаким своїм голосом,&lt;br /&gt;</w:t>
        <w:br/>
        <w:t>що його чують чабанці увесь довгий день, хоч&lt;br /&gt;</w:t>
        <w:br/>
        <w:t>ти тільки віднедавна став селитися в Україні,&lt;br /&gt;</w:t>
        <w:br/>
        <w:t>на нашому східному Поліссі,&lt;br /&gt;</w:t>
        <w:br/>
        <w:t>себе називає&lt;br /&gt;</w:t>
        <w:br/>
        <w:t>ти — той, хто вівчарик&lt;br /&gt;</w:t>
        <w:br/>
        <w:t>(ніби то не чабанці глядять&lt;br /&gt;</w:t>
        <w:br/>
        <w:t>увесь довгий день отару, а&lt;br /&gt;</w:t>
        <w:br/>
        <w:t>ти припасуєш отару разом із чабанцями,&lt;br /&gt;</w:t>
        <w:br/>
        <w:t>як і усі твої родичі вівчарики),&lt;br /&gt;</w:t>
        <w:br/>
        <w:t>відгадкою такої загадки&lt;br /&gt;</w:t>
        <w:br/>
        <w:t>ти — сам увесь;&lt;br /&gt;</w:t>
        <w:br/>
        <w:t>ти сам складаєш загадку про самого себе за ознакою:&lt;br /&gt;</w:t>
        <w:br/>
        <w:t>той, хто ховається від людей, щоб його не бачили,&lt;br /&gt;</w:t>
        <w:br/>
        <w:t>як і всі твої родичі вівчарики,&lt;br /&gt;</w:t>
        <w:br/>
        <w:t>хоч ти тільки віднедавна став селитися в Україні,&lt;br /&gt;</w:t>
        <w:br/>
        <w:t>на нашому східному Поліссі —&lt;br /&gt;</w:t>
        <w:br/>
        <w:t>ти — той, хто хоч і мостить своє гніздо на землі у хащах,&lt;br /&gt;</w:t>
        <w:br/>
        <w:t>але над ним вивершує ще Й покрівлю,&lt;br /&gt;</w:t>
        <w:br/>
        <w:t>щоб стало його гніздо маленьким курінцем,&lt;br /&gt;</w:t>
        <w:br/>
        <w:t>щоб стало його гніздо курінцем у курені хащів,&lt;br /&gt;</w:t>
        <w:br/>
        <w:t>щоб у ньому ховатися, щоб його не бачили;&lt;br /&gt;</w:t>
        <w:br/>
        <w:t>щоб ховатися,&lt;br /&gt;</w:t>
        <w:br/>
        <w:t>хоч ти і не є пташком, у якого чорні ніжці,&lt;br /&gt;</w:t>
        <w:br/>
        <w:t>як у твого родича плакучого вівчарика,&lt;br /&gt;</w:t>
        <w:br/>
        <w:t>хоч ти і не є дрібнішим пташком&lt;br /&gt;</w:t>
        <w:br/>
        <w:t>за твого родича плакучого вівчарика,&lt;br /&gt;</w:t>
        <w:br/>
        <w:t>за твого родича весняного вівчарика,&lt;br /&gt;</w:t>
        <w:br/>
        <w:t>за твого родича жовтого вівчари?;а,&lt;br /&gt;</w:t>
        <w:br/>
        <w:t>щоб ховатися&lt;br /&gt;</w:t>
        <w:br/>
        <w:t>у маленькому курінці свого гнізда, що&lt;br /&gt;</w:t>
        <w:br/>
        <w:t>ти його мостиш у гущавині лісу, у лозняку в лузі,&lt;br /&gt;</w:t>
        <w:br/>
        <w:t>як і всі твої родичі вівчарики,&lt;br /&gt;</w:t>
        <w:br/>
        <w:t>ти отакою своєю звичкою влаштовувати гніздо,&lt;br /&gt;</w:t>
        <w:br/>
        <w:t>хоч ти тільки віднедавна став селитися в Україні,&lt;br /&gt;</w:t>
        <w:br/>
        <w:t>на нашому східному Поліссі,&lt;br /&gt;</w:t>
        <w:br/>
        <w:t>себе називаєш:&lt;br /&gt;</w:t>
        <w:br/>
        <w:t>ти — той, хто лозиняк,&lt;br /&gt;</w:t>
        <w:br/>
        <w:t>відгадкою такої загадки&lt;br /&gt;</w:t>
        <w:br/>
        <w:t>ти — сам увесь.&lt;br /&gt;</w:t>
        <w:br/>
        <w:t>Вівчарику, зелений вівчарику,&lt;br /&gt;</w:t>
        <w:br/>
        <w:t>будь пташком, який складає загадку&lt;br /&gt;</w:t>
        <w:br/>
        <w:t>про самого себе наперед за ознакою:&lt;br /&gt;</w:t>
        <w:br/>
        <w:t>той, хто має над очима дві зелені брівці,&lt;br /&gt;</w:t>
        <w:br/>
        <w:t>а ми за цією прикметою тебе називатимемо,&lt;br /&gt;</w:t>
        <w:br/>
        <w:t>а ми за цією назвою тебе усього відгадуватимемо;&lt;br /&gt;</w:t>
        <w:br/>
        <w:t>будь пташком, який не складає&lt;br /&gt;</w:t>
        <w:br/>
        <w:t>іще одну загадку про самого себе за ознакою:&lt;br /&gt;</w:t>
        <w:br/>
        <w:t>той, хто подає голос&lt;br /&gt;</w:t>
        <w:br/>
        <w:t>" ті-псітю-п сітю-псі-ті-ті-ті-п сі",&lt;br /&gt;</w:t>
        <w:br/>
        <w:t>і хоча ми ніяк тебе</w:t>
      </w:r>
    </w:p>
    <w:p>
      <w:r>
        <w:br/>
        <w:t>за цей особливий голос не називатимемо,&lt;br /&gt;</w:t>
        <w:br/>
        <w:t>ми не за назвою відгадуватимемо (угадуватимемо)&lt;br /&gt;</w:t>
        <w:br/>
        <w:t>тебе усього самого,&lt;br /&gt;</w:t>
        <w:br/>
        <w:t>а за ознакою, яка не стала підставою для назви;&lt;br /&gt;</w:t>
        <w:br/>
        <w:t>хоч ти і не складаєш іще й загадку&lt;br /&gt;</w:t>
        <w:br/>
        <w:t>про самого себе за ознакою:&lt;br /&gt;</w:t>
        <w:br/>
        <w:t>той, хто подає голос&lt;br /&gt;</w:t>
        <w:br/>
        <w:t>1 ті-п сітто-псітю-псі-ті-ті-ті-псі", бо&lt;br /&gt;</w:t>
        <w:br/>
        <w:t>ти тільки віднедавна став селитися в Україні,&lt;br /&gt;</w:t>
        <w:br/>
        <w:t>на нашому східному Поліссі, але&lt;br /&gt;</w:t>
        <w:br/>
        <w:t>ти — той, хто подає отакий голос,&lt;br /&gt;</w:t>
        <w:br/>
        <w:t>той, хто отаким голосом до когось озивається,&lt;br /&gt;</w:t>
        <w:br/>
        <w:t>а до кого саме, про це знають чабанці,&lt;br /&gt;</w:t>
        <w:br/>
        <w:t>які чують увесь довгий день твій голос,&lt;br /&gt;</w:t>
        <w:br/>
        <w:t>а ми за отакий твій голос,&lt;br /&gt;</w:t>
        <w:br/>
        <w:t>що його чують чабанці увесь довгий день,&lt;br /&gt;</w:t>
        <w:br/>
        <w:t>тебе називатимемо,&lt;br /&gt;</w:t>
        <w:br/>
        <w:t>а ми за тією назвою тебе усього відгадуватимемо;&lt;br /&gt;</w:t>
        <w:br/>
        <w:t>будь загадкою про самого себе за ознакою:&lt;br /&gt;</w:t>
        <w:br/>
        <w:t>той, хто ховається від людей, щоб його не бачили,&lt;br /&gt;</w:t>
        <w:br/>
        <w:t>як і всі твої родичі вівчарики,&lt;br /&gt;</w:t>
        <w:br/>
        <w:t>хоч ти тільки віднедавна став селитися в Україні,&lt;br /&gt;</w:t>
        <w:br/>
        <w:t>на нашому східному Поліссі,&lt;br /&gt;</w:t>
        <w:br/>
        <w:t>той, хто хоч і мостить своє гніздо на землі у хащах,&lt;br /&gt;</w:t>
        <w:br/>
        <w:t>але над ним вивершує ще й покрівлю,&lt;br /&gt;</w:t>
        <w:br/>
        <w:t>щоб стало його гніздо маленьким курінцем,&lt;br /&gt;</w:t>
        <w:br/>
        <w:t>щоб стало його гніздо курінцем у курені хащів,&lt;br /&gt;</w:t>
        <w:br/>
        <w:t>щоб у ньому ховатися від людей, щоб його не бачили;&lt;br /&gt;</w:t>
        <w:br/>
        <w:t>щоб ховатися,&lt;br /&gt;</w:t>
        <w:br/>
        <w:t>хоч ти і не є пташком, у якого чорні ніжці,&lt;br /&gt;</w:t>
        <w:br/>
        <w:t>як у твого родича плакучого вівчарика,&lt;br /&gt;</w:t>
        <w:br/>
        <w:t>хоч ти і не є дрібнішим пташком&lt;br /&gt;</w:t>
        <w:br/>
        <w:t>за твого родича плакучого вівчарика,&lt;br /&gt;</w:t>
        <w:br/>
        <w:t>за твого родича весняного вівчарика,&lt;br /&gt;</w:t>
        <w:br/>
        <w:t>за твого родича жовтого вівчарика,&lt;br /&gt;</w:t>
        <w:br/>
        <w:t>щоб ховатися&lt;br /&gt;</w:t>
        <w:br/>
        <w:t>у маленькому курінці свого гнізда, що&lt;br /&gt;</w:t>
        <w:br/>
        <w:t>ти його мостиш у гущавині лісу, у лозняку в лузі,&lt;br /&gt;</w:t>
        <w:br/>
        <w:t>як і всі твої родичі вівчарики,&lt;br /&gt;</w:t>
        <w:br/>
        <w:t>а ми за отаку твою звичку влаштовувати гніздо&lt;br /&gt;</w:t>
        <w:br/>
        <w:t>тебе називатимемо,&lt;br /&gt;</w:t>
        <w:br/>
        <w:t>а ми за тією назвою тебе усього відгадуватимемо —&lt;br /&gt;</w:t>
        <w:br/>
        <w:t>будь зеленим вівчариком,&lt;br /&gt;</w:t>
        <w:br/>
        <w:t>пташком, у якого зелені брівці!</w:t>
      </w:r>
    </w:p>
    <w:p>
      <w:r>
        <w:br/>
        <w:t>березень 2002</w:t>
      </w:r>
    </w:p>
    <w:p>
      <w:r>
        <w:br/>
        <w:t>СОЛОВЕЙКО:&lt;br /&gt;</w:t>
        <w:br/>
        <w:t>ПТАХ, ЯКИЙ СПІВАЄ ТРЬОМА ГОЛОСАМИ&lt;br /&gt;</w:t>
        <w:br/>
        <w:t>І&lt;br /&gt;</w:t>
        <w:br/>
        <w:t>Соловейку, соловейку,&lt;br /&gt;</w:t>
        <w:br/>
        <w:t>ти загадуєш загадку про самого себе за ознаками&lt;br /&gt;</w:t>
        <w:br/>
        <w:t>той, хто є пташка маленька,&lt;br /&gt;</w:t>
        <w:br/>
        <w:t>той, у кого голос тоненький,&lt;br /&gt;</w:t>
        <w:br/>
        <w:t>той, хто щебече трьома голосами;&lt;br /&gt;</w:t>
        <w:br/>
        <w:t>ти — той, хто є пташка маленька, а тому&lt;br /&gt;</w:t>
        <w:br/>
        <w:t>ти всім, хто тебе бачить, подобаєшся,&lt;br /&gt;</w:t>
        <w:br/>
        <w:t>ти — той, у кого голос тоненький, а тому,&lt;br /&gt;</w:t>
        <w:br/>
        <w:t>ти всім, хто тебе чує, дуже подобаєшся,&lt;br /&gt;</w:t>
        <w:br/>
        <w:t>ти — той, хто щебече трьома голосами:&lt;br /&gt;</w:t>
        <w:br/>
        <w:t>що один твій голос — гарний,&lt;br /&gt;</w:t>
        <w:br/>
        <w:t>що другий твій голос — кращий,&lt;br /&gt;</w:t>
        <w:br/>
        <w:t>що третій твій голос-найкращий, атому&lt;br /&gt;</w:t>
        <w:br/>
        <w:t>ти всім, хто чує твої три голоси,&lt;br /&gt;</w:t>
        <w:br/>
        <w:t>ще дужче подобаєшся —&lt;br /&gt;</w:t>
        <w:br/>
        <w:t>відгадкою такої загадки&lt;br /&gt;</w:t>
        <w:br/>
        <w:t>ти — сам увесь;</w:t>
      </w:r>
    </w:p>
    <w:p>
      <w:r>
        <w:br/>
        <w:t>ти загадуєш загадку про самого себе за ознаками:&lt;br /&gt;</w:t>
        <w:br/>
        <w:t>той, хто буває у вишневому садку,&lt;br /&gt;</w:t>
        <w:br/>
        <w:t>той, хто сідає на вишневу гілку,&lt;br /&gt;</w:t>
        <w:br/>
        <w:t>той, хто бачить, як навесні сіють мак,&lt;br /&gt;</w:t>
        <w:br/>
        <w:t>ти — той, хто буває у вишневому садку,&lt;br /&gt;</w:t>
        <w:br/>
        <w:t>ти — той, хто сідає на вишневу гілку,&lt;br /&gt;</w:t>
        <w:br/>
        <w:t>ти — той, хто бачить, як навесні сіють мак</w:t>
      </w:r>
    </w:p>
    <w:p>
      <w:r>
        <w:br/>
        <w:t>(мак загадує загадку про самого себе за ознаками&lt;br /&gt;</w:t>
        <w:br/>
        <w:t>те, що засівається,&lt;br /&gt;</w:t>
        <w:br/>
        <w:t>той, чиїх зерняток є багато,&lt;br /&gt;</w:t>
        <w:br/>
        <w:t>той, чиї зернятка є чорні,&lt;br /&gt;</w:t>
        <w:br/>
        <w:t>той, чия маківка є червона,&lt;br /&gt;</w:t>
        <w:br/>
        <w:t>той, чия головка є золота,&lt;br /&gt;</w:t>
        <w:br/>
        <w:t>те, що їдять,&lt;br /&gt;</w:t>
        <w:br/>
        <w:t>те, що солодке —&lt;br /&gt;</w:t>
        <w:br/>
        <w:t>відгадкою такої загадки є сам мак):</w:t>
      </w:r>
    </w:p>
    <w:p>
      <w:r>
        <w:br/>
        <w:t>як орють на мак,&lt;br /&gt;</w:t>
        <w:br/>
        <w:t>як скородять на мак,&lt;br /&gt;</w:t>
        <w:br/>
        <w:t>як засівають мак,&lt;br /&gt;</w:t>
        <w:br/>
        <w:t>як сходить мак,&lt;br /&gt;</w:t>
        <w:br/>
        <w:t>як росте мак,&lt;br /&gt;</w:t>
        <w:br/>
        <w:t>як полють мак,&lt;br /&gt;</w:t>
        <w:br/>
        <w:t>як сапають мак,&lt;br /&gt;</w:t>
        <w:br/>
        <w:t>як зеленіє мак,&lt;br /&gt;</w:t>
        <w:br/>
        <w:t>як розцвітає мак,&lt;br /&gt;</w:t>
        <w:br/>
        <w:t>як одцвітає мак,&lt;br /&gt;</w:t>
        <w:br/>
        <w:t>як поспіває мак,&lt;br /&gt;</w:t>
        <w:br/>
        <w:t>як жнуть мак,&lt;br /&gt;</w:t>
        <w:br/>
        <w:t>як в'яжуть мак,&lt;br /&gt;</w:t>
        <w:br/>
        <w:t>як складають мак,&lt;br /&gt;</w:t>
        <w:br/>
        <w:t>як возять мак,&lt;br /&gt;</w:t>
        <w:br/>
        <w:t>як молотять мак,&lt;br /&gt;</w:t>
        <w:br/>
        <w:t>як віють мак,&lt;br /&gt;</w:t>
        <w:br/>
        <w:t>як продають мак,&lt;br /&gt;</w:t>
        <w:br/>
        <w:t>як труть мак,&lt;br /&gt;</w:t>
        <w:br/>
        <w:t>як їдять мак —&lt;br /&gt;</w:t>
        <w:br/>
        <w:t>відгадкою такої загадки&lt;br /&gt;</w:t>
        <w:br/>
        <w:t>ти — сам увесь.&lt;br /&gt;</w:t>
        <w:br/>
        <w:t>II&lt;br /&gt;</w:t>
        <w:br/>
        <w:t>Соловейку, соловейку,&lt;br /&gt;</w:t>
        <w:br/>
        <w:t>те загадуєш загадку про самого себе за ознаками:&lt;br /&gt;</w:t>
        <w:br/>
        <w:t>той, хто є пташка маленька,&lt;br /&gt;</w:t>
        <w:br/>
        <w:t>той, у кого голос тоненький,&lt;br /&gt;</w:t>
        <w:br/>
        <w:t>той, хто щебече трьома голосами;&lt;br /&gt;</w:t>
        <w:br/>
        <w:t>ти — той, хто є пташка маленька, а тому&lt;br /&gt;</w:t>
        <w:br/>
        <w:t>ти всім, хто тебе бачить, подобаєшся&lt;br /&gt;</w:t>
        <w:br/>
        <w:t>ти — той, у кого голос тоненький, а тому&lt;br /&gt;</w:t>
        <w:br/>
        <w:t>ти всім, хто тебе чує, дуже подобаєшся,&lt;br /&gt;</w:t>
        <w:br/>
        <w:t>ти — той, хто щебече трьома голосами:&lt;br /&gt;</w:t>
        <w:br/>
        <w:t>що один твій голос — гарний,&lt;br /&gt;</w:t>
        <w:br/>
        <w:t>що другий твій голос — кращий,&lt;br /&gt;</w:t>
        <w:br/>
        <w:t>що третій твій голос — найкращий, а тому&lt;br /&gt;</w:t>
        <w:br/>
        <w:t>ти всім, хто чує твої три голоси,&lt;br /&gt;</w:t>
        <w:br/>
        <w:t>ще дужче подобаєшся —&lt;br /&gt;</w:t>
        <w:br/>
        <w:t>відгадкою такої загадки&lt;br /&gt;</w:t>
        <w:br/>
        <w:t>ти — сам увесь;</w:t>
      </w:r>
    </w:p>
    <w:p>
      <w:r>
        <w:br/>
        <w:t>дівчина, прикладаючи твою ознаку&lt;br /&gt;</w:t>
        <w:br/>
        <w:t>"бути тим, хто є пташкою маленькою'&lt;br /&gt;</w:t>
        <w:br/>
        <w:t>до одного із трьох старостів, до парубка,&lt;br /&gt;</w:t>
        <w:br/>
        <w:t>творить загадку про одного із трьох старостів,&lt;br /&gt;</w:t>
        <w:br/>
        <w:t>про парубка</w:t>
      </w:r>
    </w:p>
    <w:p>
      <w:r>
        <w:br/>
        <w:t>(слово "маленький", яке має значення&lt;br /&gt;</w:t>
        <w:br/>
        <w:t>"невеликий розміром, незначний величиною",&lt;br /&gt;</w:t>
        <w:br/>
        <w:t>є загадкою слова "миленький", яке має значення&lt;br /&gt;</w:t>
        <w:br/>
        <w:t>"той парубок, якого кохає дівчина",&lt;br /&gt;</w:t>
        <w:br/>
        <w:t>на підставі збігу спільної ознаки в обох цих словах&lt;br /&gt;</w:t>
        <w:br/>
        <w:t>— схожого звучання обох слів:&lt;br /&gt;</w:t>
        <w:br/>
        <w:t>як слово "маленький" звучить подібно&lt;br /&gt;</w:t>
        <w:br/>
        <w:t>до слова "миленький",&lt;br /&gt;</w:t>
        <w:br/>
        <w:t>так і слово "миленький" звучить подібно&lt;br /&gt;</w:t>
        <w:br/>
        <w:t>до слова "маленький" —&lt;br /&gt;</w:t>
        <w:br/>
        <w:t>відгадкою такої загадки-слова&lt;br /&gt;</w:t>
        <w:br/>
        <w:t>є один із трьох старостів, парубок,&lt;br /&gt;</w:t>
        <w:br/>
        <w:t>якого дівчина кохає,&lt;br /&gt;</w:t>
        <w:br/>
        <w:t>парубок, який для дівчини є миленьким):</w:t>
      </w:r>
    </w:p>
    <w:p>
      <w:r>
        <w:br/>
        <w:t>як ти, соловейку, є пташкою маленькою, а тому&lt;br /&gt;</w:t>
        <w:br/>
        <w:t>ти всім, хто тебе бачить, подобаєшся,&lt;br /&gt;</w:t>
        <w:br/>
        <w:t>так і один із трьох старостів,&lt;br /&gt;</w:t>
        <w:br/>
        <w:t>парубок, якого дівчина кохає,&lt;br /&gt;</w:t>
        <w:br/>
        <w:t>парубок, який для дівчини є миленьким,&lt;br /&gt;</w:t>
        <w:br/>
        <w:t>та якого дівчина побачить у своїй хаті,&lt;br /&gt;</w:t>
        <w:br/>
        <w:t>коли той прийде із старостами її сватати,&lt;br /&gt;</w:t>
        <w:br/>
        <w:t>дівчині подобається —&lt;br /&gt;</w:t>
        <w:br/>
        <w:t>відгадкою такої загадки&lt;br /&gt;</w:t>
        <w:br/>
        <w:t>є один із трьох старостів, парубок,&lt;br /&gt;</w:t>
        <w:br/>
        <w:t>якого дівчина кохає,&lt;br /&gt;</w:t>
        <w:br/>
        <w:t>парубок, який для дівчини є миленьким,&lt;br /&gt;</w:t>
        <w:br/>
        <w:t>та якого дівчина сподівається у своїй хаті,&lt;br /&gt;</w:t>
        <w:br/>
        <w:t>коли той прийде із старостами їі сватати</w:t>
      </w:r>
    </w:p>
    <w:p>
      <w:r>
        <w:br/>
        <w:t>(слово " соловейко", яке має значення&lt;br /&gt;</w:t>
        <w:br/>
        <w:t>"маленький перелітний корисний птах родини&lt;br /&gt;</w:t>
        <w:br/>
        <w:t>горобиних з сірим оперенням, самець якого&lt;br /&gt;</w:t>
        <w:br/>
        <w:t>чудово співає, особливо в період гніздування".&lt;br /&gt;</w:t>
        <w:br/>
        <w:t>є загадкою слова "сватко", яке має значення&lt;br /&gt;</w:t>
        <w:br/>
        <w:t>"пестливо до сват: людина, яка за дорученням&lt;br /&gt;</w:t>
        <w:br/>
        <w:t>того, хто хоче одружитися, або його рідних,&lt;br /&gt;</w:t>
        <w:br/>
        <w:t>сватає обрану особу",&lt;br /&gt;</w:t>
        <w:br/>
        <w:t>на підставі збігу спільної ознаки в обох цих словах&lt;br /&gt;</w:t>
        <w:br/>
        <w:t>-наявності суфікса —к-, який надає&lt;br /&gt;</w:t>
        <w:br/>
        <w:t>пестливого відтінку обом цим словам:&lt;br /&gt;</w:t>
        <w:br/>
        <w:t>як слово "соловейко"&lt;br /&gt;</w:t>
        <w:br/>
        <w:t>містить у своєму складі суфікс —к-, який надає&lt;br /&gt;</w:t>
        <w:br/>
        <w:t>пестливого відтінку цьому слову,&lt;br /&gt;</w:t>
        <w:br/>
        <w:t>так і слово " сватко"&lt;br /&gt;</w:t>
        <w:br/>
        <w:t>містить у своєму окладі суфікс —к-. який надає&lt;br /&gt;</w:t>
        <w:br/>
        <w:t>пестливого відтінку і цьому слову —&lt;br /&gt;</w:t>
        <w:br/>
        <w:t>відгадкою загадки-слова "соловейко" є слово "сватко",&lt;br /&gt;</w:t>
        <w:br/>
        <w:t>яким дівчина називає одного із трьох старостів, парубка,&lt;br /&gt;</w:t>
        <w:br/>
        <w:t>якого дівчина кохає, до якого дівчина пестлива) —</w:t>
      </w:r>
    </w:p>
    <w:p>
      <w:r>
        <w:br/>
        <w:t>ти, соловейку, — сватко;</w:t>
      </w:r>
    </w:p>
    <w:p>
      <w:r>
        <w:br/>
        <w:t>дівчина, прикладаючи твою ознаку&lt;br /&gt;</w:t>
        <w:br/>
        <w:t>"бути тим, у кого голос тоненький"&lt;br /&gt;</w:t>
        <w:br/>
        <w:t>до одного із трьох старостів, до парубка,&lt;br /&gt;</w:t>
        <w:br/>
        <w:t>творить загадку про одного із трьох старостів.&lt;br /&gt;</w:t>
        <w:br/>
        <w:t>про парубка:&lt;br /&gt;</w:t>
        <w:br/>
        <w:t>як ти, соловейку, маєш голос тоненький, а тому&lt;br /&gt;</w:t>
        <w:br/>
        <w:t>ти всім, хто тебе чує, дуже подобаєшся,&lt;br /&gt;</w:t>
        <w:br/>
        <w:t>так і один із трьох старостів,&lt;br /&gt;</w:t>
        <w:br/>
        <w:t>парубок, якого дівчина кохає,&lt;br /&gt;</w:t>
        <w:br/>
        <w:t>парубок, який для дівчини є миленьким,&lt;br /&gt;</w:t>
        <w:br/>
        <w:t>та якого дівчина побачить у своїй хаті,&lt;br /&gt;</w:t>
        <w:br/>
        <w:t>коли той прийде із старостами її сватати,&lt;br /&gt;</w:t>
        <w:br/>
        <w:t>та який промовить&lt;br /&gt;</w:t>
        <w:br/>
        <w:t>хоч би тільки слово "добрий вечір!",&lt;br /&gt;</w:t>
        <w:br/>
        <w:t>коли прийде із старостами її сватати.&lt;br /&gt;</w:t>
        <w:br/>
        <w:t>дівчині дуже подобається —&lt;br /&gt;</w:t>
        <w:br/>
        <w:t>відгадкою такої загадки&lt;br /&gt;</w:t>
        <w:br/>
        <w:t>є один із трьох старостів,&lt;br /&gt;</w:t>
        <w:br/>
        <w:t>парубок, якого дівчина кохає,&lt;br /&gt;</w:t>
        <w:br/>
        <w:t>парубок, який для дівчини є миленьким,&lt;br /&gt;</w:t>
        <w:br/>
        <w:t>та якого дівчина сподівається у своїй хаті,&lt;br /&gt;</w:t>
        <w:br/>
        <w:t>коли той прийде із старостами її сватати,&lt;br /&gt;</w:t>
        <w:br/>
        <w:t>та який промовить&lt;br /&gt;</w:t>
        <w:br/>
        <w:t>хоч би тільки слово "добрий вечір!",&lt;br /&gt;</w:t>
        <w:br/>
        <w:t>коли прийде із старостами її сватати —&lt;br /&gt;</w:t>
        <w:br/>
        <w:t>ти, соловейку, — сватко;</w:t>
      </w:r>
    </w:p>
    <w:p>
      <w:r>
        <w:br/>
        <w:t>дівчина, прикладаючи твою ознаку&lt;br /&gt;</w:t>
        <w:br/>
        <w:t>"бути тим, хто щебече трьома голосами:&lt;br /&gt;</w:t>
        <w:br/>
        <w:t>що один твій голос — гарний,&lt;br /&gt;</w:t>
        <w:br/>
        <w:t>що другий твій голос — кращий,&lt;br /&gt;</w:t>
        <w:br/>
        <w:t>що третій твій голос — найкращий"&lt;br /&gt;</w:t>
        <w:br/>
        <w:t>до усіх трьох старостів&lt;br /&gt;</w:t>
        <w:br/>
        <w:t>-до парубка, до підстарости та старости —&lt;br /&gt;</w:t>
        <w:br/>
        <w:t>творить загадку про усіх трьох старостів:&lt;br /&gt;</w:t>
        <w:br/>
        <w:t>як ти, соловейку, хто щебече трьома головами,&lt;br /&gt;</w:t>
        <w:br/>
        <w:t>що один твій голос — гарний, а тому&lt;br /&gt;</w:t>
        <w:br/>
        <w:t>ти всім, хто чує твій гарний голос,&lt;br /&gt;</w:t>
        <w:br/>
        <w:t>ще дужче подобаєшся&lt;br /&gt;</w:t>
        <w:br/>
        <w:t>так і один із трьох старостів,&lt;br /&gt;</w:t>
        <w:br/>
        <w:t>парубок, якого дівчина кохає,&lt;br /&gt;</w:t>
        <w:br/>
        <w:t>парубок, який для дівчини є миленьким,&lt;br /&gt;</w:t>
        <w:br/>
        <w:t>та якого дівчина побачить у своїй хаті,&lt;br /&gt;</w:t>
        <w:br/>
        <w:t>коли той прийде із двома старостами іі сватати,&lt;br /&gt;</w:t>
        <w:br/>
        <w:t>та який промовить&lt;br /&gt;</w:t>
        <w:br/>
        <w:t>хоч би тільки слово "добрий вечір!',&lt;br /&gt;</w:t>
        <w:br/>
        <w:t>коли прийде із двома старостами її сватати,&lt;br /&gt;</w:t>
        <w:br/>
        <w:t>дівчині ще дужче подобається —&lt;br /&gt;</w:t>
        <w:br/>
        <w:t>відгадкою такоі загадки&lt;br /&gt;</w:t>
        <w:br/>
        <w:t>є один із трьох старостів, парубок,&lt;br /&gt;</w:t>
        <w:br/>
        <w:t>якого дівчина кохає,&lt;br /&gt;</w:t>
        <w:br/>
        <w:t>парубок, який для дівчини є миленьким,&lt;br /&gt;</w:t>
        <w:br/>
        <w:t>та якого дівчина сподівається у своій хаті,&lt;br /&gt;</w:t>
        <w:br/>
        <w:t>коли той прийде із двома старостами іі сватати,&lt;br /&gt;</w:t>
        <w:br/>
        <w:t>та який промовить&lt;br /&gt;</w:t>
        <w:br/>
        <w:t>хоч би тільки слово "добрий вечір!",&lt;br /&gt;</w:t>
        <w:br/>
        <w:t>коли прийде із двома старостами її сватати —&lt;br /&gt;</w:t>
        <w:br/>
        <w:t>ти, соловейку, — сватко;&lt;br /&gt;</w:t>
        <w:br/>
        <w:t>як ти, соловейку, хто щебече трьома голосами,&lt;br /&gt;</w:t>
        <w:br/>
        <w:t>що другий твій голос — кращий, а тому&lt;br /&gt;</w:t>
        <w:br/>
        <w:t>ти всім, хто чує твій кращий голос,&lt;br /&gt;</w:t>
        <w:br/>
        <w:t>ще дужче подобаєшся,&lt;br /&gt;</w:t>
        <w:br/>
        <w:t>так і один із трьох старостів,&lt;br /&gt;</w:t>
        <w:br/>
        <w:t>підстароста, який для дівчини є миленьким,&lt;br /&gt;</w:t>
        <w:br/>
        <w:t>та якого дівчина побачить у своїй хаті,&lt;br /&gt;</w:t>
        <w:br/>
        <w:t>коли той прийде із двома старостами її сватати,&lt;br /&gt;</w:t>
        <w:br/>
        <w:t>та який промовить&lt;br /&gt;</w:t>
        <w:br/>
        <w:t>хоч би тільки слово "добрий вечір!',&lt;br /&gt;</w:t>
        <w:br/>
        <w:t>коли прийде із двома старостами її сватати,&lt;br /&gt;</w:t>
        <w:br/>
        <w:t>дівчині ще дужче подобається —&lt;br /&gt;</w:t>
        <w:br/>
        <w:t>відгадкою такоі загадки&lt;br /&gt;</w:t>
        <w:br/>
        <w:t>є один із трьох старостів,&lt;br /&gt;</w:t>
        <w:br/>
        <w:t>підстароста, який для дівчини є миленьким,&lt;br /&gt;</w:t>
        <w:br/>
        <w:t>та якого дівчина побачить у своїй хаті,&lt;br /&gt;</w:t>
        <w:br/>
        <w:t>коли той прийде із двома старостами іі сватати,&lt;br /&gt;</w:t>
        <w:br/>
        <w:t>та який промовить&lt;br /&gt;</w:t>
        <w:br/>
        <w:t>хоч би тільки слово "добрий вечір!",&lt;br /&gt;</w:t>
        <w:br/>
        <w:t>коли прийде із двома старостами її сватати —&lt;br /&gt;</w:t>
        <w:br/>
        <w:t>ти, соловейку, — сватко;&lt;br /&gt;</w:t>
        <w:br/>
        <w:t>як ти, соловейку, хто щебече трьома голосами,&lt;br /&gt;</w:t>
        <w:br/>
        <w:t>що третій твій голос — найкращий, а тому&lt;br /&gt;</w:t>
        <w:br/>
        <w:t>ти всім, хто чує твій найкращий голос,&lt;br /&gt;</w:t>
        <w:br/>
        <w:t>ще дужче подобаєшся,&lt;br /&gt;</w:t>
        <w:br/>
        <w:t>так і один із трьох старостів,&lt;br /&gt;</w:t>
        <w:br/>
        <w:t>староста, який для дівчини є миленьким,&lt;br /&gt;</w:t>
        <w:br/>
        <w:t>та якого дівчина побачить у своїй хаті,&lt;br /&gt;</w:t>
        <w:br/>
        <w:t>коли той прийде із двома старостами її сватати,&lt;br /&gt;</w:t>
        <w:br/>
        <w:t>та який промовить&lt;br /&gt;</w:t>
        <w:br/>
        <w:t>хоч би тільки слово "добрий вечір!",&lt;br /&gt;</w:t>
        <w:br/>
        <w:t>коли прийде із двома старостами її сватати,&lt;br /&gt;</w:t>
        <w:br/>
        <w:t>дівчині ще дужче подобається;&lt;br /&gt;</w:t>
        <w:br/>
        <w:t>так і один із трьох старостів,&lt;br /&gt;</w:t>
        <w:br/>
        <w:t>староста, який для дівчини є миленьким,&lt;br /&gt;</w:t>
        <w:br/>
        <w:t>та якого дівчина побачить у своїй хаті,&lt;br /&gt;</w:t>
        <w:br/>
        <w:t>коли той прийде із двома старостами її сватати,&lt;br /&gt;</w:t>
        <w:br/>
        <w:t>та який промовить&lt;br /&gt;</w:t>
        <w:br/>
        <w:t>не тільки слово "добрий вечір!",&lt;br /&gt;</w:t>
        <w:br/>
        <w:t>коли прийде із двома старостами її сватати</w:t>
      </w:r>
    </w:p>
    <w:p>
      <w:r>
        <w:br/>
        <w:t>(соловейку, ти називаєшся словом "соловейко",&lt;br /&gt;</w:t>
        <w:br/>
        <w:t>а слово " соловейко", яке має значення&lt;br /&gt;</w:t>
        <w:br/>
        <w:t>"маленький перелітний корисний птах родини&lt;br /&gt;</w:t>
        <w:br/>
        <w:t>горобиних із сірим оперенням, самець якого&lt;br /&gt;</w:t>
        <w:br/>
        <w:t>чудово співає, особливо в період гніздування",&lt;br /&gt;</w:t>
        <w:br/>
        <w:t>є загадкою слова "слово", "законне слово",&lt;br /&gt;</w:t>
        <w:br/>
        <w:t>яке має значення "обрядові вирази, обов'язкові&lt;br /&gt;</w:t>
        <w:br/>
        <w:t>у народних обрядах, наприклад весільних",&lt;br /&gt;</w:t>
        <w:br/>
        <w:t>на підставі збігу спільної ознаки в обох цих словах&lt;br /&gt;</w:t>
        <w:br/>
        <w:t>— схожого звучання обох слів:&lt;br /&gt;</w:t>
        <w:br/>
        <w:t>як слово "соловейко" звучить подібно до слова "слово",&lt;br /&gt;</w:t>
        <w:br/>
        <w:t>так і слово " слово* звучить подібно до слова " соловейко"&lt;br /&gt;</w:t>
        <w:br/>
        <w:t>відгадкою такої загадки-слова&lt;br /&gt;</w:t>
        <w:br/>
        <w:t>є "слово", "законне слово",&lt;br /&gt;</w:t>
        <w:br/>
        <w:t>звичайні слова старостів на сватанні),&lt;br /&gt;</w:t>
        <w:br/>
        <w:t>а ще й розкаже небилицю&lt;br /&gt;</w:t>
        <w:br/>
        <w:t>про куницю — красну дівицю&lt;br /&gt;</w:t>
        <w:br/>
        <w:t>(як твій, соловейку, спів нам усім подобається,&lt;br /&gt;</w:t>
        <w:br/>
        <w:t>хоч ми й не знаємо, про що ти співаєш,&lt;br /&gt;</w:t>
        <w:br/>
        <w:t>так і старости небилиця дівчині ще дужче подобається,&lt;br /&gt;</w:t>
        <w:br/>
        <w:t>хоч вона й знає, що в ній не про те гадається,&lt;br /&gt;</w:t>
        <w:br/>
        <w:t>про що мовиться),&lt;br /&gt;</w:t>
        <w:br/>
        <w:t>дівчині ще дужче подобається —&lt;br /&gt;</w:t>
        <w:br/>
        <w:t>ти, соловейку, — сватко.&lt;br /&gt;</w:t>
        <w:br/>
        <w:t>Соловейку, соловейку,&lt;br /&gt;</w:t>
        <w:br/>
        <w:t>ти загадуєш загадку про самого себе за ознаками:&lt;br /&gt;</w:t>
        <w:br/>
        <w:t>той, хто буває у вишневому садку,&lt;br /&gt;</w:t>
        <w:br/>
        <w:t>той, хто сідає на вишневу гілку,&lt;br /&gt;</w:t>
        <w:br/>
        <w:t>той, хто бачить, як навесні сіють мак</w:t>
      </w:r>
    </w:p>
    <w:p>
      <w:r>
        <w:br/>
        <w:t>(мак загадує загадку про самого себе за ознаками:&lt;br /&gt;</w:t>
        <w:br/>
        <w:t>те, шо засівається,&lt;br /&gt;</w:t>
        <w:br/>
        <w:t>той, чиїх зерняток є багато,&lt;br /&gt;</w:t>
        <w:br/>
        <w:t>той, чиї зернятка є чорні,&lt;br /&gt;</w:t>
        <w:br/>
        <w:t>той, чия маківка є червона,&lt;br /&gt;</w:t>
        <w:br/>
        <w:t>той, чия головка є золота,&lt;br /&gt;</w:t>
        <w:br/>
        <w:t>те, що їдять,&lt;br /&gt;</w:t>
        <w:br/>
        <w:t>те, що солодке —&lt;br /&gt;</w:t>
        <w:br/>
        <w:t>відгадкою такої загадки є сам мак) —&lt;br /&gt;</w:t>
        <w:br/>
        <w:t>відгадкою такої загадки&lt;br /&gt;</w:t>
        <w:br/>
        <w:t>ти — сам увесь;&lt;br /&gt;</w:t>
        <w:br/>
        <w:t>дівчина, прикладаючи твою ознаку&lt;br /&gt;</w:t>
        <w:br/>
        <w:t>"бути тим, хто буває у вишневому садку"&lt;br /&gt;</w:t>
        <w:br/>
        <w:t>до одного із трьох старостів, до парубка,&lt;br /&gt;</w:t>
        <w:br/>
        <w:t>який зустрічається на вулиці&lt;br /&gt;</w:t>
        <w:br/>
        <w:t>із нею, яка уже ходить у вінку,&lt;br /&gt;</w:t>
        <w:br/>
        <w:t>але іще не сватає її,&lt;br /&gt;</w:t>
        <w:br/>
        <w:t>не приходить разом зі своїми старостами&lt;br /&gt;</w:t>
        <w:br/>
        <w:t>до її хати,&lt;br /&gt;</w:t>
        <w:br/>
        <w:t>творить загадку про одного із трьох старостів,&lt;br /&gt;</w:t>
        <w:br/>
        <w:t>про парубка, який зустрічається на вулиці&lt;br /&gt;</w:t>
        <w:br/>
        <w:t>із нею, яка уже ходить у вінку,&lt;br /&gt;</w:t>
        <w:br/>
        <w:t>але іще не сватає її,&lt;br /&gt;</w:t>
        <w:br/>
        <w:t>не приходить разом зі своїми старостами&lt;br /&gt;</w:t>
        <w:br/>
        <w:t>до її хати:&lt;br /&gt;</w:t>
        <w:br/>
        <w:t>як ти, соловейку, буваєш у вишневому садку,&lt;br /&gt;</w:t>
        <w:br/>
        <w:t>щоб так і один із трьох старостів, парубок,&lt;br /&gt;</w:t>
        <w:br/>
        <w:t>який зустрічається на вулиці&lt;br /&gt;</w:t>
        <w:br/>
        <w:t>із дівчиною, яка уже ходить у вінку,&lt;br /&gt;</w:t>
        <w:br/>
        <w:t>уже сватав її.&lt;br /&gt;</w:t>
        <w:br/>
        <w:t>приходив разом зі своїми старостами&lt;br /&gt;</w:t>
        <w:br/>
        <w:t>до її хати —&lt;br /&gt;</w:t>
        <w:br/>
        <w:t>відгадкою такої загадки&lt;br /&gt;</w:t>
        <w:br/>
        <w:t>є один із трьох старостів, парубок,&lt;br /&gt;</w:t>
        <w:br/>
        <w:t>який зустрічається на вулиці&lt;br /&gt;</w:t>
        <w:br/>
        <w:t>із дівчиною, яка уся ходить у вінку,&lt;br /&gt;</w:t>
        <w:br/>
        <w:t>та яка хоче, щоб парубок уже сватав її,&lt;br /&gt;</w:t>
        <w:br/>
        <w:t>приходив разом зі своіми старостами&lt;br /&gt;</w:t>
        <w:br/>
        <w:t>до її хати —&lt;br /&gt;</w:t>
        <w:br/>
        <w:t>ти, соловейку, — сватко;</w:t>
      </w:r>
    </w:p>
    <w:p>
      <w:r>
        <w:br/>
        <w:t>дівчина, прикладаючи твою ознаку&lt;br /&gt;</w:t>
        <w:br/>
        <w:t>"бути тим, хто сідає на вишневу гілку"&lt;br /&gt;</w:t>
        <w:br/>
        <w:t>до одного із трьох старостів, до парубка,&lt;br /&gt;</w:t>
        <w:br/>
        <w:t>який зустрічається на вулиці&lt;br /&gt;</w:t>
        <w:br/>
        <w:t>із нею, яка уже ходить у вінку,&lt;br /&gt;</w:t>
        <w:br/>
        <w:t>та яка хоче, щоб один із трьох старостів,&lt;br /&gt;</w:t>
        <w:br/>
        <w:t>парубок, уже сватав її,&lt;br /&gt;</w:t>
        <w:br/>
        <w:t>приходив разом зі своїми старостами&lt;br /&gt;</w:t>
        <w:br/>
        <w:t>до її хати,&lt;br /&gt;</w:t>
        <w:br/>
        <w:t>та яка хоче, щоб один із трьох старостів,&lt;br /&gt;</w:t>
        <w:br/>
        <w:t>парубок, уже сватав її,&lt;br /&gt;</w:t>
        <w:br/>
        <w:t>сідав разом зі своїми старостами&lt;br /&gt;</w:t>
        <w:br/>
        <w:t>у її хаті,&lt;br /&gt;</w:t>
        <w:br/>
        <w:t>коли прийде із старостами її сватати,&lt;br /&gt;</w:t>
        <w:br/>
        <w:t>творить загадку про одного із трьох старостів,&lt;br /&gt;</w:t>
        <w:br/>
        <w:t>про парубка, який зустрічається на вулиці&lt;br /&gt;</w:t>
        <w:br/>
        <w:t>із нею, яка уже ходить у вінку,&lt;br /&gt;</w:t>
        <w:br/>
        <w:t>та яка хоче, щоб один із трьох старостів,&lt;br /&gt;</w:t>
        <w:br/>
        <w:t>парубок, уже сватав II,&lt;br /&gt;</w:t>
        <w:br/>
        <w:t>приходив разом зі своїми старостами&lt;br /&gt;</w:t>
        <w:br/>
        <w:t>до її хати,&lt;br /&gt;</w:t>
        <w:br/>
        <w:t>та яка хоче, щоб один із трьох старостів,&lt;br /&gt;</w:t>
        <w:br/>
        <w:t>парубок, уже сватав ії,&lt;br /&gt;</w:t>
        <w:br/>
        <w:t>сідав разом зі своїми старостами&lt;br /&gt;</w:t>
        <w:br/>
        <w:t>у ії хаті,&lt;br /&gt;</w:t>
        <w:br/>
        <w:t>коли той прийде із старостами її сватати:&lt;br /&gt;</w:t>
        <w:br/>
        <w:t>як ти, соловейку, буваєш у вишневому садку,&lt;br /&gt;</w:t>
        <w:br/>
        <w:t>як ти, соловейку, сідаєш на вишневу гілку,&lt;br /&gt;</w:t>
        <w:br/>
        <w:t>щоб так і один із трьох старостів, парубок,&lt;br /&gt;</w:t>
        <w:br/>
        <w:t>який зустрічається на вулиці&lt;br /&gt;</w:t>
        <w:br/>
        <w:t>із дівчиною, яка уже ходить у вінку,&lt;br /&gt;</w:t>
        <w:br/>
        <w:t>та яка хоче, щоб один із трьох старостів,&lt;br /&gt;</w:t>
        <w:br/>
        <w:t>парубок, уже сватав її,&lt;br /&gt;</w:t>
        <w:br/>
        <w:t>приходив разом зі своїми старостами&lt;br /&gt;</w:t>
        <w:br/>
        <w:t>до її хати,&lt;br /&gt;</w:t>
        <w:br/>
        <w:t>та яка хоче, щоб один із трьох старостів,&lt;br /&gt;</w:t>
        <w:br/>
        <w:t>парубок, уже сватав її,&lt;br /&gt;</w:t>
        <w:br/>
        <w:t>сідав разом зі своїми старостами&lt;br /&gt;</w:t>
        <w:br/>
        <w:t>у її хаті,&lt;br /&gt;</w:t>
        <w:br/>
        <w:t>коли той прийде із старостами її сватати, —&lt;br /&gt;</w:t>
        <w:br/>
        <w:t>відгадкою такої загадки&lt;br /&gt;</w:t>
        <w:br/>
        <w:t>є один із трьох старостів, парубок,&lt;br /&gt;</w:t>
        <w:br/>
        <w:t>який зустрічається на вулиці&lt;br /&gt;</w:t>
        <w:br/>
        <w:t>із дівчиною, яка уже ходить у вінку,&lt;br /&gt;</w:t>
        <w:br/>
        <w:t>та яка хоче, щоб один із трьох старостів,&lt;br /&gt;</w:t>
        <w:br/>
        <w:t>парубок, уже сватав Н,&lt;br /&gt;</w:t>
        <w:br/>
        <w:t>приходив разом зі своіми старостами&lt;br /&gt;</w:t>
        <w:br/>
        <w:t>до Ії хати,&lt;br /&gt;</w:t>
        <w:br/>
        <w:t>та яка хоче, щоб один із трьох старостів,&lt;br /&gt;</w:t>
        <w:br/>
        <w:t>парубок, уже сватав її,&lt;br /&gt;</w:t>
        <w:br/>
        <w:t>сідав разом зі своїми старостами&lt;br /&gt;</w:t>
        <w:br/>
        <w:t>у и хаті.&lt;br /&gt;</w:t>
        <w:br/>
        <w:t>коли прийде із старостами її сватати —&lt;br /&gt;</w:t>
        <w:br/>
        <w:t>ти, соловейку, — сватко;</w:t>
      </w:r>
    </w:p>
    <w:p>
      <w:r>
        <w:br/>
        <w:t>дівчина, прикладаючи твою ознаку&lt;br /&gt;</w:t>
        <w:br/>
        <w:t>"бути тим, хто бачить, як навесні сіють мак"</w:t>
      </w:r>
    </w:p>
    <w:p>
      <w:r>
        <w:br/>
        <w:t>(мак загадує загадку про самого себе за ознаками:&lt;br /&gt;</w:t>
        <w:br/>
        <w:t>те, шо засівається,&lt;br /&gt;</w:t>
        <w:br/>
        <w:t>той, чиїх зерняток є багато,&lt;br /&gt;</w:t>
        <w:br/>
        <w:t>той. чиї зернятка є чорні,&lt;br /&gt;</w:t>
        <w:br/>
        <w:t>той, чия маківка є червона,&lt;br /&gt;</w:t>
        <w:br/>
        <w:t>той, чия головка є золота,&lt;br /&gt;</w:t>
        <w:br/>
        <w:t>те, що їдять,&lt;br /&gt;</w:t>
        <w:br/>
        <w:t>те, що солодке —&lt;br /&gt;</w:t>
        <w:br/>
        <w:t>відгадкою такої загадки&lt;br /&gt;</w:t>
        <w:br/>
        <w:t>є сам мак;</w:t>
      </w:r>
    </w:p>
    <w:p>
      <w:r>
        <w:br/>
        <w:t>прикладаючи ознаки маку&lt;br /&gt;</w:t>
        <w:br/>
        <w:t>"бути тим, що засівається",&lt;br /&gt;</w:t>
        <w:br/>
        <w:t>"бути тим, чиїх зерняток є багато",&lt;br /&gt;</w:t>
        <w:br/>
        <w:t>"бути тим, чиї зернятка є чорні",&lt;br /&gt;</w:t>
        <w:br/>
        <w:t>"бути тим, чия маківка є червона",&lt;br /&gt;</w:t>
        <w:br/>
        <w:t>"бути тим, чия головка є золота",&lt;br /&gt;</w:t>
        <w:br/>
        <w:t>"бути тим, що їдять",&lt;br /&gt;</w:t>
        <w:br/>
        <w:t>"бути тим, що солодке"&lt;br /&gt;</w:t>
        <w:br/>
        <w:t>до дорослої дівчини, дівки,&lt;br /&gt;</w:t>
        <w:br/>
        <w:t>у якої вже засіялося волосся на геніталіях,&lt;br /&gt;</w:t>
        <w:br/>
        <w:t>як сіють мак навесні</w:t>
      </w:r>
    </w:p>
    <w:p>
      <w:r>
        <w:br/>
        <w:t>— слово " сіяти", яке має значення&lt;br /&gt;</w:t>
        <w:br/>
        <w:t>"кидати зерно, насіння звичайно в оброблену землю,&lt;br /&gt;</w:t>
        <w:br/>
        <w:t>певним способом розтрушуючи, розсипаючи його",&lt;br /&gt;</w:t>
        <w:br/>
        <w:t>є загадкою слова "засівати", яке мас значення&lt;br /&gt;</w:t>
        <w:br/>
        <w:t>"з'являючись, виростаючи на шкірі, покривати її&lt;br /&gt;</w:t>
        <w:br/>
        <w:t>-провуса, бороду, веснянки",&lt;br /&gt;</w:t>
        <w:br/>
        <w:t>на підставі збігу спільної ознаки в обох цих словах&lt;br /&gt;</w:t>
        <w:br/>
        <w:t>— схожого звучання обох слів:&lt;br /&gt;</w:t>
        <w:br/>
        <w:t>як слово "сіяти"&lt;br /&gt;</w:t>
        <w:br/>
        <w:t>звучить подібно до слова "засівати",&lt;br /&gt;</w:t>
        <w:br/>
        <w:t>так і слово "засівати"&lt;br /&gt;</w:t>
        <w:br/>
        <w:t>звучить подібно до слова " сіяти" —&lt;br /&gt;</w:t>
        <w:br/>
        <w:t>відгадкою такої загадки-слова&lt;br /&gt;</w:t>
        <w:br/>
        <w:t>є слово "засівати",&lt;br /&gt;</w:t>
        <w:br/>
        <w:t>поява волосся на геніталіях дорослої дівчини, дівки,</w:t>
      </w:r>
    </w:p>
    <w:p>
      <w:r>
        <w:br/>
        <w:t>у якої волосся на геніталіях уже багато,&lt;br /&gt;</w:t>
        <w:br/>
        <w:t>як посіяних макових зерняток,&lt;br /&gt;</w:t>
        <w:br/>
        <w:t>у якої волосся на геніталіях чорного забарвлення,&lt;br /&gt;</w:t>
        <w:br/>
        <w:t>як посіяні макові зернятка,&lt;br /&gt;</w:t>
        <w:br/>
        <w:t>у якої відтепер є незайманість,&lt;br /&gt;</w:t>
        <w:br/>
        <w:t>те, що найкрасивіше за все на світі,&lt;br /&gt;</w:t>
        <w:br/>
        <w:t>як розквітла маківка,&lt;br /&gt;</w:t>
        <w:br/>
        <w:t>у якої відтепер є незайманість,&lt;br /&gt;</w:t>
        <w:br/>
        <w:t>те, що найдорожче за все на світі,&lt;br /&gt;</w:t>
        <w:br/>
        <w:t>як золота макова головка,&lt;br /&gt;</w:t>
        <w:br/>
        <w:t>у якої відтепер є незайманість,&lt;br /&gt;</w:t>
        <w:br/>
        <w:t>яка буде відібрана&lt;br /&gt;</w:t>
        <w:br/>
        <w:t>тільки після звичайного сватання,&lt;br /&gt;</w:t>
        <w:br/>
        <w:t>тільки під час звичайної весільної комори,&lt;br /&gt;</w:t>
        <w:br/>
        <w:t>коли буде можливим перше злягання молодих,&lt;br /&gt;</w:t>
        <w:br/>
        <w:t>як їдять мак.&lt;br /&gt;</w:t>
        <w:br/>
        <w:t>— слово "їсти", яке мас значення "споживати їжу",&lt;br /&gt;</w:t>
        <w:br/>
        <w:t>є загадкою слова, яке не вимовляють у присутності дітей,&lt;br /&gt;</w:t>
        <w:br/>
        <w:t>яке має значення "здійснювати злягання",&lt;br /&gt;</w:t>
        <w:br/>
        <w:t>на підставі збігу спільної ознаки в обох цих словах&lt;br /&gt;</w:t>
        <w:br/>
        <w:t>— схожого звучання обох слів: як слово " їсти" звучить подібно&lt;br /&gt;</w:t>
        <w:br/>
        <w:t>до слова, яке не вимовляють у присутності дітей,&lt;br /&gt;</w:t>
        <w:br/>
        <w:t>із значенням "здійснювати злягання",&lt;br /&gt;</w:t>
        <w:br/>
        <w:t>так і слово, яке не вимовляють у присутності дітей,&lt;br /&gt;</w:t>
        <w:br/>
        <w:t>із значенням "здійснювати злягання",&lt;br /&gt;</w:t>
        <w:br/>
        <w:t>звучить подібно до слова "їсти" —&lt;br /&gt;</w:t>
        <w:br/>
        <w:t>відгадкою такої загадки-слова&lt;br /&gt;</w:t>
        <w:br/>
        <w:t>є слово, яке не вимовляють у присутності дітей,&lt;br /&gt;</w:t>
        <w:br/>
        <w:t>із значенням "здійснювати злягання",&lt;br /&gt;</w:t>
        <w:br/>
        <w:t>перше злягання молодих, яке буде можливим&lt;br /&gt;</w:t>
        <w:br/>
        <w:t>тільки після звичайного сватання&lt;br /&gt;</w:t>
        <w:br/>
        <w:t>тільки під час звичайної весільної комори, —</w:t>
      </w:r>
    </w:p>
    <w:p>
      <w:r>
        <w:br/>
        <w:t>коли буде можливим перше злягання молодих,&lt;br /&gt;</w:t>
        <w:br/>
        <w:t>те, що найсолодше за все на світі,&lt;br /&gt;</w:t>
        <w:br/>
        <w:t>як макові зернятка)</w:t>
      </w:r>
    </w:p>
    <w:p>
      <w:r>
        <w:br/>
        <w:t>до одного із трьох старостів, до парубка,&lt;br /&gt;</w:t>
        <w:br/>
        <w:t>який зустрічається на вулиці&lt;br /&gt;</w:t>
        <w:br/>
        <w:t>із нею, яка уже ходить у вінку,&lt;br /&gt;</w:t>
        <w:br/>
        <w:t>та яка хоче, щоб один із трьох старостів,&lt;br /&gt;</w:t>
        <w:br/>
        <w:t>парубок, уже сватав її,&lt;br /&gt;</w:t>
        <w:br/>
        <w:t>приходив разом зі своїми старостами&lt;br /&gt;</w:t>
        <w:br/>
        <w:t>до ії хати,&lt;br /&gt;</w:t>
        <w:br/>
        <w:t>та яка хоче, щоб один із трьох старостів,&lt;br /&gt;</w:t>
        <w:br/>
        <w:t>парубок, уже сватав її,&lt;br /&gt;</w:t>
        <w:br/>
        <w:t>сідав разом зі своїми старостами&lt;br /&gt;</w:t>
        <w:br/>
        <w:t>у ії хаті,&lt;br /&gt;</w:t>
        <w:br/>
        <w:t>коли прийде із старостами її сватати,&lt;br /&gt;</w:t>
        <w:br/>
        <w:t>бо вона вже, бач, доросла дівчина, дівка:&lt;br /&gt;</w:t>
        <w:br/>
        <w:t>у неї вже засіялося волосся на геніталіях,&lt;br /&gt;</w:t>
        <w:br/>
        <w:t>як сіють мак навесні,&lt;br /&gt;</w:t>
        <w:br/>
        <w:t>у неї волосся на геніталіях уже багато,&lt;br /&gt;</w:t>
        <w:br/>
        <w:t>як посіяних макових зерняток,&lt;br /&gt;</w:t>
        <w:br/>
        <w:t>у неї волосся на геніталіях чорного забарвлення,&lt;br /&gt;</w:t>
        <w:br/>
        <w:t>як посіяні макові зернятка,&lt;br /&gt;</w:t>
        <w:br/>
        <w:t>у неї відтепер є незайманість,&lt;br /&gt;</w:t>
        <w:br/>
        <w:t>те, що найкрасивіше за все на світі,&lt;br /&gt;</w:t>
        <w:br/>
        <w:t>як розквітла маківка,&lt;br /&gt;</w:t>
        <w:br/>
        <w:t>у неї відтепер є незайманість,&lt;br /&gt;</w:t>
        <w:br/>
        <w:t>те, що найдорожче за все на світі,&lt;br /&gt;</w:t>
        <w:br/>
        <w:t>як золота макова головка,&lt;br /&gt;</w:t>
        <w:br/>
        <w:t>у неї відтепер є незайманість,&lt;br /&gt;</w:t>
        <w:br/>
        <w:t>яка буде відібрана&lt;br /&gt;</w:t>
        <w:br/>
        <w:t>тільки після звичайного сватання,&lt;br /&gt;</w:t>
        <w:br/>
        <w:t>тільки під час звичайної весільної комори,&lt;br /&gt;</w:t>
        <w:br/>
        <w:t>коли буде можливим перше злягання молодих,&lt;br /&gt;</w:t>
        <w:br/>
        <w:t>як їдять мак,&lt;br /&gt;</w:t>
        <w:br/>
        <w:t>коли буде можливим перше злягання молодих,&lt;br /&gt;</w:t>
        <w:br/>
        <w:t>те, що найсолодше за все на світі,&lt;br /&gt;</w:t>
        <w:br/>
        <w:t>як макові зернятка,&lt;br /&gt;</w:t>
        <w:br/>
        <w:t>творить загадку про одного із трьох старостів,&lt;br /&gt;</w:t>
        <w:br/>
        <w:t>про парубка, який зустрічається на вулиці&lt;br /&gt;</w:t>
        <w:br/>
        <w:t>із нею, яка уже ходить у вінку,&lt;br /&gt;</w:t>
        <w:br/>
        <w:t>та про себе, яка хоче, щоб один із трьох старостів,&lt;br /&gt;</w:t>
        <w:br/>
        <w:t>парубок, уже сватав її,&lt;br /&gt;</w:t>
        <w:br/>
        <w:t>приходів разом зі своїми старостами&lt;br /&gt;</w:t>
        <w:br/>
        <w:t>до її хати.&lt;br /&gt;</w:t>
        <w:br/>
        <w:t>та яка хоче, щоб один із трьох старостів,&lt;br /&gt;</w:t>
        <w:br/>
        <w:t>парубок, уже сватав її,&lt;br /&gt;</w:t>
        <w:br/>
        <w:t>сідав разом зі своїми старостами&lt;br /&gt;</w:t>
        <w:br/>
        <w:t>у її хаті,&lt;br /&gt;</w:t>
        <w:br/>
        <w:t>коли прийде із старостами її сватати,&lt;br /&gt;</w:t>
        <w:br/>
        <w:t>бо вона вже, бач, доросла дівчина, дівка:&lt;br /&gt;</w:t>
        <w:br/>
        <w:t>у неї вже засіялося волосся на геніталіях,&lt;br /&gt;</w:t>
        <w:br/>
        <w:t>як сіють мак навесні,&lt;br /&gt;</w:t>
        <w:br/>
        <w:t>у неї волосся на геніталіях уже багато,&lt;br /&gt;</w:t>
        <w:br/>
        <w:t>як посіяних макових зерняток,&lt;br /&gt;</w:t>
        <w:br/>
        <w:t>у неї волосся на геніталіях чорного забарвлення&lt;br /&gt;</w:t>
        <w:br/>
        <w:t>як посіяні макові зернятка,&lt;br /&gt;</w:t>
        <w:br/>
        <w:t>у неї відтепер є незайманість,&lt;br /&gt;</w:t>
        <w:br/>
        <w:t>те, що найкрасивіше за все на світі,&lt;br /&gt;</w:t>
        <w:br/>
        <w:t>як розквітла маківка,&lt;br /&gt;</w:t>
        <w:br/>
        <w:t>у неї відтепер є незайманість,&lt;br /&gt;</w:t>
        <w:br/>
        <w:t>те, що найдорожче за все на світі,&lt;br /&gt;</w:t>
        <w:br/>
        <w:t>як золота макова головка,&lt;br /&gt;</w:t>
        <w:br/>
        <w:t>у неї відтепер є незайманість,&lt;br /&gt;</w:t>
        <w:br/>
        <w:t>яка буде відібрана&lt;br /&gt;</w:t>
        <w:br/>
        <w:t>тільки після звичайного сватання.&lt;br /&gt;</w:t>
        <w:br/>
        <w:t>тільки під час звичайної весільної комори,&lt;br /&gt;</w:t>
        <w:br/>
        <w:t>коли буде можливим перше злягання молодих,&lt;br /&gt;</w:t>
        <w:br/>
        <w:t>як їдять мак,&lt;br /&gt;</w:t>
        <w:br/>
        <w:t>коли буде можливим перше злягання молодих,&lt;br /&gt;</w:t>
        <w:br/>
        <w:t>те, що найсолодше за все на світі,&lt;br /&gt;</w:t>
        <w:br/>
        <w:t>як макові зернятка:&lt;br /&gt;</w:t>
        <w:br/>
        <w:t>як ти, соловейку, буваєш у вишневому садку,&lt;br /&gt;</w:t>
        <w:br/>
        <w:t>як ти, соловейку, сідаєш на вишневу гілку,&lt;br /&gt;</w:t>
        <w:br/>
        <w:t>як ти, соловейку, бачиш, як навесні сіють мак,&lt;br /&gt;</w:t>
        <w:br/>
        <w:t>як ти, соловейку, бачиш те, шо найдрібніше за все на світі,&lt;br /&gt;</w:t>
        <w:br/>
        <w:t>як ти, соловейку, бачиш те, чого ніхто не бачить,&lt;br /&gt;</w:t>
        <w:br/>
        <w:t>щоб так і один із трьох старостів, парубок,&lt;br /&gt;</w:t>
        <w:br/>
        <w:t>який зустрічається на вулиці&lt;br /&gt;</w:t>
        <w:br/>
        <w:t>із дівчиною, яка уже ходить у вінку,&lt;br /&gt;</w:t>
        <w:br/>
        <w:t>та яка хоче, щоб один із трьох старостів,&lt;br /&gt;</w:t>
        <w:br/>
        <w:t>парубок, уже сватав її,&lt;br /&gt;</w:t>
        <w:br/>
        <w:t>приходив разом зі своїми старостами&lt;br /&gt;</w:t>
        <w:br/>
        <w:t>до її хати,&lt;br /&gt;</w:t>
        <w:br/>
        <w:t>та яка хоче, щоб один із трьох старостів,&lt;br /&gt;</w:t>
        <w:br/>
        <w:t>парубок, уже сватав її,&lt;br /&gt;</w:t>
        <w:br/>
        <w:t>сідав разом зі своїми старостами&lt;br /&gt;</w:t>
        <w:br/>
        <w:t>у її хаті,&lt;br /&gt;</w:t>
        <w:br/>
        <w:t>коли прийде із старостами її сватати,&lt;br /&gt;</w:t>
        <w:br/>
        <w:t>бо вона вже, бач, доросла дівчина, дівка:&lt;br /&gt;</w:t>
        <w:br/>
        <w:t>у неї вже засіялося волосся на геніталіях,&lt;br /&gt;</w:t>
        <w:br/>
        <w:t>як сіють мак навесні,&lt;br /&gt;</w:t>
        <w:br/>
        <w:t>у неї волосся на геніталіях уже багато,&lt;br /&gt;</w:t>
        <w:br/>
        <w:t>як посіяних макових зерняток,&lt;br /&gt;</w:t>
        <w:br/>
        <w:t>у неї волосся на геніталіях чорного забарвлення,&lt;br /&gt;</w:t>
        <w:br/>
        <w:t>як посіяні макові зернятка,&lt;br /&gt;</w:t>
        <w:br/>
        <w:t>у неї відтепер є незайманість,&lt;br /&gt;</w:t>
        <w:br/>
        <w:t>те, що найкрасивіше за все на світі,&lt;br /&gt;</w:t>
        <w:br/>
        <w:t>як розквітла маківка,&lt;br /&gt;</w:t>
        <w:br/>
        <w:t>у неї відтепер є незайманість,&lt;br /&gt;</w:t>
        <w:br/>
        <w:t>те, шо найдорожче за все на світі.&lt;br /&gt;</w:t>
        <w:br/>
        <w:t>як золота макова головка.&lt;br /&gt;</w:t>
        <w:br/>
        <w:t>у неї відтепер є незайманість,&lt;br /&gt;</w:t>
        <w:br/>
        <w:t>яка буде відібрана&lt;br /&gt;</w:t>
        <w:br/>
        <w:t>тільки після звичайного сватання&lt;br /&gt;</w:t>
        <w:br/>
        <w:t>тільки під час звичайної весільної комори.&lt;br /&gt;</w:t>
        <w:br/>
        <w:t>коли буде можливим перше злягання молодих,&lt;br /&gt;</w:t>
        <w:br/>
        <w:t>як їдять мак,&lt;br /&gt;</w:t>
        <w:br/>
        <w:t>коли буде можливим перше злягання молодих,&lt;br /&gt;</w:t>
        <w:br/>
        <w:t>те, що най солодше за все на світі,&lt;br /&gt;</w:t>
        <w:br/>
        <w:t>як макові зернятка —&lt;br /&gt;</w:t>
        <w:br/>
        <w:t>відгадкою такої загадки&lt;br /&gt;</w:t>
        <w:br/>
        <w:t>є один із трьох старостів, парубок,&lt;br /&gt;</w:t>
        <w:br/>
        <w:t>який зустрічається на вулиці&lt;br /&gt;</w:t>
        <w:br/>
        <w:t>із дівчиною, яка уже ходить у вінку,&lt;br /&gt;</w:t>
        <w:br/>
        <w:t>та яка хоче, щоб один із трьох старостів,&lt;br /&gt;</w:t>
        <w:br/>
        <w:t>парубок, уже сватав її,&lt;br /&gt;</w:t>
        <w:br/>
        <w:t>приходив разом зі своїми старостами&lt;br /&gt;</w:t>
        <w:br/>
        <w:t>до її хати,&lt;br /&gt;</w:t>
        <w:br/>
        <w:t>та яка хоче, щоб один із трьох старостів,&lt;br /&gt;</w:t>
        <w:br/>
        <w:t>парубок, уже сватав її,&lt;br /&gt;</w:t>
        <w:br/>
        <w:t>сідав разом зі своїми старостами&lt;br /&gt;</w:t>
        <w:br/>
        <w:t>у її хаті,&lt;br /&gt;</w:t>
        <w:br/>
        <w:t>коли прийде із старостами її сватати,&lt;br /&gt;</w:t>
        <w:br/>
        <w:t>бо вона вже, бач, доросла дівчина, дівка:&lt;br /&gt;</w:t>
        <w:br/>
        <w:t>у неї вже засіялося волосся на геніталіях,&lt;br /&gt;</w:t>
        <w:br/>
        <w:t>як сіють мак навесні,&lt;br /&gt;</w:t>
        <w:br/>
        <w:t>у неї волосся на геніталіях уже багато,&lt;br /&gt;</w:t>
        <w:br/>
        <w:t>як посіяних макових зерняток,&lt;br /&gt;</w:t>
        <w:br/>
        <w:t>у неї волосся на геніталіях чорного забарвлення,&lt;br /&gt;</w:t>
        <w:br/>
        <w:t>як посіяні макові зернятка,&lt;br /&gt;</w:t>
        <w:br/>
        <w:t>у неї відтепер є незайманість,&lt;br /&gt;</w:t>
        <w:br/>
        <w:t>те, що найкрасивіше за все на світі,&lt;br /&gt;</w:t>
        <w:br/>
        <w:t>як розквітла маківка,&lt;br /&gt;</w:t>
        <w:br/>
        <w:t>у неї відтепер є незайманість,&lt;br /&gt;</w:t>
        <w:br/>
        <w:t>те, що найдорожче за все на світі,&lt;br /&gt;</w:t>
        <w:br/>
        <w:t>як золота макова головка,&lt;br /&gt;</w:t>
        <w:br/>
        <w:t>у неї відтепер є незайманість,&lt;br /&gt;</w:t>
        <w:br/>
        <w:t>яка буде відібрана&lt;br /&gt;</w:t>
        <w:br/>
        <w:t>тільки після звичайного сватання,&lt;br /&gt;</w:t>
        <w:br/>
        <w:t>тільки під час звичайної весільної комори,&lt;br /&gt;</w:t>
        <w:br/>
        <w:t>коли буде можливим перше злягання молодих,&lt;br /&gt;</w:t>
        <w:br/>
        <w:t>як їдять мак,&lt;br /&gt;</w:t>
        <w:br/>
        <w:t>коли буде можливим перше злягання молодих,&lt;br /&gt;</w:t>
        <w:br/>
        <w:t>те, що най солодше за все на світі,&lt;br /&gt;</w:t>
        <w:br/>
        <w:t>як макові зернятка —&lt;br /&gt;</w:t>
        <w:br/>
        <w:t>ти, соловейку, — сватко.</w:t>
      </w:r>
    </w:p>
    <w:p>
      <w:r>
        <w:br/>
        <w:t>Соловейку, соловейку,&lt;br /&gt;</w:t>
        <w:br/>
        <w:t>ти загадуєш загадку про самого себе за ознаками:&lt;br /&gt;</w:t>
        <w:br/>
        <w:t>той, хто буває у вишневому садку,&lt;br /&gt;</w:t>
        <w:br/>
        <w:t>той, хто сідає на вишневу гілку,&lt;br /&gt;</w:t>
        <w:br/>
        <w:t>той, хто бачить, як навесні сіють мак —&lt;br /&gt;</w:t>
        <w:br/>
        <w:t>відгадкою такоі загадки ти —&lt;br /&gt;</w:t>
        <w:br/>
        <w:t>сам увесь;</w:t>
      </w:r>
    </w:p>
    <w:p>
      <w:r>
        <w:br/>
        <w:t>дівчина, прикладаючи твої ознаки&lt;br /&gt;</w:t>
        <w:br/>
        <w:t>"бути тим, хто буває у вишневому садку*,&lt;br /&gt;</w:t>
        <w:br/>
        <w:t>"бути тим, хто сідає на вишневу гілку",&lt;br /&gt;</w:t>
        <w:br/>
        <w:t>"бути тим, хто бачить, як навесні сіють мак'&lt;br /&gt;</w:t>
        <w:br/>
        <w:t>до одного із трьох старостів, до парубка,&lt;br /&gt;</w:t>
        <w:br/>
        <w:t>який зустрічається на вулиці&lt;br /&gt;</w:t>
        <w:br/>
        <w:t>із нею, яка уже ходить у вінку,&lt;br /&gt;</w:t>
        <w:br/>
        <w:t>та яка хоче, шоб один із трьох старостів,&lt;br /&gt;</w:t>
        <w:br/>
        <w:t>парубок, уже сватав її,&lt;br /&gt;</w:t>
        <w:br/>
        <w:t>приходив разом зі своїми старостами&lt;br /&gt;</w:t>
        <w:br/>
        <w:t>до її хати,&lt;br /&gt;</w:t>
        <w:br/>
        <w:t>та яка хоче, щоб один із трьох старостів.&lt;br /&gt;</w:t>
        <w:br/>
        <w:t>парубок, уже сватав П,&lt;br /&gt;</w:t>
        <w:br/>
        <w:t>сідав разом зі своїми старостами&lt;br /&gt;</w:t>
        <w:br/>
        <w:t>у її хаті,&lt;br /&gt;</w:t>
        <w:br/>
        <w:t>коли прийде із старостами її сватати,&lt;br /&gt;</w:t>
        <w:br/>
        <w:t>бо вона вже, бач, доросла дівчина, дівка:&lt;br /&gt;</w:t>
        <w:br/>
        <w:t>у неї не тільки вже засіялося волосся на геніталіях,&lt;br /&gt;</w:t>
        <w:br/>
        <w:t>як сіють мак навесні,&lt;br /&gt;</w:t>
        <w:br/>
        <w:t>у неї не тільки волосся на геніталіях уже багато,&lt;br /&gt;</w:t>
        <w:br/>
        <w:t>як посіяних макових зерняток,&lt;br /&gt;</w:t>
        <w:br/>
        <w:t>у неї не тільки волосся на геніталіях чорного забарвлення,&lt;br /&gt;</w:t>
        <w:br/>
        <w:t>як посіяні макові зернятка,&lt;br /&gt;</w:t>
        <w:br/>
        <w:t>у неї не тільки відтепер с незайманість,&lt;br /&gt;</w:t>
        <w:br/>
        <w:t>те, що найкрасивіше за все на світі,&lt;br /&gt;</w:t>
        <w:br/>
        <w:t>як розквітла маківка,&lt;br /&gt;</w:t>
        <w:br/>
        <w:t>у неї не тільки відтепер є незайманість,&lt;br /&gt;</w:t>
        <w:br/>
        <w:t>те, що найдорожче за все на світі,&lt;br /&gt;</w:t>
        <w:br/>
        <w:t>як золота макова головка,&lt;br /&gt;</w:t>
        <w:br/>
        <w:t>у неї не тільки відтепер с незайманість,&lt;br /&gt;</w:t>
        <w:br/>
        <w:t>яка буде відібрана&lt;br /&gt;</w:t>
        <w:br/>
        <w:t>тільки після звичайного сватання,&lt;br /&gt;</w:t>
        <w:br/>
        <w:t>тільки під час звичайної весільної комори,&lt;br /&gt;</w:t>
        <w:br/>
        <w:t>коли буде можливим перше злягання молодих,&lt;br /&gt;</w:t>
        <w:br/>
        <w:t>як їдять мак,&lt;br /&gt;</w:t>
        <w:br/>
        <w:t>коли буде можливим перше злягання молодих,&lt;br /&gt;</w:t>
        <w:br/>
        <w:t>те, що найсолодше за все на світі,&lt;br /&gt;</w:t>
        <w:br/>
        <w:t>як макові зернятка,&lt;br /&gt;</w:t>
        <w:br/>
        <w:t>але дівчина ще й вишиває два рушники старостам,&lt;br /&gt;</w:t>
        <w:br/>
        <w:t>але дівчина ще й вишиває хусточку парубкові —&lt;br /&gt;</w:t>
        <w:br/>
        <w:t>вибирає гарні узори&lt;br /&gt;</w:t>
        <w:br/>
        <w:t>та вишиває їх "солов'їними вічками"&lt;br /&gt;</w:t>
        <w:br/>
        <w:t>(вишивання соловїні вічка . яке має значення&lt;br /&gt;</w:t>
        <w:br/>
        <w:t>"особлива техніка вишивання",&lt;br /&gt;</w:t>
        <w:br/>
        <w:t>є загадкою вишиваного "соловейка", який має значення&lt;br /&gt;</w:t>
        <w:br/>
        <w:t>"вишитий маленький перелітний корисний птах родини&lt;br /&gt;</w:t>
        <w:br/>
        <w:t>горобиних з сірим оперенням, самець якого&lt;br /&gt;</w:t>
        <w:br/>
        <w:t>чудово співає, особливо в період гніздування",&lt;br /&gt;</w:t>
        <w:br/>
        <w:t>на підставі того, що вишивання 1 солов'їні вічка"&lt;br /&gt;</w:t>
        <w:br/>
        <w:t>є частиною стосовно цілого вишиваного " соловейка":&lt;br /&gt;</w:t>
        <w:br/>
        <w:t>як вишивання "солов'їні вічка"&lt;br /&gt;</w:t>
        <w:br/>
        <w:t>є частиною стосовно цілого вишиваного 'соловейка',&lt;br /&gt;</w:t>
        <w:br/>
        <w:t>так і вишиваний " соловейко"&lt;br /&gt;</w:t>
        <w:br/>
        <w:t>є цілим стосовно частини&lt;br /&gt;</w:t>
        <w:br/>
        <w:t>вишивання" солов'їні вічка" —&lt;br /&gt;</w:t>
        <w:br/>
        <w:t>відгадкою такої вишиваної загадки&lt;br /&gt;</w:t>
        <w:br/>
        <w:t>є вишиваний "соловейко";</w:t>
      </w:r>
    </w:p>
    <w:p>
      <w:r>
        <w:br/>
        <w:t>вишиваний "соловейко", який має значення&lt;br /&gt;</w:t>
        <w:br/>
        <w:t>"вишитий маленький перелітний корисний птах родини&lt;br /&gt;</w:t>
        <w:br/>
        <w:t>горобиних з сірим оперенням, самець якого&lt;br /&gt;</w:t>
        <w:br/>
        <w:t>чудово співає, особливо в період гніздування"&lt;br /&gt;</w:t>
        <w:br/>
        <w:t>є загадкою соловейка, який має значення&lt;br /&gt;</w:t>
        <w:br/>
        <w:t>"маленький перелітний корисний птах родини&lt;br /&gt;</w:t>
        <w:br/>
        <w:t>горобиних з сірим оперенням, самець якого&lt;br /&gt;</w:t>
        <w:br/>
        <w:t>чудово співає, особливо в період гніздування"&lt;br /&gt;</w:t>
        <w:br/>
        <w:t>на підставі спільної назви:&lt;br /&gt;</w:t>
        <w:br/>
        <w:t>як вишиваний "соловейко" називається словом соловейко,&lt;br /&gt;</w:t>
        <w:br/>
        <w:t>так і соловейко називається словом соловейко —&lt;br /&gt;</w:t>
        <w:br/>
        <w:t>відгадкою такої вишиваної загадки&lt;br /&gt;</w:t>
        <w:br/>
        <w:t>є соловейко;</w:t>
      </w:r>
    </w:p>
    <w:p>
      <w:r>
        <w:br/>
        <w:t>соловейко, який має ознаку&lt;br /&gt;</w:t>
        <w:br/>
        <w:t>"бути тим, хто с пташкою маленькою"&lt;br /&gt;</w:t>
        <w:br/>
        <w:t>е загадкою одного із трьох старостів,&lt;br /&gt;</w:t>
        <w:br/>
        <w:t>парубка, якого дівчина кохає,&lt;br /&gt;</w:t>
        <w:br/>
        <w:t>парубка, якого дівчина називає "миленький",&lt;br /&gt;</w:t>
        <w:br/>
        <w:t>на підставі збігу спільної ознаки,&lt;br /&gt;</w:t>
        <w:br/>
        <w:t>схожого звучання обох цих слів:&lt;br /&gt;</w:t>
        <w:br/>
        <w:t>як слово "маленький'&lt;br /&gt;</w:t>
        <w:br/>
        <w:t>звучить подібно до слова "миленький*,&lt;br /&gt;</w:t>
        <w:br/>
        <w:t>так і слово "миленький"&lt;br /&gt;</w:t>
        <w:br/>
        <w:t>звучить подібно до слова "маленький" —&lt;br /&gt;</w:t>
        <w:br/>
        <w:t>відгадкою такоі загадки&lt;br /&gt;</w:t>
        <w:br/>
        <w:t>є парубок, якого дівчина кохає,&lt;br /&gt;</w:t>
        <w:br/>
        <w:t>парубок, якого дівчина називає&lt;br /&gt;</w:t>
        <w:br/>
        <w:t>соловейко);</w:t>
      </w:r>
    </w:p>
    <w:p>
      <w:r>
        <w:br/>
        <w:t>дівчина, яка вишиває два рушники старостам,&lt;br /&gt;</w:t>
        <w:br/>
        <w:t>дівчина, яка вишиває хусточку парубкові,&lt;br /&gt;</w:t>
        <w:br/>
        <w:t>прикладаючи твої, соловейку, ознаки&lt;br /&gt;</w:t>
        <w:br/>
        <w:t>"бути тим, хто буває у вишневому садку",&lt;br /&gt;</w:t>
        <w:br/>
        <w:t>"бути тим, хто сідає на вишневу гілку",&lt;br /&gt;</w:t>
        <w:br/>
        <w:t>"бути тим, хто бачить, як навесні сіють мак'&lt;br /&gt;</w:t>
        <w:br/>
        <w:t>до одного із трьох старостів, до парубка,&lt;br /&gt;</w:t>
        <w:br/>
        <w:t>який зустрічається на вулиці&lt;br /&gt;</w:t>
        <w:br/>
        <w:t>із нею, яка уже ходить у вінку,&lt;br /&gt;</w:t>
        <w:br/>
        <w:t>та яка хоче, щоб один із трьох старостів,&lt;br /&gt;</w:t>
        <w:br/>
        <w:t>парубок, уже сватав її,&lt;br /&gt;</w:t>
        <w:br/>
        <w:t>приходив разом зі своїми старостами&lt;br /&gt;</w:t>
        <w:br/>
        <w:t>до її хати,&lt;br /&gt;</w:t>
        <w:br/>
        <w:t>та яка хоче, щоб один із трьох старостів,&lt;br /&gt;</w:t>
        <w:br/>
        <w:t>парубок, уже сватав її,&lt;br /&gt;</w:t>
        <w:br/>
        <w:t>сідає разом зі своїми старостами&lt;br /&gt;</w:t>
        <w:br/>
        <w:t>у її хаті,&lt;br /&gt;</w:t>
        <w:br/>
        <w:t>коли прийде із старостами ії сватати,&lt;br /&gt;</w:t>
        <w:br/>
        <w:t>бо вона вже, бач, доросла дівчина, дівка:&lt;br /&gt;</w:t>
        <w:br/>
        <w:t>у неї вже засіялося волосся на геніталіях,&lt;br /&gt;</w:t>
        <w:br/>
        <w:t>як сіють мак навесні,&lt;br /&gt;</w:t>
        <w:br/>
        <w:t>у неї волосся на геніталіях уже багато,&lt;br /&gt;</w:t>
        <w:br/>
        <w:t>як посіяних макових зерняток,&lt;br /&gt;</w:t>
        <w:br/>
        <w:t>у неї волосся на геніталіях чорного забарвлення&lt;br /&gt;</w:t>
        <w:br/>
        <w:t>як посіяні макові зернятка,&lt;br /&gt;</w:t>
        <w:br/>
        <w:t>у неї відтепер є незайманість,&lt;br /&gt;</w:t>
        <w:br/>
        <w:t>те, що найкрасивіше за все на світі,&lt;br /&gt;</w:t>
        <w:br/>
        <w:t>як розквітла маківка,&lt;br /&gt;</w:t>
        <w:br/>
        <w:t>у неї відтепер є незайманість,&lt;br /&gt;</w:t>
        <w:br/>
        <w:t>те, що найдорожче за все на світі,&lt;br /&gt;</w:t>
        <w:br/>
        <w:t>як золота макова головка,&lt;br /&gt;</w:t>
        <w:br/>
        <w:t>у неї відтепер є незайманість,&lt;br /&gt;</w:t>
        <w:br/>
        <w:t>яка буде відібрана&lt;br /&gt;</w:t>
        <w:br/>
        <w:t>тільки після звичайного сватання,&lt;br /&gt;</w:t>
        <w:br/>
        <w:t>тільки під час звичайної весільної комори,&lt;br /&gt;</w:t>
        <w:br/>
        <w:t>коли буде можливим перше злягання молодих,&lt;br /&gt;</w:t>
        <w:br/>
        <w:t>як їдять мак,&lt;br /&gt;</w:t>
        <w:br/>
        <w:t>коли буде можливим перше злягання молодих,&lt;br /&gt;</w:t>
        <w:br/>
        <w:t>те, що найсолодше за все на світі,&lt;br /&gt;</w:t>
        <w:br/>
        <w:t>як макові зернятка,&lt;br /&gt;</w:t>
        <w:br/>
        <w:t>бо вона вже, бач, доросла дівчина, дівка:&lt;br /&gt;</w:t>
        <w:br/>
        <w:t>вона вже вишиває два рушники старостам,&lt;br /&gt;</w:t>
        <w:br/>
        <w:t>вона вже вишиває хусточку парубкові —&lt;br /&gt;</w:t>
        <w:br/>
        <w:t>вибирає гарні узори&lt;br /&gt;</w:t>
        <w:br/>
        <w:t>та вишиває їх "солов'їними вічками",&lt;br /&gt;</w:t>
        <w:br/>
        <w:t>творить загадку про одного із трьох старостів,&lt;br /&gt;</w:t>
        <w:br/>
        <w:t>про нарубка, який зустрічається на вулиці&lt;br /&gt;</w:t>
        <w:br/>
        <w:t>із нею. яка уже ходить у вінку,&lt;br /&gt;</w:t>
        <w:br/>
        <w:t>та про себе, яка хоче, щоб один із трьох старостів,&lt;br /&gt;</w:t>
        <w:br/>
        <w:t>парубок, уже сватав Н,&lt;br /&gt;</w:t>
        <w:br/>
        <w:t>приходив разом зі своїми старостами&lt;br /&gt;</w:t>
        <w:br/>
        <w:t>до її хати,&lt;br /&gt;</w:t>
        <w:br/>
        <w:t>та яка хоче, щоб один із трьох старостів,&lt;br /&gt;</w:t>
        <w:br/>
        <w:t>парубок, уже сватав Н,&lt;br /&gt;</w:t>
        <w:br/>
        <w:t>сідав разом зі своїми старостами&lt;br /&gt;</w:t>
        <w:br/>
        <w:t>у її хаті,&lt;br /&gt;</w:t>
        <w:br/>
        <w:t>коли прийде із старостами її сватати,&lt;br /&gt;</w:t>
        <w:br/>
        <w:t>бо вона вже, бач. доросла дівчина, дівка:&lt;br /&gt;</w:t>
        <w:br/>
        <w:t>у неї вже засіялося волосся на геніталіях,&lt;br /&gt;</w:t>
        <w:br/>
        <w:t>як сіють мак навесні,&lt;br /&gt;</w:t>
        <w:br/>
        <w:t>у неї волосся на геніталіях уже багато,&lt;br /&gt;</w:t>
        <w:br/>
        <w:t>як посіяних макових зерняток,&lt;br /&gt;</w:t>
        <w:br/>
        <w:t>у неї волосся на геніталіях чорного забарвлення,&lt;br /&gt;</w:t>
        <w:br/>
        <w:t>як посіяні макові зернятка,&lt;br /&gt;</w:t>
        <w:br/>
        <w:t>у неї відтепер є незайманість,&lt;br /&gt;</w:t>
        <w:br/>
        <w:t>те, що найкрасивіше за все на світі,&lt;br /&gt;</w:t>
        <w:br/>
        <w:t>як розквітла маківка,&lt;br /&gt;</w:t>
        <w:br/>
        <w:t>у неї відтепер є незайманість,&lt;br /&gt;</w:t>
        <w:br/>
        <w:t>те, що найдорожче за все на світі,&lt;br /&gt;</w:t>
        <w:br/>
        <w:t>як золота макова головка,&lt;br /&gt;</w:t>
        <w:br/>
        <w:t>у неї відтепер е незайманість,&lt;br /&gt;</w:t>
        <w:br/>
        <w:t>яка буде відібрана&lt;br /&gt;</w:t>
        <w:br/>
        <w:t>тільки після звичайного сватання,&lt;br /&gt;</w:t>
        <w:br/>
        <w:t>тільки під час звичайної весільної комори,&lt;br /&gt;</w:t>
        <w:br/>
        <w:t>коли буде можливим перше злягання молодих,&lt;br /&gt;</w:t>
        <w:br/>
        <w:t>як їдять мак,&lt;br /&gt;</w:t>
        <w:br/>
        <w:t>коли буде можливим перше злягання молодих,&lt;br /&gt;</w:t>
        <w:br/>
        <w:t>те, що най солодше за все на світі,&lt;br /&gt;</w:t>
        <w:br/>
        <w:t>як макові зернятка,&lt;br /&gt;</w:t>
        <w:br/>
        <w:t>бо вона вже, бач, доросла дівчина, дівка:&lt;br /&gt;</w:t>
        <w:br/>
        <w:t>вона вже вишиває два рушники старостам.&lt;br /&gt;</w:t>
        <w:br/>
        <w:t>вона вже вишиває хусточку парубкові —&lt;br /&gt;</w:t>
        <w:br/>
        <w:t>вибирає гарні узори&lt;br /&gt;</w:t>
        <w:br/>
        <w:t>та вишиває їх "солов'їними вічками":&lt;br /&gt;</w:t>
        <w:br/>
        <w:t>як ти, соловейку, буваєш у вишневому садку,&lt;br /&gt;</w:t>
        <w:br/>
        <w:t>як ти, соловейку, сідаєш на вишневу гілку,&lt;br /&gt;</w:t>
        <w:br/>
        <w:t>як ти, соловейку, бачиш, як навесні сіють мак,&lt;br /&gt;</w:t>
        <w:br/>
        <w:t>як ти, соловейку, бачиш те, що найдрібніше за все на світі,&lt;br /&gt;</w:t>
        <w:br/>
        <w:t>як ти, соловейку, бачиш те, чого ніхто не бачить.&lt;br /&gt;</w:t>
        <w:br/>
        <w:t>щоб так і один із трьох старостів, парубок,&lt;br /&gt;</w:t>
        <w:br/>
        <w:t>який зустрічається на вулиці&lt;br /&gt;</w:t>
        <w:br/>
        <w:t>із дівчиною, яка уже ходить у вінку,&lt;br /&gt;</w:t>
        <w:br/>
        <w:t>та яка хоче, щоб один із трьох старостів,&lt;br /&gt;</w:t>
        <w:br/>
        <w:t>парубок, уже сватав її,&lt;br /&gt;</w:t>
        <w:br/>
        <w:t>приходив разом зі своїми старостами&lt;br /&gt;</w:t>
        <w:br/>
        <w:t>до її хати,&lt;br /&gt;</w:t>
        <w:br/>
        <w:t>та яка хоче, щоб один із трьох старостів,&lt;br /&gt;</w:t>
        <w:br/>
        <w:t>парубок, уже сватав П,&lt;br /&gt;</w:t>
        <w:br/>
        <w:t>сідав разом зі своїми старостами&lt;br /&gt;</w:t>
        <w:br/>
        <w:t>у її хаті,&lt;br /&gt;</w:t>
        <w:br/>
        <w:t>коли прийде із старостами її сватати,&lt;br /&gt;</w:t>
        <w:br/>
        <w:t>бо вона вже, бач, доросла дівчина, дівка:&lt;br /&gt;</w:t>
        <w:br/>
        <w:t>у неї вже засіялося волосся на геніталіях,&lt;br /&gt;</w:t>
        <w:br/>
        <w:t>як сіють мак навесні.&lt;br /&gt;</w:t>
        <w:br/>
        <w:t>у неї волосся на геніталіях уже багато,&lt;br /&gt;</w:t>
        <w:br/>
        <w:t>як посіяних макових зерняток,&lt;br /&gt;</w:t>
        <w:br/>
        <w:t>у неї волосся на геніталіях чорного забарвлення&lt;br /&gt;</w:t>
        <w:br/>
        <w:t>як посіяні макові зернятка,&lt;br /&gt;</w:t>
        <w:br/>
        <w:t>у неї відтепер є незайманість.&lt;br /&gt;</w:t>
        <w:br/>
        <w:t>те, що найкрасивіше за все на світі,&lt;br /&gt;</w:t>
        <w:br/>
        <w:t>як розквітла маківка,&lt;br /&gt;</w:t>
        <w:br/>
        <w:t>у неї відтепер є незайманість,&lt;br /&gt;</w:t>
        <w:br/>
        <w:t>те, що найдорожче за все на світі,&lt;br /&gt;</w:t>
        <w:br/>
        <w:t>як золота макова головка,&lt;br /&gt;</w:t>
        <w:br/>
        <w:t>у неї відтепер є незайманість,&lt;br /&gt;</w:t>
        <w:br/>
        <w:t>яка буде відібрана&lt;br /&gt;</w:t>
        <w:br/>
        <w:t>тільки після звичайного сватання,&lt;br /&gt;</w:t>
        <w:br/>
        <w:t>тільки під час звичайної весільної комори,&lt;br /&gt;</w:t>
        <w:br/>
        <w:t>коли буде можливим перше злягання молодих,&lt;br /&gt;</w:t>
        <w:br/>
        <w:t>як їдять мак,&lt;br /&gt;</w:t>
        <w:br/>
        <w:t>коли буде можливим перше злягання молодих,&lt;br /&gt;</w:t>
        <w:br/>
        <w:t>те, що най солодше за все на світі,&lt;br /&gt;</w:t>
        <w:br/>
        <w:t>як макові зернятка,&lt;br /&gt;</w:t>
        <w:br/>
        <w:t>бо вона вже, бач, доросла дівчина, дівка:&lt;br /&gt;</w:t>
        <w:br/>
        <w:t>вона вже вишиває два рушники старостам,&lt;br /&gt;</w:t>
        <w:br/>
        <w:t>вона вже вишиває хусточку парубкові —&lt;br /&gt;</w:t>
        <w:br/>
        <w:t>вибирає гарні узори&lt;br /&gt;</w:t>
        <w:br/>
        <w:t>та вишиває їх "солов'їними вічками" —&lt;br /&gt;</w:t>
        <w:br/>
        <w:t>відгадкою такої загадки&lt;br /&gt;</w:t>
        <w:br/>
        <w:t>є один із трьох старостів, парубок,&lt;br /&gt;</w:t>
        <w:br/>
        <w:t>який зустрічається на вулиці&lt;br /&gt;</w:t>
        <w:br/>
        <w:t>із дівчиною, яка уже ходить у вінку,&lt;br /&gt;</w:t>
        <w:br/>
        <w:t>та яка хоче, щоб один із трьох старостів,&lt;br /&gt;</w:t>
        <w:br/>
        <w:t>парубок, уже сватав її,&lt;br /&gt;</w:t>
        <w:br/>
        <w:t>приходив разом зі своїми старостами&lt;br /&gt;</w:t>
        <w:br/>
        <w:t>до її хати,&lt;br /&gt;</w:t>
        <w:br/>
        <w:t>та яка хоче, щоб один із трьох старостів,&lt;br /&gt;</w:t>
        <w:br/>
        <w:t>парубок, уже сватав її,&lt;br /&gt;</w:t>
        <w:br/>
        <w:t>сідав разом зі своїми старостами&lt;br /&gt;</w:t>
        <w:br/>
        <w:t>у її хаті,&lt;br /&gt;</w:t>
        <w:br/>
        <w:t>коли прийде із старостами її сватати,&lt;br /&gt;</w:t>
        <w:br/>
        <w:t>бо вона вже, бач, доросла дівчина, дівка:&lt;br /&gt;</w:t>
        <w:br/>
        <w:t>у неї вже засіялося волосся на геніталіях,&lt;br /&gt;</w:t>
        <w:br/>
        <w:t>як сіють мак навесні,&lt;br /&gt;</w:t>
        <w:br/>
        <w:t>у неї волосся на геніталіях уже багато,&lt;br /&gt;</w:t>
        <w:br/>
        <w:t>як посіяних макових зерняток,&lt;br /&gt;</w:t>
        <w:br/>
        <w:t>у неї волосся на геніталіях чорного забарвлення,&lt;br /&gt;</w:t>
        <w:br/>
        <w:t>як посіяні макові зернятка,&lt;br /&gt;</w:t>
        <w:br/>
        <w:t>у неї відтепер є незайманість,&lt;br /&gt;</w:t>
        <w:br/>
        <w:t>те, що найкрасивіше за все на світі,&lt;br /&gt;</w:t>
        <w:br/>
        <w:t>як розквітла маківка,&lt;br /&gt;</w:t>
        <w:br/>
        <w:t>у неї відтепер є незайманість,&lt;br /&gt;</w:t>
        <w:br/>
        <w:t>те, що найдорожче за все на світі,&lt;br /&gt;</w:t>
        <w:br/>
        <w:t>як золота макова головка,&lt;br /&gt;</w:t>
        <w:br/>
        <w:t>у неї відтепер є незайманість,&lt;br /&gt;</w:t>
        <w:br/>
        <w:t>яка буде відібрана&lt;br /&gt;</w:t>
        <w:br/>
        <w:t>тільки після звичайного сватання,&lt;br /&gt;</w:t>
        <w:br/>
        <w:t>тільки під час звичайної весільної комори,&lt;br /&gt;</w:t>
        <w:br/>
        <w:t>коли буде можливим перше злягання молодих,&lt;br /&gt;</w:t>
        <w:br/>
        <w:t>як їдять мак,&lt;br /&gt;</w:t>
        <w:br/>
        <w:t>коли буде можливим перше злягання молодих,&lt;br /&gt;</w:t>
        <w:br/>
        <w:t>те, що най солодше за все на світі,&lt;br /&gt;</w:t>
        <w:br/>
        <w:t>як макові зернятка,&lt;br /&gt;</w:t>
        <w:br/>
        <w:t>бо вона вже, бач, доросла дівчина, дівка,&lt;br /&gt;</w:t>
        <w:br/>
        <w:t>вона вже вишиває два рушники старостам,&lt;br /&gt;</w:t>
        <w:br/>
        <w:t>вона вже вишиває хусточку парубкові —&lt;br /&gt;</w:t>
        <w:br/>
        <w:t>вибирає гарні узори&lt;br /&gt;</w:t>
        <w:br/>
        <w:t>та вишиває їх "солов'їними вічками" —&lt;br /&gt;</w:t>
        <w:br/>
        <w:t>ти, соловейку, — сватко.</w:t>
      </w:r>
    </w:p>
    <w:p>
      <w:r>
        <w:br/>
        <w:t>Соловейку, соловейку.&lt;br /&gt;</w:t>
        <w:br/>
        <w:t>ти загадуєш загадку про самого себе за ознаками&lt;br /&gt;</w:t>
        <w:br/>
        <w:t>той, хто буває у вишневому садку,&lt;br /&gt;</w:t>
        <w:br/>
        <w:t>той, хто сідає на вишневу гілку,&lt;br /&gt;</w:t>
        <w:br/>
        <w:t>той, хто бачить, як навесні сіють мак:&lt;br /&gt;</w:t>
        <w:br/>
        <w:t>як орють на мак,&lt;br /&gt;</w:t>
        <w:br/>
        <w:t>як скородять на мак,&lt;br /&gt;</w:t>
        <w:br/>
        <w:t>як засівають мак,&lt;br /&gt;</w:t>
        <w:br/>
        <w:t>як сходить мак,&lt;br /&gt;</w:t>
        <w:br/>
        <w:t>як росте мак,&lt;br /&gt;</w:t>
        <w:br/>
        <w:t>як полють мак,&lt;br /&gt;</w:t>
        <w:br/>
        <w:t>як сапають мак,&lt;br /&gt;</w:t>
        <w:br/>
        <w:t>як зеленіє мак,&lt;br /&gt;</w:t>
        <w:br/>
        <w:t>як розцвітає мак,&lt;br /&gt;</w:t>
        <w:br/>
        <w:t>як одцвітає мак,&lt;br /&gt;</w:t>
        <w:br/>
        <w:t>як поспіває мак,&lt;br /&gt;</w:t>
        <w:br/>
        <w:t>як жнуть мак,&lt;br /&gt;</w:t>
        <w:br/>
        <w:t>як в'яжуть мак,&lt;br /&gt;</w:t>
        <w:br/>
        <w:t>як складають мак,&lt;br /&gt;</w:t>
        <w:br/>
        <w:t>як возять мак,&lt;br /&gt;</w:t>
        <w:br/>
        <w:t>як молотять мак,&lt;br /&gt;</w:t>
        <w:br/>
        <w:t>як віють мак,&lt;br /&gt;</w:t>
        <w:br/>
        <w:t>як продають мак,&lt;br /&gt;</w:t>
        <w:br/>
        <w:t>як труть мак,&lt;br /&gt;</w:t>
        <w:br/>
        <w:t>як ід ять мак —&lt;br /&gt;</w:t>
        <w:br/>
        <w:t>відгадкою такої загадки&lt;br /&gt;</w:t>
        <w:br/>
        <w:t>ти — сам увесь;</w:t>
      </w:r>
    </w:p>
    <w:p>
      <w:r>
        <w:br/>
        <w:t>дівчина, прикладаючи твої ознаки&lt;br /&gt;</w:t>
        <w:br/>
        <w:t>"бути тим, хто буває у вишневому садку",&lt;br /&gt;</w:t>
        <w:br/>
        <w:t>"бути тим, хто сідає на вишневу гілку",&lt;br /&gt;</w:t>
        <w:br/>
        <w:t>"бути тим, хто бачить, як навесні сіють мак'&lt;br /&gt;</w:t>
        <w:br/>
        <w:t>до одного із трьох старостів, до парубка,&lt;br /&gt;</w:t>
        <w:br/>
        <w:t>який зустрічається на вулиці&lt;br /&gt;</w:t>
        <w:br/>
        <w:t>із нею, яка уже ходить у вінку,&lt;br /&gt;</w:t>
        <w:br/>
        <w:t>та яка хоче, щоб один із трьох старостів,&lt;br /&gt;</w:t>
        <w:br/>
        <w:t>парубок, уже сватав її,&lt;br /&gt;</w:t>
        <w:br/>
        <w:t>приходив разом зі своїми старостами&lt;br /&gt;</w:t>
        <w:br/>
        <w:t>до Ії хати,&lt;br /&gt;</w:t>
        <w:br/>
        <w:t>та яка хоче, щоб один із трьох старостів,&lt;br /&gt;</w:t>
        <w:br/>
        <w:t>парубок, уже сватав її,&lt;br /&gt;</w:t>
        <w:br/>
        <w:t>сідав разом зі своїми старостами&lt;br /&gt;</w:t>
        <w:br/>
        <w:t>у її хаті,&lt;br /&gt;</w:t>
        <w:br/>
        <w:t>коли прийде із старостами її сватати,&lt;br /&gt;</w:t>
        <w:br/>
        <w:t>бо вона вже, бач, доросла дівчина, дівка:&lt;br /&gt;</w:t>
        <w:br/>
        <w:t>у неї не тільки вже засіялося волосся на геніталіях,&lt;br /&gt;</w:t>
        <w:br/>
        <w:t>як сіють мак навесні,&lt;br /&gt;</w:t>
        <w:br/>
        <w:t>у неї не тільки волосся на геніталіях уже багато,&lt;br /&gt;</w:t>
        <w:br/>
        <w:t>як посіяних макових зерняток,&lt;br /&gt;</w:t>
        <w:br/>
        <w:t>у неї не тільки волосся на геніталіях чорного забарвлення,&lt;br /&gt;</w:t>
        <w:br/>
        <w:t>як посіяні макові зернятка,&lt;br /&gt;</w:t>
        <w:br/>
        <w:t>у неї не тільки відтепер є незайманість,&lt;br /&gt;</w:t>
        <w:br/>
        <w:t>те, що найкрасивіше за все на світі,&lt;br /&gt;</w:t>
        <w:br/>
        <w:t>як розквітла маківка,&lt;br /&gt;</w:t>
        <w:br/>
        <w:t>у неї не тільки відтепер є незайманість,&lt;br /&gt;</w:t>
        <w:br/>
        <w:t>те, що найдорожче за все на світі,&lt;br /&gt;</w:t>
        <w:br/>
        <w:t>як золота макова головка,&lt;br /&gt;</w:t>
        <w:br/>
        <w:t>у неї не тільки відтепер є незайманість,&lt;br /&gt;</w:t>
        <w:br/>
        <w:t>яка буде відібрана&lt;br /&gt;</w:t>
        <w:br/>
        <w:t>тільки після звичайного сватання,&lt;br /&gt;</w:t>
        <w:br/>
        <w:t>тільки під час звичайної весільної комори,&lt;br /&gt;</w:t>
        <w:br/>
        <w:t>коли буде можливим перше злягання молодих,&lt;br /&gt;</w:t>
        <w:br/>
        <w:t>як їдять мак.&lt;br /&gt;</w:t>
        <w:br/>
        <w:t>коли буде можливим перше злягання молодих,&lt;br /&gt;</w:t>
        <w:br/>
        <w:t>те, що найсолодше за все на світі,&lt;br /&gt;</w:t>
        <w:br/>
        <w:t>як макові зернятка,&lt;br /&gt;</w:t>
        <w:br/>
        <w:t>вона не тільки вже вишиває два рушники старостам,&lt;br /&gt;</w:t>
        <w:br/>
        <w:t>вона не тільки вже вишиває хусточку парубкові —&lt;br /&gt;</w:t>
        <w:br/>
        <w:t>вибирає гарні узори&lt;br /&gt;</w:t>
        <w:br/>
        <w:t>та вишиває іх 'солов'їними вічками',&lt;br /&gt;</w:t>
        <w:br/>
        <w:t>але вона також поводить себе належно Звичаю,&lt;br /&gt;</w:t>
        <w:br/>
        <w:t>але вона також робить усе по Правді:&lt;br /&gt;</w:t>
        <w:br/>
        <w:t>як мак вирощують і роблять все у належну пору,&lt;br /&gt;</w:t>
        <w:br/>
        <w:t>так і дівчина поводить себе належно Звичаю,&lt;br /&gt;</w:t>
        <w:br/>
        <w:t>так і дівчина робить усе по Правді —&lt;br /&gt;</w:t>
        <w:br/>
        <w:t>береже свою незайманість до весільної комори:&lt;br /&gt;</w:t>
        <w:br/>
        <w:t>як орють на мак у належну пору,&lt;br /&gt;</w:t>
        <w:br/>
        <w:t>так і дівчина поводить себе належно Звичаю,&lt;br /&gt;</w:t>
        <w:br/>
        <w:t>так і дівчина робить усе по Правді —&lt;br /&gt;</w:t>
        <w:br/>
        <w:t>береже свою незайманість до весільної комори;&lt;br /&gt;</w:t>
        <w:br/>
        <w:t>як скородять на мак у належну пору,&lt;br /&gt;</w:t>
        <w:br/>
        <w:t>так і дівчина поводить себе належно Звичаю,&lt;br /&gt;</w:t>
        <w:br/>
        <w:t>так і дівчина робить усе по Правді —&lt;br /&gt;</w:t>
        <w:br/>
        <w:t>береже свою незайманість до весільної комори,&lt;br /&gt;</w:t>
        <w:br/>
        <w:t>як засівають мак у належну пору,&lt;br /&gt;</w:t>
        <w:br/>
        <w:t>так і дівчина поводить себе належно Звичаю,&lt;br /&gt;</w:t>
        <w:br/>
        <w:t>так і дівчина робить усе по Правді —&lt;br /&gt;</w:t>
        <w:br/>
        <w:t>береже свою незайманість до весільної комори;&lt;br /&gt;</w:t>
        <w:br/>
        <w:t>як сходить мак у належну пору,&lt;br /&gt;</w:t>
        <w:br/>
        <w:t>так і дівчина поводить себе належно Звичаю,&lt;br /&gt;</w:t>
        <w:br/>
        <w:t>так і дівчина робить усе по Правді —&lt;br /&gt;</w:t>
        <w:br/>
        <w:t>береже свою незайманість до весільної комори;&lt;br /&gt;</w:t>
        <w:br/>
        <w:t>як росте мак у належну пору,&lt;br /&gt;</w:t>
        <w:br/>
        <w:t>так і дівчина поводить себе належно Звичаю,&lt;br /&gt;</w:t>
        <w:br/>
        <w:t>так і дівчина робить усе по Правді —&lt;br /&gt;</w:t>
        <w:br/>
        <w:t>береже свою незайманість до весільної комори;&lt;br /&gt;</w:t>
        <w:br/>
        <w:t>як полють мак у належну пору,&lt;br /&gt;</w:t>
        <w:br/>
        <w:t>так і дівчина поводить себе належно Звичаю,&lt;br /&gt;</w:t>
        <w:br/>
        <w:t>так і дівчина робить усе по Правді —&lt;br /&gt;</w:t>
        <w:br/>
        <w:t>береже свою незайманість до весільної комори;&lt;br /&gt;</w:t>
        <w:br/>
        <w:t>як сапають мак у належну пору,&lt;br /&gt;</w:t>
        <w:br/>
        <w:t>так і дівчина поводить себе належно Звичаю,&lt;br /&gt;</w:t>
        <w:br/>
        <w:t>так і дівчина робить усе по Правді —&lt;br /&gt;</w:t>
        <w:br/>
        <w:t>береже свою незайманість до весільної комори;&lt;br /&gt;</w:t>
        <w:br/>
        <w:t>як зеленіє мак у належну пору,&lt;br /&gt;</w:t>
        <w:br/>
        <w:t>так і дівчина поводить себе належно Звичаю,&lt;br /&gt;</w:t>
        <w:br/>
        <w:t>так і дівчина робить усе по Правді —&lt;br /&gt;</w:t>
        <w:br/>
        <w:t>береже свою незайманість до весільної комори;&lt;br /&gt;</w:t>
        <w:br/>
        <w:t>як розцвітає мак у належну пору,&lt;br /&gt;</w:t>
        <w:br/>
        <w:t>так і дівчина поводить себе належно Звичаю,&lt;br /&gt;</w:t>
        <w:br/>
        <w:t>так і дівчина робить усе по Правді —&lt;br /&gt;</w:t>
        <w:br/>
        <w:t>береже свою незайманість до весільної комори;&lt;br /&gt;</w:t>
        <w:br/>
        <w:t>як одцвітає мак у належну пору,&lt;br /&gt;</w:t>
        <w:br/>
        <w:t>так і дівчина поводить себе належно Звичаю,&lt;br /&gt;</w:t>
        <w:br/>
        <w:t>так і дівчина робить усе по Правді —&lt;br /&gt;</w:t>
        <w:br/>
        <w:t>береже свою незайманість до весільної комори;&lt;br /&gt;</w:t>
        <w:br/>
        <w:t>як поспіває мак у належну пору,&lt;br /&gt;</w:t>
        <w:br/>
        <w:t>так і дівчина поводить себе належно Звичаю,&lt;br /&gt;</w:t>
        <w:br/>
        <w:t>так і дівчина робить усе по Правді —&lt;br /&gt;</w:t>
        <w:br/>
        <w:t>береже свою незайманість до весільної комори,&lt;br /&gt;</w:t>
        <w:br/>
        <w:t>як жнуть мак у належну пору,&lt;br /&gt;</w:t>
        <w:br/>
        <w:t>так і дівчина поводить себе належно Звичаю,&lt;br /&gt;</w:t>
        <w:br/>
        <w:t>так і дівчина робить усе по Правді —&lt;br /&gt;</w:t>
        <w:br/>
        <w:t>береже свою незайманість до весільної комори;&lt;br /&gt;</w:t>
        <w:br/>
        <w:t>як в'яжуть мак у належну пору.&lt;br /&gt;</w:t>
        <w:br/>
        <w:t>так і дівчина поводить себе належно Звичаю,&lt;br /&gt;</w:t>
        <w:br/>
        <w:t>так і дівчина робить усе по Правді —&lt;br /&gt;</w:t>
        <w:br/>
        <w:t>береже свою незайманість до весільної комори;&lt;br /&gt;</w:t>
        <w:br/>
        <w:t>як складають мак у належну пору,&lt;br /&gt;</w:t>
        <w:br/>
        <w:t>так і дівчина поводить себе належно Звичаю,&lt;br /&gt;</w:t>
        <w:br/>
        <w:t>так і дівчина робить усе по Правді —&lt;br /&gt;</w:t>
        <w:br/>
        <w:t>береже свою незайманість до весільної комори;&lt;br /&gt;</w:t>
        <w:br/>
        <w:t>як возять мак у належну пору,&lt;br /&gt;</w:t>
        <w:br/>
        <w:t>так і дівчина поводить себе належно Звичаю,&lt;br /&gt;</w:t>
        <w:br/>
        <w:t>так і дівчина робить усе по Правді —&lt;br /&gt;</w:t>
        <w:br/>
        <w:t>береже свою незайманість до весільної комори;&lt;br /&gt;</w:t>
        <w:br/>
        <w:t>як молотять мак у належну пору,&lt;br /&gt;</w:t>
        <w:br/>
        <w:t>так і дівчина поводить себе належно Звичаю,&lt;br /&gt;</w:t>
        <w:br/>
        <w:t>так і дівчина робить усе по Правді —&lt;br /&gt;</w:t>
        <w:br/>
        <w:t>береже свою незайманість до весільної комори;&lt;br /&gt;</w:t>
        <w:br/>
        <w:t>як віють мак у належну пору,&lt;br /&gt;</w:t>
        <w:br/>
        <w:t>так і дівчина поводить себе належно Звичаю,&lt;br /&gt;</w:t>
        <w:br/>
        <w:t>так і дівчина робить усе по Правді —&lt;br /&gt;</w:t>
        <w:br/>
        <w:t>береже свою незайманість до весільної комори;&lt;br /&gt;</w:t>
        <w:br/>
        <w:t>як продають мак у належну пору,&lt;br /&gt;</w:t>
        <w:br/>
        <w:t>так і дівчина поводить себе належно Звичаю,&lt;br /&gt;</w:t>
        <w:br/>
        <w:t>так і дівчина робить усе по Правді —&lt;br /&gt;</w:t>
        <w:br/>
        <w:t>береже свою незайманість до весільної комори;&lt;br /&gt;</w:t>
        <w:br/>
        <w:t>як труть мак у належну пору,&lt;br /&gt;</w:t>
        <w:br/>
        <w:t>так і дівчина поводить себе належно Звичаю,&lt;br /&gt;</w:t>
        <w:br/>
        <w:t>так і дівчина робить усе по Правді —&lt;br /&gt;</w:t>
        <w:br/>
        <w:t>береже свою незайманість до весільної комори,&lt;br /&gt;</w:t>
        <w:br/>
        <w:t>як їдять мак у належну пору,&lt;br /&gt;</w:t>
        <w:br/>
        <w:t>так і дівчина поводить себе належно Звичаю,&lt;br /&gt;</w:t>
        <w:br/>
        <w:t>так і дівчина робить усе по Правді —&lt;br /&gt;</w:t>
        <w:br/>
        <w:t>береже свою незайманість до весільної комори,&lt;br /&gt;</w:t>
        <w:br/>
        <w:t>коли буде можливим перше злягання молодих,&lt;br /&gt;</w:t>
        <w:br/>
        <w:t>коли у неї буде відібрана незайманість,&lt;br /&gt;</w:t>
        <w:br/>
        <w:t>творить загадку про одного із трьох старостів,&lt;br /&gt;</w:t>
        <w:br/>
        <w:t>про парубка, який зустрічається на вулиці&lt;br /&gt;</w:t>
        <w:br/>
        <w:t>із нею, яка уже ходить у вінку,&lt;br /&gt;</w:t>
        <w:br/>
        <w:t>та про себе, яка хоче, щоб один із трьох старостів,&lt;br /&gt;</w:t>
        <w:br/>
        <w:t>парубок, уже сватав її,&lt;br /&gt;</w:t>
        <w:br/>
        <w:t>приходив разом зі своїми старостами&lt;br /&gt;</w:t>
        <w:br/>
        <w:t>до її хати,&lt;br /&gt;</w:t>
        <w:br/>
        <w:t>та яка хоче, щоб один із трьох старостів,&lt;br /&gt;</w:t>
        <w:br/>
        <w:t>парубок, уже сватав її,&lt;br /&gt;</w:t>
        <w:br/>
        <w:t>сідав разом зі своїми старостами&lt;br /&gt;</w:t>
        <w:br/>
        <w:t>у її хаті,&lt;br /&gt;</w:t>
        <w:br/>
        <w:t>коли прийде із старостами її сватати,&lt;br /&gt;</w:t>
        <w:br/>
        <w:t>бо вона вже, бач, доросла дівчина, дівка:&lt;br /&gt;</w:t>
        <w:br/>
        <w:t>у неї не тільки вже засіялося волосся на геніталіях,&lt;br /&gt;</w:t>
        <w:br/>
        <w:t>як сіють мак навесні,&lt;br /&gt;</w:t>
        <w:br/>
        <w:t>у неї не тільки волосся на геніталіях уже багато,&lt;br /&gt;</w:t>
        <w:br/>
        <w:t>як посіяних макових зерняток,&lt;br /&gt;</w:t>
        <w:br/>
        <w:t>у неї не тільки волосся на геніталіях чорного забарвлення,&lt;br /&gt;</w:t>
        <w:br/>
        <w:t>як посіяні макові зернятка,&lt;br /&gt;</w:t>
        <w:br/>
        <w:t>у неї не тільки відтепер є незайманість,&lt;br /&gt;</w:t>
        <w:br/>
        <w:t>те, що найкрасивіше за все на світі,&lt;br /&gt;</w:t>
        <w:br/>
        <w:t>як розквітла маківка,&lt;br /&gt;</w:t>
        <w:br/>
        <w:t>у неї не тільки відтепер є незайманість,&lt;br /&gt;</w:t>
        <w:br/>
        <w:t>те, шо найдорожче за все на світі,&lt;br /&gt;</w:t>
        <w:br/>
        <w:t>як золота макова головка,&lt;br /&gt;</w:t>
        <w:br/>
        <w:t>у неї не тільки відтепер є незайманість,&lt;br /&gt;</w:t>
        <w:br/>
        <w:t>яка буде відібрана&lt;br /&gt;</w:t>
        <w:br/>
        <w:t>тільки після звичайного сватання&lt;br /&gt;</w:t>
        <w:br/>
        <w:t>тільки після звичайної весільної комори,&lt;br /&gt;</w:t>
        <w:br/>
        <w:t>коли буде можливим перше злягання молодих,&lt;br /&gt;</w:t>
        <w:br/>
        <w:t>як їдять мак,&lt;br /&gt;</w:t>
        <w:br/>
        <w:t>коли буде можливим перше злягання молодих,&lt;br /&gt;</w:t>
        <w:br/>
        <w:t>те, що най солодше за все на світі,&lt;br /&gt;</w:t>
        <w:br/>
        <w:t>як макові зернятка,&lt;br /&gt;</w:t>
        <w:br/>
        <w:t>вона не тільки вже вишиває два рушники старостам,&lt;br /&gt;</w:t>
        <w:br/>
        <w:t>вона не тільки вже вишиває хусточку парубкові —&lt;br /&gt;</w:t>
        <w:br/>
        <w:t>вибирає гарні узори&lt;br /&gt;</w:t>
        <w:br/>
        <w:t>та вишиває їх "солов'їними вічками",&lt;br /&gt;</w:t>
        <w:br/>
        <w:t>але вона також поводить себе належно Звичаю,&lt;br /&gt;</w:t>
        <w:br/>
        <w:t>але вона також робить усе по Правді:&lt;br /&gt;</w:t>
        <w:br/>
        <w:t>як мак вирощують і роблять усе у належну пору,&lt;br /&gt;</w:t>
        <w:br/>
        <w:t>так і дівчина поводить себе належно Звичаю,&lt;br /&gt;</w:t>
        <w:br/>
        <w:t>так і дівчина робить усе по Правді —&lt;br /&gt;</w:t>
        <w:br/>
        <w:t>береже свою незайманість до весільної комори:&lt;br /&gt;</w:t>
        <w:br/>
        <w:t>як орють на мак у належну пору,&lt;br /&gt;</w:t>
        <w:br/>
        <w:t>так і дівчина поводить себе належно Звичаю,&lt;br /&gt;</w:t>
        <w:br/>
        <w:t>так і дівчина робить усе по Правді —&lt;br /&gt;</w:t>
        <w:br/>
        <w:t>береже свою незайманість до весільної комори;&lt;br /&gt;</w:t>
        <w:br/>
        <w:t>як скородять на мак у належну пору,&lt;br /&gt;</w:t>
        <w:br/>
        <w:t>так і дівчина поводить себе належно Звичаю,&lt;br /&gt;</w:t>
        <w:br/>
        <w:t>так і дівчина робить усе по Правді —&lt;br /&gt;</w:t>
        <w:br/>
        <w:t>береже свою незайманість до весільної комори;&lt;br /&gt;</w:t>
        <w:br/>
        <w:t>як засівають мак у належну пору,&lt;br /&gt;</w:t>
        <w:br/>
        <w:t>так і дівчина поводить себе належно Звичаю,&lt;br /&gt;</w:t>
        <w:br/>
        <w:t>так і дівчина робить усе по Правді —&lt;br /&gt;</w:t>
        <w:br/>
        <w:t>береже свою незайманість до весільної комори,&lt;br /&gt;</w:t>
        <w:br/>
        <w:t>як сходить мак у належну пору,&lt;br /&gt;</w:t>
        <w:br/>
        <w:t>так і дівчина поводить себе належно Звичаю,&lt;br /&gt;</w:t>
        <w:br/>
        <w:t>так і дівчина робить усе по Правді —&lt;br /&gt;</w:t>
        <w:br/>
        <w:t>береже свою незайманість до весільної комори;&lt;br /&gt;</w:t>
        <w:br/>
        <w:t>як росте мак у належну пору,&lt;br /&gt;</w:t>
        <w:br/>
        <w:t>так і дівчина поводить себе належно Звичаю,&lt;br /&gt;</w:t>
        <w:br/>
        <w:t>так і дівчина робить усе по Правді —&lt;br /&gt;</w:t>
        <w:br/>
        <w:t>береже свою незайманість до весільної комори;&lt;br /&gt;</w:t>
        <w:br/>
        <w:t>як полють мак у належну пору,&lt;br /&gt;</w:t>
        <w:br/>
        <w:t>так і дівчина поводить себе належно Звичаю,&lt;br /&gt;</w:t>
        <w:br/>
        <w:t>так і дівчина робить усе по Правді —&lt;br /&gt;</w:t>
        <w:br/>
        <w:t>береже свою незайманість до весільної комори;&lt;br /&gt;</w:t>
        <w:br/>
        <w:t>як сапають мак у належну пору,&lt;br /&gt;</w:t>
        <w:br/>
        <w:t>так і дівчина поводить себе належно Звичаю,&lt;br /&gt;</w:t>
        <w:br/>
        <w:t>так і дівчина робить усе по Правді —&lt;br /&gt;</w:t>
        <w:br/>
        <w:t>береже свою незайманість до весільної комори;&lt;br /&gt;</w:t>
        <w:br/>
        <w:t>як зеленіє мак у належну пору,&lt;br /&gt;</w:t>
        <w:br/>
        <w:t>так і дівчина поводить себе належно Звичаю,&lt;br /&gt;</w:t>
        <w:br/>
        <w:t>так і дівчина робить усе по Правді —&lt;br /&gt;</w:t>
        <w:br/>
        <w:t>береже свою незайманість до весільної комори,&lt;br /&gt;</w:t>
        <w:br/>
        <w:t>як розцвітає мак у належну пору,&lt;br /&gt;</w:t>
        <w:br/>
        <w:t>так і дівчина поводить себе належно Звичаю,&lt;br /&gt;</w:t>
        <w:br/>
        <w:t>так і дівчина робить усе по Правді —&lt;br /&gt;</w:t>
        <w:br/>
        <w:t>береже свою незайманість до весільної комори;&lt;br /&gt;</w:t>
        <w:br/>
        <w:t>як одцвітає мак у належну пору,&lt;br /&gt;</w:t>
        <w:br/>
        <w:t>так і дівчина поводить себе належно Звичаю,&lt;br /&gt;</w:t>
        <w:br/>
        <w:t>так і дівчина робить усе по Правді —&lt;br /&gt;</w:t>
        <w:br/>
        <w:t>береже свою незайманість до весільної комори;&lt;br /&gt;</w:t>
        <w:br/>
        <w:t>як поспіває мак у належну пору,&lt;br /&gt;</w:t>
        <w:br/>
        <w:t>так і дівчина поводить себе належно Звичаю,&lt;br /&gt;</w:t>
        <w:br/>
        <w:t>так і дівчина робить усе по Правді —&lt;br /&gt;</w:t>
        <w:br/>
        <w:t>береже свою незайманість до весільної комори;&lt;br /&gt;</w:t>
        <w:br/>
        <w:t>як жнуть мак у належну пору,&lt;br /&gt;</w:t>
        <w:br/>
        <w:t>так і дівчина поводить себе належно Звичаю,&lt;br /&gt;</w:t>
        <w:br/>
        <w:t>так і дівчина робить усе по Правді —&lt;br /&gt;</w:t>
        <w:br/>
        <w:t>береже свою незайманість до весільної комори;&lt;br /&gt;</w:t>
        <w:br/>
        <w:t>як в'яжуть мак у належну пору,&lt;br /&gt;</w:t>
        <w:br/>
        <w:t>так і дівчина поводить себе належно Звичаю,&lt;br /&gt;</w:t>
        <w:br/>
        <w:t>так і дівчина робить усе по Правді —&lt;br /&gt;</w:t>
        <w:br/>
        <w:t>береже свою незайманість до весільної комори;&lt;br /&gt;</w:t>
        <w:br/>
        <w:t>як складають мак у належну пору,&lt;br /&gt;</w:t>
        <w:br/>
        <w:t>так і дівчина поводить себе належно Звичаю,&lt;br /&gt;</w:t>
        <w:br/>
        <w:t>так і дівчина робить усе по Правді —&lt;br /&gt;</w:t>
        <w:br/>
        <w:t>береже свою незайманість до весільної комори;&lt;br /&gt;</w:t>
        <w:br/>
        <w:t>як возять мак у належну пору,&lt;br /&gt;</w:t>
        <w:br/>
        <w:t>так і дівчина поводить себе належно Звичаю,&lt;br /&gt;</w:t>
        <w:br/>
        <w:t>так і дівчина робить усе по Правді —&lt;br /&gt;</w:t>
        <w:br/>
        <w:t>береже свою незайманість до весільної комори;&lt;br /&gt;</w:t>
        <w:br/>
        <w:t>як молотять мак у належну пору,&lt;br /&gt;</w:t>
        <w:br/>
        <w:t>так і дівчина поводить себе належно Звичаю,&lt;br /&gt;</w:t>
        <w:br/>
        <w:t>так і дівчина робить усе по Правді —&lt;br /&gt;</w:t>
        <w:br/>
        <w:t>береже свою незайманість до весільної комори;&lt;br /&gt;</w:t>
        <w:br/>
        <w:t>як віють мак у належну пору,&lt;br /&gt;</w:t>
        <w:br/>
        <w:t>так і дівчина поводить себе належно Звичаю,&lt;br /&gt;</w:t>
        <w:br/>
        <w:t>так і дівчина робить усе по Правді —&lt;br /&gt;</w:t>
        <w:br/>
        <w:t>береже свою незайманість до весільної комори;&lt;br /&gt;</w:t>
        <w:br/>
        <w:t>як продають мак у належну пору,&lt;br /&gt;</w:t>
        <w:br/>
        <w:t>так і дівчина поводить себе належно Звичаю,&lt;br /&gt;</w:t>
        <w:br/>
        <w:t>так і дівчина робить усе по Правді —&lt;br /&gt;</w:t>
        <w:br/>
        <w:t>береже свою незайманість до весільної комори,&lt;br /&gt;</w:t>
        <w:br/>
        <w:t>як труть мак у належну пору,&lt;br /&gt;</w:t>
        <w:br/>
        <w:t>так і дівчина поводить себе належно Звичаю,&lt;br /&gt;</w:t>
        <w:br/>
        <w:t>так і дівчина робить усе по Правді —&lt;br /&gt;</w:t>
        <w:br/>
        <w:t>береже свою незайманість до весільної комори;&lt;br /&gt;</w:t>
        <w:br/>
        <w:t>як їдять мак у належну пору,&lt;br /&gt;</w:t>
        <w:br/>
        <w:t>так і дівчина поводить себе належно Звичаю,&lt;br /&gt;</w:t>
        <w:br/>
        <w:t>так і дівчина робить усе по Правді —&lt;br /&gt;</w:t>
        <w:br/>
        <w:t>береже свою незайманість до весільної комори,&lt;br /&gt;</w:t>
        <w:br/>
        <w:t>коли буде можливим перше злягання молодих,&lt;br /&gt;</w:t>
        <w:br/>
        <w:t>коли у неї буде відібрана незайманість:&lt;br /&gt;</w:t>
        <w:br/>
        <w:t>як ти, соловейку, буваєш у вишневому садку,&lt;br /&gt;</w:t>
        <w:br/>
        <w:t>як ти, соловейку, сідаєш на вишневу гілку,&lt;br /&gt;</w:t>
        <w:br/>
        <w:t>як ти, соловейку, бачиш, як навесні сіють мак,&lt;br /&gt;</w:t>
        <w:br/>
        <w:t>щоб так і один із трьох старостів, парубок,&lt;br /&gt;</w:t>
        <w:br/>
        <w:t>який зустрічається на вулиці&lt;br /&gt;</w:t>
        <w:br/>
        <w:t>із дівчиною, яка уже ходить у вінку,&lt;br /&gt;</w:t>
        <w:br/>
        <w:t>та яка хоче, щоб один із трьох старостів,&lt;br /&gt;</w:t>
        <w:br/>
        <w:t>парубок, уже сватав її,&lt;br /&gt;</w:t>
        <w:br/>
        <w:t>приходив разом зі своїми старостами&lt;br /&gt;</w:t>
        <w:br/>
        <w:t>до її хати,&lt;br /&gt;</w:t>
        <w:br/>
        <w:t>та яка хоче, щоб один із трьох старостів,&lt;br /&gt;</w:t>
        <w:br/>
        <w:t>парубок, уже сватав її,&lt;br /&gt;</w:t>
        <w:br/>
        <w:t>сідав разом зі своїми старостами&lt;br /&gt;</w:t>
        <w:br/>
        <w:t>у її хаті,&lt;br /&gt;</w:t>
        <w:br/>
        <w:t>коли прийде із старостами її сватати,&lt;br /&gt;</w:t>
        <w:br/>
        <w:t>бо вона вже, бач, доросла дівчина, дівка:&lt;br /&gt;</w:t>
        <w:br/>
        <w:t>у неї не тільки вже засіялося волосся на геніталіях,&lt;br /&gt;</w:t>
        <w:br/>
        <w:t>як сіють мак навесні,&lt;br /&gt;</w:t>
        <w:br/>
        <w:t>у неї не тільки волосся на геніталіях уже багато,&lt;br /&gt;</w:t>
        <w:br/>
        <w:t>як посіяних макових зерняток,&lt;br /&gt;</w:t>
        <w:br/>
        <w:t>у неї не тільки волосся на геніталіях чорного забарвлення,&lt;br /&gt;</w:t>
        <w:br/>
        <w:t>як посіяні макові зернятка,&lt;br /&gt;</w:t>
        <w:br/>
        <w:t>у неї не тільки відтепер є незайманість,&lt;br /&gt;</w:t>
        <w:br/>
        <w:t>те, що найкрасивіше за все на світі,&lt;br /&gt;</w:t>
        <w:br/>
        <w:t>як розквітла маківка,&lt;br /&gt;</w:t>
        <w:br/>
        <w:t>у неї не тільки відтепер є незайманість,&lt;br /&gt;</w:t>
        <w:br/>
        <w:t>те, що найдорожче за все на світі.&lt;br /&gt;</w:t>
        <w:br/>
        <w:t>як золота макова головка,&lt;br /&gt;</w:t>
        <w:br/>
        <w:t>у неї не тільки відтепер є незайманість,&lt;br /&gt;</w:t>
        <w:br/>
        <w:t>яка буде відібрана&lt;br /&gt;</w:t>
        <w:br/>
        <w:t>тільки після звичайного сватання,&lt;br /&gt;</w:t>
        <w:br/>
        <w:t>тільки під час звичайної весільної комори,&lt;br /&gt;</w:t>
        <w:br/>
        <w:t>коли буде можливим перше злягання молодих,&lt;br /&gt;</w:t>
        <w:br/>
        <w:t>як їдять мак,&lt;br /&gt;</w:t>
        <w:br/>
        <w:t>коли буде можливим перше злягання молодих,&lt;br /&gt;</w:t>
        <w:br/>
        <w:t>те, шо найсолодше за все на світі,&lt;br /&gt;</w:t>
        <w:br/>
        <w:t>як макові зернятка,&lt;br /&gt;</w:t>
        <w:br/>
        <w:t>вона не тільки вже вишиває два рушники старостам,&lt;br /&gt;</w:t>
        <w:br/>
        <w:t>вона не тільки вже вишиває хусточку парубкові —&lt;br /&gt;</w:t>
        <w:br/>
        <w:t>вибирає гарні узори&lt;br /&gt;</w:t>
        <w:br/>
        <w:t>та вишиває їх "солов'їними вічками",&lt;br /&gt;</w:t>
        <w:br/>
        <w:t>але вона також поводить себе належно Звичаю,&lt;br /&gt;</w:t>
        <w:br/>
        <w:t>але вона також робить усе по Правді:&lt;br /&gt;</w:t>
        <w:br/>
        <w:t>як мак вирощують і роблять все у належну пору,&lt;br /&gt;</w:t>
        <w:br/>
        <w:t>так і дівчина робить усе по Правді —&lt;br /&gt;</w:t>
        <w:br/>
        <w:t>береже свою незайманість до весільної комори:&lt;br /&gt;</w:t>
        <w:br/>
        <w:t>як орють на мак у належну пору,&lt;br /&gt;</w:t>
        <w:br/>
        <w:t>так і дівчина поводить себе належно Звичаю,&lt;br /&gt;</w:t>
        <w:br/>
        <w:t>так і дівчина робить усе по Правді —&lt;br /&gt;</w:t>
        <w:br/>
        <w:t>береже свою незайманість до весільної комори;&lt;br /&gt;</w:t>
        <w:br/>
        <w:t>як скородять на мак у належну пору,&lt;br /&gt;</w:t>
        <w:br/>
        <w:t>так і дівчина поводить себе належно Звичаю,&lt;br /&gt;</w:t>
        <w:br/>
        <w:t>так і дівчина робить усе по Правді —&lt;br /&gt;</w:t>
        <w:br/>
        <w:t>береже свою незайманість до весільної комори,&lt;br /&gt;</w:t>
        <w:br/>
        <w:t>як засівають мак у належну пору,&lt;br /&gt;</w:t>
        <w:br/>
        <w:t>так і дівчина поводить себе належно Звичаю,&lt;br /&gt;</w:t>
        <w:br/>
        <w:t>так і дівчина робить усе по Правді —&lt;br /&gt;</w:t>
        <w:br/>
        <w:t>береже свою незайманість до весільної комори;&lt;br /&gt;</w:t>
        <w:br/>
        <w:t>як сходить мак у належну пору,&lt;br /&gt;</w:t>
        <w:br/>
        <w:t>так і дівчина поводить себе належно Звичаю,&lt;br /&gt;</w:t>
        <w:br/>
        <w:t>так і дівчина робить усе по Правді —&lt;br /&gt;</w:t>
        <w:br/>
        <w:t>береже свою незайманість до весільної комори;&lt;br /&gt;</w:t>
        <w:br/>
        <w:t>як росте мак у належну пору,&lt;br /&gt;</w:t>
        <w:br/>
        <w:t>так і дівчина поводить себе належно Звичаю,&lt;br /&gt;</w:t>
        <w:br/>
        <w:t>так і дівчина робить усе по Правді —&lt;br /&gt;</w:t>
        <w:br/>
        <w:t>береже свою незайманість до весільної комори;&lt;br /&gt;</w:t>
        <w:br/>
        <w:t>як полють мак у належну пору,&lt;br /&gt;</w:t>
        <w:br/>
        <w:t>так і дівчина поводить себе належно Звичаю,&lt;br /&gt;</w:t>
        <w:br/>
        <w:t>так і дівчина робить усе по Правді —&lt;br /&gt;</w:t>
        <w:br/>
        <w:t>береже свою незайманість до весільної комори;&lt;br /&gt;</w:t>
        <w:br/>
        <w:t>як сапають мак у належну пору,&lt;br /&gt;</w:t>
        <w:br/>
        <w:t>так і дівчина поводить себе належно Звичаю,&lt;br /&gt;</w:t>
        <w:br/>
        <w:t>так і дівчина робить усе по Правді —&lt;br /&gt;</w:t>
        <w:br/>
        <w:t>береже свою незайманість до весільної комори,&lt;br /&gt;</w:t>
        <w:br/>
        <w:t>як зеленіє мак у належну пору,&lt;br /&gt;</w:t>
        <w:br/>
        <w:t>так і дівчина поводить себе належно Звичаю,&lt;br /&gt;</w:t>
        <w:br/>
        <w:t>так і дівчина робить усе по Правді —&lt;br /&gt;</w:t>
        <w:br/>
        <w:t>береже свою незайманість до весільної комори;&lt;br /&gt;</w:t>
        <w:br/>
        <w:t>як розцвітає мак у належну пору,&lt;br /&gt;</w:t>
        <w:br/>
        <w:t>так і дівчина поводить себе належно Звичаю,&lt;br /&gt;</w:t>
        <w:br/>
        <w:t>так і дівчина робить усе по Правді —&lt;br /&gt;</w:t>
        <w:br/>
        <w:t>береже свою незайманість до весільної комори;&lt;br /&gt;</w:t>
        <w:br/>
        <w:t>як одцвітає мак у належну пору,&lt;br /&gt;</w:t>
        <w:br/>
        <w:t>так і дівчина поводить себе належно Звичаю,&lt;br /&gt;</w:t>
        <w:br/>
        <w:t>так і дівчина робить усе по Правді —&lt;br /&gt;</w:t>
        <w:br/>
        <w:t>береже свою незайманість до весільної комори;&lt;br /&gt;</w:t>
        <w:br/>
        <w:t>як поспіває мак у належну пору,&lt;br /&gt;</w:t>
        <w:br/>
        <w:t>так і дівчина поводить себе належно Звичаю,&lt;br /&gt;</w:t>
        <w:br/>
        <w:t>так і дівчина робить усе по Правді —&lt;br /&gt;</w:t>
        <w:br/>
        <w:t>береже свою незайманість до весільної комори,&lt;br /&gt;</w:t>
        <w:br/>
        <w:t>як жнуть мак у належну пору,&lt;br /&gt;</w:t>
        <w:br/>
        <w:t>так і дівчина поводить себе належно Звичаю,&lt;br /&gt;</w:t>
        <w:br/>
        <w:t>так і дівчина робить усе по Правді —&lt;br /&gt;</w:t>
        <w:br/>
        <w:t>береже свою незайманість до весільної комори,&lt;br /&gt;</w:t>
        <w:br/>
        <w:t>як в'яжуть мак у належну пору,&lt;br /&gt;</w:t>
        <w:br/>
        <w:t>так і дівчина поводить себе належно Звичаю,&lt;br /&gt;</w:t>
        <w:br/>
        <w:t>так і дівчина робить усе по Правді —&lt;br /&gt;</w:t>
        <w:br/>
        <w:t>береже свою незайманість до весільної комори;&lt;br /&gt;</w:t>
        <w:br/>
        <w:t>як складають мак у належну пору,&lt;br /&gt;</w:t>
        <w:br/>
        <w:t>так і дівчина поводить себе належно Звичаю,&lt;br /&gt;</w:t>
        <w:br/>
        <w:t>так і дівчина робить усе по Правді —&lt;br /&gt;</w:t>
        <w:br/>
        <w:t>береже свою незайманість до весільної комори;&lt;br /&gt;</w:t>
        <w:br/>
        <w:t>як возять мак у належну пору,&lt;br /&gt;</w:t>
        <w:br/>
        <w:t>так і дівчина поводить себе належно Звичаю,&lt;br /&gt;</w:t>
        <w:br/>
        <w:t>так і дівчина робить усе по Правді —&lt;br /&gt;</w:t>
        <w:br/>
        <w:t>береже свою незайманість до весільної комори;&lt;br /&gt;</w:t>
        <w:br/>
        <w:t>як молотять мак у належну пору,&lt;br /&gt;</w:t>
        <w:br/>
        <w:t>так і дівчина поводить себе належно Звичаю,&lt;br /&gt;</w:t>
        <w:br/>
        <w:t>так і дівчина робить усе по Правді —&lt;br /&gt;</w:t>
        <w:br/>
        <w:t>береже свою незайманість до весільної комори,&lt;br /&gt;</w:t>
        <w:br/>
        <w:t>як віють мак у належну пору,&lt;br /&gt;</w:t>
        <w:br/>
        <w:t>так і дівчина поводить себе належно Звичаю,&lt;br /&gt;</w:t>
        <w:br/>
        <w:t>так і дівчина робить усе по Правді —&lt;br /&gt;</w:t>
        <w:br/>
        <w:t>береже свою незайманість до весільної комори;&lt;br /&gt;</w:t>
        <w:br/>
        <w:t>як продають мак у належну пору,&lt;br /&gt;</w:t>
        <w:br/>
        <w:t>так і дівчина поводить себе належно Звичаю,&lt;br /&gt;</w:t>
        <w:br/>
        <w:t>так і дівчина робить усе по Правді —&lt;br /&gt;</w:t>
        <w:br/>
        <w:t>береже свою незайманість до весільної комори;&lt;br /&gt;</w:t>
        <w:br/>
        <w:t>як труть мак у належну пору,&lt;br /&gt;</w:t>
        <w:br/>
        <w:t>так і дівчина поводить себе належно Звичаю,&lt;br /&gt;</w:t>
        <w:br/>
        <w:t>так і дівчина робить усе по Правді —&lt;br /&gt;</w:t>
        <w:br/>
        <w:t>береже свою незайманість до весільної комори;&lt;br /&gt;</w:t>
        <w:br/>
        <w:t>як їдять мак у належну пору,&lt;br /&gt;</w:t>
        <w:br/>
        <w:t>так і дівчина поводить себе належно Звичаю,&lt;br /&gt;</w:t>
        <w:br/>
        <w:t>так і дівчина робить усе по Правді —&lt;br /&gt;</w:t>
        <w:br/>
        <w:t>береже свою незайманість до весільної комори,&lt;br /&gt;</w:t>
        <w:br/>
        <w:t>коли буде можливим перше злягання молодих,&lt;br /&gt;</w:t>
        <w:br/>
        <w:t>коли у неї буде відібрана незайманість —&lt;br /&gt;</w:t>
        <w:br/>
        <w:t>відгадкою такої загадки&lt;br /&gt;</w:t>
        <w:br/>
        <w:t>є один із трьох старостів, парубок,&lt;br /&gt;</w:t>
        <w:br/>
        <w:t>який зустрічається на вулиці&lt;br /&gt;</w:t>
        <w:br/>
        <w:t>Ь дівчиною, яка уже ходить у вінку,&lt;br /&gt;</w:t>
        <w:br/>
        <w:t>та яка хоче, щоб один із трьох старостів,&lt;br /&gt;</w:t>
        <w:br/>
        <w:t>парубок, уже сватав її,&lt;br /&gt;</w:t>
        <w:br/>
        <w:t>приходив разом зі своїми старостами&lt;br /&gt;</w:t>
        <w:br/>
        <w:t>до її хати,&lt;br /&gt;</w:t>
        <w:br/>
        <w:t>та яка хоче, щоб один із трьох старостів,&lt;br /&gt;</w:t>
        <w:br/>
        <w:t>парубок, уже сватав її,&lt;br /&gt;</w:t>
        <w:br/>
        <w:t>сідав разом зі своїми старостами&lt;br /&gt;</w:t>
        <w:br/>
        <w:t>у її хаті,&lt;br /&gt;</w:t>
        <w:br/>
        <w:t>коли прийде із старостами її сватати,&lt;br /&gt;</w:t>
        <w:br/>
        <w:t>бо вона вже, бач, доросла дівчина, дівка:&lt;br /&gt;</w:t>
        <w:br/>
        <w:t>у неї не тільки вже засіялося волосся на геніталіях,&lt;br /&gt;</w:t>
        <w:br/>
        <w:t>як сіють мак навесні,&lt;br /&gt;</w:t>
        <w:br/>
        <w:t>у неї не тільки волосся на геніталіях уже багато,&lt;br /&gt;</w:t>
        <w:br/>
        <w:t>як посіяних макових зерняток,&lt;br /&gt;</w:t>
        <w:br/>
        <w:t>у неї не тільки волосся на геніталіях чорного забарвлення,&lt;br /&gt;</w:t>
        <w:br/>
        <w:t>як посіяні макові зернятка,&lt;br /&gt;</w:t>
        <w:br/>
        <w:t>у неї не тільки відтепер є незайманість,&lt;br /&gt;</w:t>
        <w:br/>
        <w:t>те, що найкрасивіше за все на світі,&lt;br /&gt;</w:t>
        <w:br/>
        <w:t>як розквітла маківка.</w:t>
      </w:r>
    </w:p>
    <w:p>
      <w:r>
        <w:br/>
        <w:t>у неї не тільки відтепер е незайманість,&lt;br /&gt;</w:t>
        <w:br/>
        <w:t>те, що найдорожче за все на світі,&lt;br /&gt;</w:t>
        <w:br/>
        <w:t>як золота макова головка,&lt;br /&gt;</w:t>
        <w:br/>
        <w:t>у неї не тільки відтепер є незайманість,&lt;br /&gt;</w:t>
        <w:br/>
        <w:t>яка буде відібрана&lt;br /&gt;</w:t>
        <w:br/>
        <w:t>тільки після звичайного сватання,&lt;br /&gt;</w:t>
        <w:br/>
        <w:t>тільки під час звичайної весільної комори,&lt;br /&gt;</w:t>
        <w:br/>
        <w:t>коли буде можливим перше злягання молодих,&lt;br /&gt;</w:t>
        <w:br/>
        <w:t>як їдять мак,&lt;br /&gt;</w:t>
        <w:br/>
        <w:t>коли буде можливим перше злягання молодих,&lt;br /&gt;</w:t>
        <w:br/>
        <w:t>те, що най солодше за все на світі,&lt;br /&gt;</w:t>
        <w:br/>
        <w:t>як макові зернятка,&lt;br /&gt;</w:t>
        <w:br/>
        <w:t>вона не тільки вже вишиває два рушники старостам,&lt;br /&gt;</w:t>
        <w:br/>
        <w:t>вона не тільки вже вишиває хусточку парубкові —&lt;br /&gt;</w:t>
        <w:br/>
        <w:t>вибирає гарні узори&lt;br /&gt;</w:t>
        <w:br/>
        <w:t>та вишиває їх "солов'їними вічками",&lt;br /&gt;</w:t>
        <w:br/>
        <w:t>але вона також поводить себе належно Звичаю,&lt;br /&gt;</w:t>
        <w:br/>
        <w:t>але вона також робить усе по Правді:&lt;br /&gt;</w:t>
        <w:br/>
        <w:t>як мак вирощують і роблять все у належну пору,&lt;br /&gt;</w:t>
        <w:br/>
        <w:t>так і дівчина поводить себе належно Звичаю,&lt;br /&gt;</w:t>
        <w:br/>
        <w:t>так і дівчина робить усе по Правді —&lt;br /&gt;</w:t>
        <w:br/>
        <w:t>береже свою незайманість до весільної комори:&lt;br /&gt;</w:t>
        <w:br/>
        <w:t>як орють на мак у належну пору,&lt;br /&gt;</w:t>
        <w:br/>
        <w:t>так і дівчина поводить себе належно Звичаю,&lt;br /&gt;</w:t>
        <w:br/>
        <w:t>так і дівчина робить усе по Правді —&lt;br /&gt;</w:t>
        <w:br/>
        <w:t>береже свою незайманість до весільної комори,&lt;br /&gt;</w:t>
        <w:br/>
        <w:t>як скородять на мак у належну пору,&lt;br /&gt;</w:t>
        <w:br/>
        <w:t>так і дівчина поводить себе належно Звичаю,&lt;br /&gt;</w:t>
        <w:br/>
        <w:t>так і дівчина робить усе по Правді —&lt;br /&gt;</w:t>
        <w:br/>
        <w:t>береже свою незайманість до весільної комори,&lt;br /&gt;</w:t>
        <w:br/>
        <w:t>як засівають мак у належну пору,&lt;br /&gt;</w:t>
        <w:br/>
        <w:t>так і дівчина поводить себе належно Звичаю,&lt;br /&gt;</w:t>
        <w:br/>
        <w:t>так і дівчина робить усе по Правді —&lt;br /&gt;</w:t>
        <w:br/>
        <w:t>береже свою незайманість до весільної комори,&lt;br /&gt;</w:t>
        <w:br/>
        <w:t>як сходить мак у належну пору,&lt;br /&gt;</w:t>
        <w:br/>
        <w:t>так і дівчина поводить себе належно Звичаю,&lt;br /&gt;</w:t>
        <w:br/>
        <w:t>так і дівчина робить усе по Правді —&lt;br /&gt;</w:t>
        <w:br/>
        <w:t>береже свою незайманість до весільної комори,&lt;br /&gt;</w:t>
        <w:br/>
        <w:t>як росте мак у належну пору,&lt;br /&gt;</w:t>
        <w:br/>
        <w:t>так і дівчина поводить себе належно Звичаю,&lt;br /&gt;</w:t>
        <w:br/>
        <w:t>так і дівчина робить усе по Правді —&lt;br /&gt;</w:t>
        <w:br/>
        <w:t>береже свою незайманість до весільної комори;&lt;br /&gt;</w:t>
        <w:br/>
        <w:t>як полють мак у належну пору,&lt;br /&gt;</w:t>
        <w:br/>
        <w:t>так і дівчина поводить себе належно Звичаю,&lt;br /&gt;</w:t>
        <w:br/>
        <w:t>так і дівчина робить усе по Правді —&lt;br /&gt;</w:t>
        <w:br/>
        <w:t>береже свою незайманість до весільної комори;&lt;br /&gt;</w:t>
        <w:br/>
        <w:t>як сапають мак у належну пору,&lt;br /&gt;</w:t>
        <w:br/>
        <w:t>так і дівчина поводить себе належно Звичаю,&lt;br /&gt;</w:t>
        <w:br/>
        <w:t>так і дівчина робить усе по Правді —&lt;br /&gt;</w:t>
        <w:br/>
        <w:t>береже свою незайманість до весільної комори;&lt;br /&gt;</w:t>
        <w:br/>
        <w:t>як зеленіє мак у належну пору,&lt;br /&gt;</w:t>
        <w:br/>
        <w:t>так і дівчина поводить себе належно Звичаю,&lt;br /&gt;</w:t>
        <w:br/>
        <w:t>так і дівчина робить усе по Правді —&lt;br /&gt;</w:t>
        <w:br/>
        <w:t>береже свою незайманість до весільної комори,&lt;br /&gt;</w:t>
        <w:br/>
        <w:t>як розцвітає мак у належну пору,&lt;br /&gt;</w:t>
        <w:br/>
        <w:t>так і дівчина поводить себе належно Звичаю,&lt;br /&gt;</w:t>
        <w:br/>
        <w:t>так і дівчина робить усе по Правді —&lt;br /&gt;</w:t>
        <w:br/>
        <w:t>береже свою незайманість до весільної комори;&lt;br /&gt;</w:t>
        <w:br/>
        <w:t>як одцвітає мак у належну пору,&lt;br /&gt;</w:t>
        <w:br/>
        <w:t>так і дівчина поводить себе належно Звичаю,&lt;br /&gt;</w:t>
        <w:br/>
        <w:t>так і дівчина робить усе по Правді —&lt;br /&gt;</w:t>
        <w:br/>
        <w:t>береже свою незайманість до весільної комори;</w:t>
      </w:r>
    </w:p>
    <w:p>
      <w:r>
        <w:br/>
        <w:t>як поспіває мак у належну пору,&lt;br /&gt;</w:t>
        <w:br/>
        <w:t>так і дівчина поводить себе належно Звичаю,&lt;br /&gt;</w:t>
        <w:br/>
        <w:t>так і дівчина робить усе по Правді —&lt;br /&gt;</w:t>
        <w:br/>
        <w:t>береже свою незайманість до весільної комори;&lt;br /&gt;</w:t>
        <w:br/>
        <w:t>як жнуть мак у належну пору,&lt;br /&gt;</w:t>
        <w:br/>
        <w:t>так і дівчина поводить себе належно Звичаю,&lt;br /&gt;</w:t>
        <w:br/>
        <w:t>так і дівчина робить усе по Правді —&lt;br /&gt;</w:t>
        <w:br/>
        <w:t>береже свою незайманість до весільної комори;&lt;br /&gt;</w:t>
        <w:br/>
        <w:t>як в'яжуть мак у належну пору,&lt;br /&gt;</w:t>
        <w:br/>
        <w:t>так і дівчина поводить себе належно Звичаю,&lt;br /&gt;</w:t>
        <w:br/>
        <w:t>так і дівчина робить усе по Правді —&lt;br /&gt;</w:t>
        <w:br/>
        <w:t>береже свою незайманість до весільної комори;&lt;br /&gt;</w:t>
        <w:br/>
        <w:t>як складають мак у належну пору,&lt;br /&gt;</w:t>
        <w:br/>
        <w:t>так і дівчина поводить себе належно Звичаю,&lt;br /&gt;</w:t>
        <w:br/>
        <w:t>так і дівчина робить усе по Правді —&lt;br /&gt;</w:t>
        <w:br/>
        <w:t>береже свою незайманість до весільної комори;&lt;br /&gt;</w:t>
        <w:br/>
        <w:t>як возять мак у належну пору,&lt;br /&gt;</w:t>
        <w:br/>
        <w:t>так і дівчина поводить себе належно Звичаю,&lt;br /&gt;</w:t>
        <w:br/>
        <w:t>так і дівчина робить усе по Правді —&lt;br /&gt;</w:t>
        <w:br/>
        <w:t>береже свою незайманість до весільної комори;&lt;br /&gt;</w:t>
        <w:br/>
        <w:t>як молотять мак у належну пору,&lt;br /&gt;</w:t>
        <w:br/>
        <w:t>так і дівчина поводить себе належно Звичаю,&lt;br /&gt;</w:t>
        <w:br/>
        <w:t>так і дівчина робить усе по Правді —&lt;br /&gt;</w:t>
        <w:br/>
        <w:t>береже свою незайманість до весільної комори;&lt;br /&gt;</w:t>
        <w:br/>
        <w:t>як віють мак у належну пору,&lt;br /&gt;</w:t>
        <w:br/>
        <w:t>так і дівчина поводить себе належно Звичаю,&lt;br /&gt;</w:t>
        <w:br/>
        <w:t>так і дівчина робить усе по Правді —&lt;br /&gt;</w:t>
        <w:br/>
        <w:t>береже свою незайманість до весільної комори;&lt;br /&gt;</w:t>
        <w:br/>
        <w:t>як продають мак у належну пору,&lt;br /&gt;</w:t>
        <w:br/>
        <w:t>так і дівчина поводить себе належно Звичаю,&lt;br /&gt;</w:t>
        <w:br/>
        <w:t>так і дівчина робить усе по Правді —&lt;br /&gt;</w:t>
        <w:br/>
        <w:t>береже свою незайманість до весільної комори;&lt;br /&gt;</w:t>
        <w:br/>
        <w:t>як труть мак у належну пору,&lt;br /&gt;</w:t>
        <w:br/>
        <w:t>так і дівчина поводить себе належно Звичаю,&lt;br /&gt;</w:t>
        <w:br/>
        <w:t>так і дівчина робить усе по Правді —&lt;br /&gt;</w:t>
        <w:br/>
        <w:t>береже свою незайманість до весільної комори;&lt;br /&gt;</w:t>
        <w:br/>
        <w:t>як їдять мак у належну пору,&lt;br /&gt;</w:t>
        <w:br/>
        <w:t>так і дівчина поводить себе належно Звичаю,&lt;br /&gt;</w:t>
        <w:br/>
        <w:t>так і дівчина робить усе по Правді —&lt;br /&gt;</w:t>
        <w:br/>
        <w:t>береже свою незайманість до весільної комори,&lt;br /&gt;</w:t>
        <w:br/>
        <w:t>коли буде можливим перше злягання молодих,&lt;br /&gt;</w:t>
        <w:br/>
        <w:t>коли у неї буде відібрана незайманість, —&lt;br /&gt;</w:t>
        <w:br/>
        <w:t>ти, соловейку, — сватко!</w:t>
      </w:r>
    </w:p>
    <w:p>
      <w:r>
        <w:br/>
        <w:t>жовтень 2002 р., м. Луганськ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Українські птахи в українському краєвиді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