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Українські Авіалінії</w:t>
      </w:r>
    </w:p>
    <w:p>
      <w:r>
        <w:br/>
        <w:t xml:space="preserve"> солдат президентської охорони не знає страхів і забобон&lt;br /&gt;</w:t>
        <w:br/>
        <w:t>ще пам‘ятаючи школу і плутаючись в званнях&lt;br /&gt;</w:t>
        <w:br/>
        <w:t>не маючи як такого сексуального досвіду ну там онанізм те се&lt;br /&gt;</w:t>
        <w:br/>
        <w:t>служба лише починається&lt;br /&gt;</w:t>
        <w:br/>
        <w:t>і в нього ще все попереду</w:t>
      </w:r>
    </w:p>
    <w:p>
      <w:r>
        <w:br/>
        <w:t>де твоя жмеринка воїне де твоя втрачена гражданка&lt;br /&gt;</w:t>
        <w:br/>
        <w:t>хулі ти тут обливаєшся бромом і компотом&lt;br /&gt;</w:t>
        <w:br/>
        <w:t>твій президент мотає другу ходку&lt;br /&gt;</w:t>
        <w:br/>
        <w:t>твоє сумління лаcтівкою пролітає над очеретами і автобазою&lt;br /&gt;</w:t>
        <w:br/>
        <w:t>доки сержант ділиться з тобою грінками і гарячим шоколадом</w:t>
      </w:r>
    </w:p>
    <w:p>
      <w:r>
        <w:br/>
        <w:t>але ця наволоч клала на твою республіку&lt;br /&gt;</w:t>
        <w:br/>
        <w:t>ось вони щось говорять але насправді вони клали&lt;br /&gt;</w:t>
        <w:br/>
        <w:t>на твою республіку&lt;br /&gt;</w:t>
        <w:br/>
        <w:t>і вони посилають тебе на фронт і в наряд&lt;br /&gt;</w:t>
        <w:br/>
        <w:t>і кожна бомба кожен снаряд&lt;br /&gt;</w:t>
        <w:br/>
        <w:t>літають в небі збиваючи все підряд&lt;br /&gt;</w:t>
        <w:br/>
        <w:t>ось і минає осінь потім зима&lt;br /&gt;</w:t>
        <w:br/>
        <w:t>президента діймають приступи алергії і світової скорботи&lt;br /&gt;</w:t>
        <w:br/>
        <w:t>президент винаймає ресторан готелю президентський&lt;br /&gt;</w:t>
        <w:br/>
        <w:t>сідає в порожньому залі за шоколадний концертний рояль&lt;br /&gt;</w:t>
        <w:br/>
        <w:t>ставить на кришку своє мартіні&lt;br /&gt;</w:t>
        <w:br/>
        <w:t>і бринькає знічев‘я ю мейк мі філ зо янг френка сінатри</w:t>
      </w:r>
    </w:p>
    <w:p>
      <w:r>
        <w:br/>
        <w:t>вже ластівки пролітають над готелем президентський&lt;br /&gt;</w:t>
        <w:br/>
        <w:t>вау думає президент пригомшлива новина&lt;br /&gt;</w:t>
        <w:br/>
        <w:t>і вийшовши на балкон готелю&lt;br /&gt;</w:t>
        <w:br/>
        <w:t>звертається до прочан що зібрались внизу&lt;br /&gt;</w:t>
        <w:br/>
        <w:t>ну що — говорить президент — грузіни бля&lt;br /&gt;</w:t>
        <w:br/>
        <w:t>по-моєму ми вкінець заплутались хто тут бос&lt;br /&gt;</w:t>
        <w:br/>
        <w:t>чий це бізнес і чиї в ньому акції&lt;br /&gt;</w:t>
        <w:br/>
        <w:t>подумайте як-небудь про те що я вам сказав грузіни</w:t>
      </w:r>
    </w:p>
    <w:p>
      <w:r>
        <w:br/>
        <w:t>життя лише починається воїне світ не такий вже галімий&lt;br /&gt;</w:t>
        <w:br/>
        <w:t>тиха вкраїнська ніч накриє каптьорку&lt;br /&gt;</w:t>
        <w:br/>
        <w:t>а вже місіонери кока-коли&lt;br /&gt;</w:t>
        <w:br/>
        <w:t>проникають на нові території&lt;br /&gt;</w:t>
        <w:br/>
        <w:t>вбивають флагштоки в кам‘яну поверхню&lt;br /&gt;</w:t>
        <w:br/>
        <w:t>мавританських побереж&lt;br /&gt;</w:t>
        <w:br/>
        <w:t>кров піт і сльози бронкса&lt;br /&gt;</w:t>
        <w:br/>
        <w:t>кетчуп на вулицях пріштіни&lt;br /&gt;</w:t>
        <w:br/>
        <w:t>діти глобалізації — ми лише пізнаємо одне одного&lt;br /&gt;</w:t>
        <w:br/>
        <w:t>за допомогою конференцій і зачисток</w:t>
      </w:r>
    </w:p>
    <w:p>
      <w:r>
        <w:br/>
        <w:t>ось скажімо старий ісама бен ладен&lt;br /&gt;</w:t>
        <w:br/>
        <w:t>який валить російських піхотинців&lt;br /&gt;</w:t>
        <w:br/>
        <w:t>гострить свій стилет&lt;br /&gt;</w:t>
        <w:br/>
        <w:t>що виблискує під червоним півмісяцем&lt;br /&gt;</w:t>
        <w:br/>
        <w:t>ось бен ладен грає в пінг-понг&lt;br /&gt;</w:t>
        <w:br/>
        <w:t>ось бен ладен гризе фісташки&lt;br /&gt;</w:t>
        <w:br/>
        <w:t>ось бен ладен старий кривавий бен ладен&lt;br /&gt;</w:t>
        <w:br/>
        <w:t>яким лякають калузьких дітей&lt;br /&gt;</w:t>
        <w:br/>
        <w:t>вирізає гланди піхотинцям&lt;br /&gt;</w:t>
        <w:br/>
        <w:t>роблячи з них дрібні сувеніри&lt;br /&gt;</w:t>
        <w:br/>
        <w:t>для трьох своїх дружин</w:t>
      </w:r>
    </w:p>
    <w:p>
      <w:r>
        <w:br/>
        <w:t>їхні уста гіркуваті мов підсмажений&lt;br /&gt;</w:t>
        <w:br/>
        <w:t>у солі мигдаль і налиті кров‘ю&lt;br /&gt;</w:t>
        <w:br/>
        <w:t>їхні пальці довгі і тверді&lt;br /&gt;</w:t>
        <w:br/>
        <w:t>їхнє волосся пахне&lt;br /&gt;</w:t>
        <w:br/>
        <w:t>зірками і нафтою</w:t>
      </w:r>
    </w:p>
    <w:p>
      <w:r>
        <w:br/>
        <w:t>але ця наволоч обкрадає твою країну&lt;br /&gt;</w:t>
        <w:br/>
        <w:t>вони щось говорять про транш але насправді&lt;br /&gt;</w:t>
        <w:br/>
        <w:t>обкрадають твою країну&lt;br /&gt;</w:t>
        <w:br/>
        <w:t>вони щось пишуть про піски і курорти&lt;br /&gt;</w:t>
        <w:br/>
        <w:t>забороняють траву і аборти&lt;br /&gt;</w:t>
        <w:br/>
        <w:t>тобі залишаються мінні поля їм залишаються корти&lt;br /&gt;</w:t>
        <w:br/>
        <w:t>все тому воїне що україна це велика ріка&lt;br /&gt;</w:t>
        <w:br/>
        <w:t>перетнути яку обламуються навіть птахи&lt;br /&gt;</w:t>
        <w:br/>
        <w:t>долітаючи лише до середини&lt;br /&gt;</w:t>
        <w:br/>
        <w:t>і в цій ріці лише самотня риба спливає за водою&lt;br /&gt;</w:t>
        <w:br/>
        <w:t>підіймається майже на поверхню&lt;br /&gt;</w:t>
        <w:br/>
        <w:t>майже вистрибує з води&lt;br /&gt;</w:t>
        <w:br/>
        <w:t>тримається так високо&lt;br /&gt;</w:t>
        <w:br/>
        <w:t>що в лівому оці в неї&lt;br /&gt;</w:t>
        <w:br/>
        <w:t>завжди відбивається сонце&lt;br /&gt;</w:t>
        <w:br/>
        <w:t>а в правому — відповідно –&lt;br /&gt;</w:t>
        <w:br/>
        <w:t>місяць</w:t>
      </w:r>
    </w:p>
    <w:p>
      <w:r>
        <w:br/>
        <w:t>якою б втомленою вона не була&lt;br /&gt;</w:t>
        <w:br/>
        <w:t>і як би пізно&lt;br /&gt;</w:t>
        <w:br/>
        <w:t>не поверталася&lt;br /&gt;</w:t>
        <w:br/>
        <w:t>додому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Українські Авіалінії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