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Україні</w:t>
      </w:r>
    </w:p>
    <w:p>
      <w:r>
        <w:br/>
        <w:t xml:space="preserve"> Ти звеш мене, й на голос милий твій&lt;br /&gt;</w:t>
        <w:br/>
        <w:t>З гарячою любов'ю я полину;&lt;br /&gt;</w:t>
        <w:br/>
        <w:t>Поки живуть думки в душі моїй,&lt;br /&gt;</w:t>
        <w:br/>
        <w:t>Про тебе, ненько, думати не кину.&lt;br /&gt;</w:t>
        <w:br/>
        <w:t>Як мрію чистую з найкращих мрій,&lt;br /&gt;</w:t>
        <w:br/>
        <w:t>Я заховаю в серці Україну,&lt;br /&gt;</w:t>
        <w:br/>
        <w:t>І мрія та, як світище ясне,&lt;br /&gt;</w:t>
        <w:br/>
        <w:t>Шляхом правдивим поведе мене.</w:t>
      </w:r>
    </w:p>
    <w:p>
      <w:r>
        <w:br/>
        <w:t>Нехай той шлях важкий, нехай тернистий!&lt;br /&gt;</w:t>
        <w:br/>
        <w:t>Але хіба тоді квіток шукать,&lt;br /&gt;</w:t>
        <w:br/>
        <w:t>Коли тебе, твій любий образ чистий&lt;br /&gt;</w:t>
        <w:br/>
        <w:t>Несхнучі сльози тяжко туманять?&lt;br /&gt;</w:t>
        <w:br/>
        <w:t>Коли твій геній навіть променистий&lt;br /&gt;</w:t>
        <w:br/>
        <w:t>Онемощів і почина згасать?&lt;br /&gt;</w:t>
        <w:br/>
        <w:t>О ні, того скарають муки люті,&lt;br /&gt;</w:t>
        <w:br/>
        <w:t>Хто зможе в час такий тебе забути!</w:t>
      </w:r>
    </w:p>
    <w:p>
      <w:r>
        <w:br/>
        <w:t>В біді твоїй рідніша ти мені;&lt;br /&gt;</w:t>
        <w:br/>
        <w:t>Тобі несу я сили всі, що маю;&lt;br /&gt;</w:t>
        <w:br/>
        <w:t>І працю тиху, і мої пісні&lt;br /&gt;</w:t>
        <w:br/>
        <w:t>На вівтар твій побожно я складаю.&lt;br /&gt;</w:t>
        <w:br/>
        <w:t>Натхни ж мене! Нехай у мертвім сні&lt;br /&gt;</w:t>
        <w:br/>
        <w:t>Я днів моїх даремно не загаю!&lt;br /&gt;</w:t>
        <w:br/>
        <w:t>Нехай я знаю, що недурно жив,&lt;br /&gt;</w:t>
        <w:br/>
        <w:t>Що за життя тобі я заплатив.</w:t>
      </w:r>
    </w:p>
    <w:p>
      <w:r>
        <w:br/>
        <w:t>Коли я був дитиною малою,&lt;br /&gt;</w:t>
        <w:br/>
        <w:t>Красу твою повсюди я вбачав,&lt;br /&gt;</w:t>
        <w:br/>
        <w:t>Здавалась ти веселою, ясною,&lt;br /&gt;</w:t>
        <w:br/>
        <w:t>Мене твій вид веселий чарував,&lt;br /&gt;</w:t>
        <w:br/>
        <w:t>Тоді я ще душею молодою&lt;br /&gt;</w:t>
        <w:br/>
        <w:t>Про муки тайні ї твої не знав;&lt;br /&gt;</w:t>
        <w:br/>
        <w:t>Тепер же бачу я твої страждання,&lt;br /&gt;</w:t>
        <w:br/>
        <w:t>І ще зросло моє к тобі кохання.</w:t>
      </w:r>
    </w:p>
    <w:p>
      <w:r>
        <w:br/>
        <w:t>Прийми ж мої пісні, як дар малий&lt;br /&gt;</w:t>
        <w:br/>
        <w:t>Великої і вірної любови!&lt;br /&gt;</w:t>
        <w:br/>
        <w:t>Що зможе дати мій талан слабий&lt;br /&gt;</w:t>
        <w:br/>
        <w:t>В скарбницю любої твоєї мови,&lt;br /&gt;</w:t>
        <w:br/>
        <w:t>Він певно дасть, і знай, що в час страшний&lt;br /&gt;</w:t>
        <w:br/>
        <w:t>Твій син тобі не пожаліє крови&lt;br /&gt;</w:t>
        <w:br/>
        <w:t>І що не спинить страх усіх погріз&lt;br /&gt;</w:t>
        <w:br/>
        <w:t>Моїх пісень, моїх за тебе сліз.</w:t>
      </w:r>
    </w:p>
    <w:p>
      <w:r>
        <w:br/>
        <w:t>30 серпня 1888 р.</w:t>
      </w:r>
    </w:p>
    <w:p>
      <w:r>
        <w:br/>
        <w:t>II</w:t>
      </w:r>
    </w:p>
    <w:p>
      <w:r>
        <w:br/>
        <w:t>Поки душею я не втонув іще&lt;br /&gt;</w:t>
        <w:br/>
        <w:t>В нірвану й тіло ще не розпалося,&lt;br /&gt;</w:t>
        <w:br/>
        <w:t>Я можу ще тебе, Вкраїно,&lt;br /&gt;</w:t>
        <w:br/>
        <w:t>Серцем кохати й тобі служити.</w:t>
      </w:r>
    </w:p>
    <w:p>
      <w:r>
        <w:br/>
        <w:t>Я ще твоєю втіхою тішуся,&lt;br /&gt;</w:t>
        <w:br/>
        <w:t>Я ще твоєю мукою страждаю,&lt;br /&gt;</w:t>
        <w:br/>
        <w:t>Я можу ще в гарячих мріях&lt;br /&gt;</w:t>
        <w:br/>
        <w:t>Благословляти тебе на щастя.</w:t>
      </w:r>
    </w:p>
    <w:p>
      <w:r>
        <w:br/>
        <w:t>Але чому я цілої вічності&lt;br /&gt;</w:t>
        <w:br/>
        <w:t>Не маю віком, смерті не знаючи,-&lt;br /&gt;</w:t>
        <w:br/>
        <w:t>Я вічність би віддав для тебе,&lt;br /&gt;</w:t>
        <w:br/>
        <w:t>Рідний і вічно коханий краю.</w:t>
      </w:r>
    </w:p>
    <w:p>
      <w:r>
        <w:br/>
        <w:t>Єсть вічність, кажуть, душі безсмертнії&lt;br /&gt;</w:t>
        <w:br/>
        <w:t>Вмирать не можуть, ні руйнуватися,&lt;br /&gt;</w:t>
        <w:br/>
        <w:t>Але по смерті мусять жити,&lt;br /&gt;</w:t>
        <w:br/>
        <w:t>Можуть дізнати блаженство райське.</w:t>
      </w:r>
    </w:p>
    <w:p>
      <w:r>
        <w:br/>
        <w:t>Яке ж блаженство, краю коханий мій,&lt;br /&gt;</w:t>
        <w:br/>
        <w:t>Твоїм без тебе дітям зі сталося?&lt;br /&gt;</w:t>
        <w:br/>
        <w:t>Чи може бути той щасливим,&lt;br /&gt;</w:t>
        <w:br/>
        <w:t>Хто вже не бачить тебе й не чує?</w:t>
      </w:r>
    </w:p>
    <w:p>
      <w:r>
        <w:br/>
        <w:t>І хто не може правду довічную,&lt;br /&gt;</w:t>
        <w:br/>
        <w:t>Котру на небі прямо вбачає він,&lt;br /&gt;</w:t>
        <w:br/>
        <w:t>Справдити на землі коханій,&lt;br /&gt;</w:t>
        <w:br/>
        <w:t>Ні помогти їй не може словом?</w:t>
      </w:r>
    </w:p>
    <w:p>
      <w:r>
        <w:br/>
        <w:t>Ні... ні! Не хочу щастя такого я!&lt;br /&gt;</w:t>
        <w:br/>
        <w:t>Нехай із тілом гине й душа моя,&lt;br /&gt;</w:t>
        <w:br/>
        <w:t>Коли тебе я не могтиму&lt;br /&gt;</w:t>
        <w:br/>
        <w:t>Серцем кохати й тобі служити.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Україні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