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Уява</w:t>
      </w:r>
    </w:p>
    <w:p>
      <w:r>
        <w:br/>
        <w:t xml:space="preserve"> Вільний лет Уяві дай,&lt;br /&gt;</w:t>
        <w:br/>
        <w:t>Дома Втіхи не шукай:&lt;br /&gt;</w:t>
        <w:br/>
        <w:t>Пропадає Втіха дома,&lt;br /&gt;</w:t>
        <w:br/>
        <w:t>Наче бульбашка зникома.</w:t>
      </w:r>
    </w:p>
    <w:p>
      <w:r>
        <w:br/>
        <w:t>Дай Уяві вільний лет,&lt;br /&gt;</w:t>
        <w:br/>
        <w:t>Думку виславши вперед;&lt;br /&gt;</w:t>
        <w:br/>
        <w:t>Відчини у серці грати&lt;br /&gt;</w:t>
        <w:br/>
        <w:t>I пусти до хмар шугати!</w:t>
      </w:r>
    </w:p>
    <w:p>
      <w:r>
        <w:br/>
        <w:t>Линь, Уяво люба, линь!&lt;br /&gt;</w:t>
        <w:br/>
        <w:t>Дома меркне Літа синь;&lt;br /&gt;</w:t>
        <w:br/>
        <w:t>Задоволення весняне&lt;br /&gt;</w:t>
        <w:br/>
        <w:t>З пелюстками вкупі в'яне;&lt;br /&gt;</w:t>
        <w:br/>
        <w:t>Потім Осені дари&lt;br /&gt;</w:t>
        <w:br/>
        <w:t>Всі жадання до пори&lt;br /&gt;</w:t>
        <w:br/>
        <w:t>Притупляють. Що ж подіять?&lt;br /&gt;</w:t>
        <w:br/>
        <w:t>Біля печі сівши, мріять,&lt;br /&gt;</w:t>
        <w:br/>
        <w:t>Поки в ній не стухне жар,&lt;br /&gt;</w:t>
        <w:br/>
        <w:t>Зимової казки чар,&lt;br /&gt;</w:t>
        <w:br/>
        <w:t>Поки в полі мла дрімає&lt;br /&gt;</w:t>
        <w:br/>
        <w:t>I плугатар оббиває&lt;br /&gt;</w:t>
        <w:br/>
        <w:t>Черевики мерзлі, й Ніч&lt;br /&gt;</w:t>
        <w:br/>
        <w:t>З темним Небом віч у віч&lt;br /&gt;</w:t>
        <w:br/>
        <w:t>Укладає чорну змову&lt;br /&gt;</w:t>
        <w:br/>
        <w:t>Погасить зорю зимову.</w:t>
      </w:r>
    </w:p>
    <w:p>
      <w:r>
        <w:br/>
        <w:t>Сядь же, хмизу підклади&lt;br /&gt;</w:t>
        <w:br/>
        <w:t>Й животрепетно сліди,&lt;br /&gt;</w:t>
        <w:br/>
        <w:t>Як небесно-величава&lt;br /&gt;</w:t>
        <w:br/>
        <w:t>Лине в даль твоя Уява.&lt;br /&gt;</w:t>
        <w:br/>
        <w:t>Квап її — у неї слуг&lt;br /&gt;</w:t>
        <w:br/>
        <w:t>Є доволі; хай навкруг&lt;br /&gt;</w:t>
        <w:br/>
        <w:t>Все, що холодом убито,&lt;br /&gt;</w:t>
        <w:br/>
        <w:t>Воскрешає: красне Літо,&lt;br /&gt;</w:t>
        <w:br/>
        <w:t>Першу квіточку Весни,&lt;br /&gt;</w:t>
        <w:br/>
        <w:t>Перші грона восени,&lt;br /&gt;</w:t>
        <w:br/>
        <w:t>Що важніють коло стріхи,&lt;br /&gt;</w:t>
        <w:br/>
        <w:t>Й тайкома ці три утіхи,&lt;br /&gt;</w:t>
        <w:br/>
        <w:t>Наче добрі три вина,&lt;br /&gt;</w:t>
        <w:br/>
        <w:t>Хай віллє в келих — пий до дна!&lt;br /&gt;</w:t>
        <w:br/>
        <w:t>I в ту мить тобі присниться,&lt;br /&gt;</w:t>
        <w:br/>
        <w:t>Як співає в полі жниця,&lt;br /&gt;</w:t>
        <w:br/>
        <w:t>I дзвенять серпи в житах,&lt;br /&gt;</w:t>
        <w:br/>
        <w:t>I вітає сонце птах;&lt;br /&gt;</w:t>
        <w:br/>
        <w:t>I разом з тим до вух прилине&lt;br /&gt;</w:t>
        <w:br/>
        <w:t>Перекликання журавлине&lt;br /&gt;</w:t>
        <w:br/>
        <w:t>I весняна метушня&lt;br /&gt;</w:t>
        <w:br/>
        <w:t>Галоччя та вороння;&lt;br /&gt;</w:t>
        <w:br/>
        <w:t>З'являться, не знати звідки,&lt;br /&gt;</w:t>
        <w:br/>
        <w:t>I стокротки, і нагідки,&lt;br /&gt;</w:t>
        <w:br/>
        <w:t>I лілеї пізній цвіт,&lt;br /&gt;</w:t>
        <w:br/>
        <w:t>I найперший первоцвіт;&lt;br /&gt;</w:t>
        <w:br/>
        <w:t>Запишаються в діброві&lt;br /&gt;</w:t>
        <w:br/>
        <w:t>Гіацинти сапфірові,&lt;br /&gt;</w:t>
        <w:br/>
        <w:t>I впаде на ці дива&lt;br /&gt;</w:t>
        <w:br/>
        <w:t>Перша крапля дощова!&lt;br /&gt;</w:t>
        <w:br/>
        <w:t>Глянь: з-за голого обніжка&lt;br /&gt;</w:t>
        <w:br/>
        <w:t>Виглядає сонна мишка;&lt;br /&gt;</w:t>
        <w:br/>
        <w:t>Тут гадюка на піску&lt;br /&gt;</w:t>
        <w:br/>
        <w:t>Шкірку скинула слизьку:&lt;br /&gt;</w:t>
        <w:br/>
        <w:t>Там, на глоді, із гніздечка&lt;br /&gt;</w:t>
        <w:br/>
        <w:t>Дивляться рябі яєчка&lt;br /&gt;</w:t>
        <w:br/>
        <w:t>Із-під теплого крила,&lt;br /&gt;</w:t>
        <w:br/>
        <w:t>Що пташка-мати розп'яла;&lt;br /&gt;</w:t>
        <w:br/>
        <w:t>Вчуєш літньою порою&lt;br /&gt;</w:t>
        <w:br/>
        <w:t>У дуплянці гомін рою,&lt;br /&gt;</w:t>
        <w:br/>
        <w:t>I як жолуді падуть,&lt;br /&gt;</w:t>
        <w:br/>
        <w:t>I як білі бурі дмуть.</w:t>
      </w:r>
    </w:p>
    <w:p>
      <w:r>
        <w:br/>
        <w:t>Хай же мчить у світ Уява!&lt;br /&gt;</w:t>
        <w:br/>
        <w:t>Все вбиває звичка млява!&lt;br /&gt;</w:t>
        <w:br/>
        <w:t>Де той вид, що не втрача&lt;br /&gt;</w:t>
        <w:br/>
        <w:t>Новизни? Яке дівча&lt;br /&gt;</w:t>
        <w:br/>
        <w:t>Зберегти принаду в силі?&lt;br /&gt;</w:t>
        <w:br/>
        <w:t>Де ті очі сині, милі,&lt;br /&gt;</w:t>
        <w:br/>
        <w:t>Що не втомлюють? Де сміх,&lt;br /&gt;</w:t>
        <w:br/>
        <w:t>Щоб і завтра тішить міг?&lt;br /&gt;</w:t>
        <w:br/>
        <w:t>Де такі уста рум'яні,&lt;br /&gt;</w:t>
        <w:br/>
        <w:t>Що довіку нам жадані?</w:t>
      </w:r>
    </w:p>
    <w:p>
      <w:r>
        <w:br/>
        <w:t>Наші втіхи молоді,&lt;br /&gt;</w:t>
        <w:br/>
        <w:t>Наче бульби на воді,&lt;br /&gt;</w:t>
        <w:br/>
        <w:t>Пропадають! Лиш в Уяві&lt;br /&gt;</w:t>
        <w:br/>
        <w:t>Знайдуться уста ласкаві&lt;br /&gt;</w:t>
        <w:br/>
        <w:t>До душі тобі; струнка&lt;br /&gt;</w:t>
        <w:br/>
        <w:t>Лада, гарна, як дочка&lt;br /&gt;</w:t>
        <w:br/>
        <w:t>Плодоносної Цецери,&lt;br /&gt;</w:t>
        <w:br/>
        <w:t>Що в Аїдові печери&lt;br /&gt;</w:t>
        <w:br/>
        <w:t>В мертвий скрилася туман:&lt;br /&gt;</w:t>
        <w:br/>
        <w:t>В неї буде Геби стан&lt;br /&gt;</w:t>
        <w:br/>
        <w:t>I таке ж біленьке тіло,&lt;br /&gt;</w:t>
        <w:br/>
        <w:t>Як тоді, коли струміло&lt;br /&gt;</w:t>
        <w:br/>
        <w:t>З неї вбрання, як вона,&lt;br /&gt;</w:t>
        <w:br/>
        <w:t>Розстебнувшися, вина&lt;br /&gt;</w:t>
        <w:br/>
        <w:t>Кубок повний подавала&lt;br /&gt;</w:t>
        <w:br/>
        <w:t>I як на Зевса млость напала.</w:t>
      </w:r>
    </w:p>
    <w:p>
      <w:r>
        <w:br/>
        <w:t>Розірви шовкову нить —&lt;br /&gt;</w:t>
        <w:br/>
        <w:t>I тоді Уява вмить&lt;br /&gt;</w:t>
        <w:br/>
        <w:t>До твоєї хати-стріхи&lt;br /&gt;</w:t>
        <w:br/>
        <w:t>Принесе незгірші втіхи.</w:t>
      </w:r>
    </w:p>
    <w:p>
      <w:r>
        <w:br/>
        <w:t>Вільний лет Уяві дай!&lt;br /&gt;</w:t>
        <w:br/>
        <w:t>Дома втіхи не шукай!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