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Учитель</w:t>
      </w:r>
    </w:p>
    <w:p>
      <w:r>
        <w:br/>
        <w:t xml:space="preserve"> &lt;p&gt;Я чув цю історію вночі, під тихий шелест літнього дощу.</w:t>
      </w:r>
    </w:p>
    <w:p>
      <w:r>
        <w:br/>
        <w:t>Ми сиділи на критій веранді станції Зелений Гай, що стоїть на 1088 кілометрі автостради Москва — Сімферополь, і розмовляли про найнезначніші речі, про які звичайно говорять подорожні, малознайомі люди.</w:t>
      </w:r>
    </w:p>
    <w:p>
      <w:r>
        <w:br/>
        <w:t>За нашим столиком було четверо: літній агроном, який чекав машину з колгоспу, молодий чорнявий чоловік з блідим обличчям, дебелий брюнет, що відстав від харківського автобуса й ночував у Зеленім Гаю, і я.</w:t>
      </w:r>
    </w:p>
    <w:p>
      <w:r>
        <w:br/>
        <w:t>Троє з нас уже повечеряли тим, що знайшлося в місцевому ресторані, і тепер поволі курили, а дебелий брюнет, плямкаючи, їв кавун. Він їв його чомусь з допомогою виделки, щохвилини давився кісточками і плювався, навіть не затуляючись.</w:t>
      </w:r>
    </w:p>
    <w:p>
      <w:r>
        <w:br/>
        <w:t>Раптом погасло світло. Офіціантки принесли стеаринові свічки, поставлені в склянки з перловою крупою, але від них не посвітлішало. Ніч була темна, без єдиної зірки. Дощ спроквола шарудів по даху, в басейні, розташованому в центрі двору, на асфальтових доріжках, і хоч він йшов уже тривалий час, повітря не свіжішало, було душно і якось ніби тісно.</w:t>
      </w:r>
    </w:p>
    <w:p>
      <w:r>
        <w:br/>
        <w:t>— Немов ватяною ковдрою тебе накрили, — пробурмотів брюнет і почав вимагати книгу скарг, щоб записати в неї про непорядки з освітленням.</w:t>
      </w:r>
    </w:p>
    <w:p>
      <w:r>
        <w:br/>
        <w:t>Ми мовчали. Молодий чоловік задумливо постукував по столу пальцями правої руки, агроном всівся зручніше і зітхнув. В цьому зітханні чулася і втома людини, якій набридли нескінченні роз'їзди по степу, і невдоволення тим, що доводиться сидіти отак без діла й чекати, доки по тебе пришлють машину з фанерною будкою на кузові, а то й просто самоскид, і можливо, досада на те, що так багато часу витрачається марно на розглядання отаких випадкових автобусних станцій, на слухання нудного нашіптування й щебету дрібних дощових крапель чи розбійницького посвисту гарячих степових вітрів.</w:t>
      </w:r>
    </w:p>
    <w:p>
      <w:r>
        <w:br/>
        <w:t>З другого поверху долинули звуки рояля: хтось грав "Баркаролу" Чайковського.</w:t>
      </w:r>
    </w:p>
    <w:p>
      <w:r>
        <w:br/>
        <w:t>— Прекрасна музика, — послухавши деякий час, розчулено сказав агроном, — прекрасна і ніжна, мов весняні квіти. Але я нічого в ній не розумію. Такий жаль. В квітах розумію, а от в музиці — ні.</w:t>
      </w:r>
    </w:p>
    <w:p>
      <w:r>
        <w:br/>
        <w:t>— Для того, щоб розбиратися в музиці, треба їсти лише редиску і чорний хліб, — сказав брюнет і, засміявшись власному дотепові, знову подавився кісточкою і знову плюнув ледве не в обличчя молодому чоловікові.</w:t>
      </w:r>
    </w:p>
    <w:p>
      <w:r>
        <w:br/>
        <w:t>Той захистився рукою й несподівано сердито сказав:</w:t>
      </w:r>
    </w:p>
    <w:p>
      <w:r>
        <w:br/>
        <w:t>— До чого тут редиска і всі ваші дотепи? Якщо хочете, то я вам розповім одну історію, і ви самі переконаєтесь, що не слід говорити так зневажливо про музику і про людей, які їй служать...</w:t>
      </w:r>
    </w:p>
    <w:p>
      <w:r>
        <w:br/>
        <w:t>Шурхотів дощ, в напівтемряві поблискували білки великих очей юнака, і зовсім незрозуміле було, про що він хоче розповісти і яке відношення має його історія до цієї м'якої пітьми, з якою відчайдушне боролися хисткі вогники свічок, до прекрасної музики, що долинала з другого поверху, і до дебелого брюнета, який все ще мучився з шестикілограмовим херсонським кавуном, наштрикуючи скибки почорнілою ресторанною виделкою.</w:t>
      </w:r>
    </w:p>
    <w:p>
      <w:r>
        <w:br/>
        <w:t>— Щоб вам все було цілком зрозуміло, — сказав юнак, — я почну з самого початку.</w:t>
      </w:r>
    </w:p>
    <w:p>
      <w:r>
        <w:br/>
        <w:t>Він зупинився, немов хотів запитати, чи слід йому продовжувати.</w:t>
      </w:r>
    </w:p>
    <w:p>
      <w:r>
        <w:br/>
        <w:t>— Це було на півдні, в маленькому місті, де море зазирає у вікна будиночків, де в повітрі завжди стоїть запах солі, йоду од водоростей і риб'ячої луски. Ніхто не знав, звідки прийшов у рибальське місто Григорій Матвійович Соболенко, але достеменно відомо, що він був немісцевий. Всі пам'ятали його вже викладачем тільки що створеного в місті музичного училища, а що він робив до того, де був раніше — ніхто не знав. Та, власне, хіба це не доля кожного з нас: тебе зовсім не помічають до того часу, поки ти не відзначишся чимось, не зробиш чогось визначного.</w:t>
      </w:r>
    </w:p>
    <w:p>
      <w:r>
        <w:br/>
        <w:t>Отже Григорієм Матвійовичем зацікавились в місті як учителем музики. Ще більше розмов було, коли стало відомо, що він одружується з Мариною, дочкою старого боцмана Драбини, найвродливішою в місті дівчиною. Ніхто не міг зрозуміти, за що Марина могла покохати цього чудія, який тільки й вмів, що грати на скрипці, ходив у окулярах з товстими скельцями, був надто довгий, незграбний.</w:t>
      </w:r>
    </w:p>
    <w:p>
      <w:r>
        <w:br/>
        <w:t>Коли молоді оселилися в своїй першій квартирі, все їх майно складалося з фібрового чемоданчика, утюга старовинного литва, продавленого плетеного крісла, оберемка нот і скрипки. Безтурботне, вільне життя для Марини закінчилося. В неї тепер з'явилася безліч нових обов'язків. Треба було ходити на базар, готувати обід, прибирати в кімнаті, допомагати чоловікові переписувати ноти і статті, які він час од часу надсилав до столичного журналу "Музика і революція".</w:t>
      </w:r>
    </w:p>
    <w:p>
      <w:r>
        <w:br/>
        <w:t>В училищі Григорію Матвійовичу доводилось працювати дуже багато, бо сини рибалок, більш звичні до вільної музики моря, аніж до звуків, що виривалися з дерев'яних тіснин тендітних інструментів, поки що не виявляли особливих успіхів. А у Григорія Матвійовича була потаємна мрія про те, щоб хоч один з його учнів у майбутньому став відомим музикантом і прославив своє маленьке місто. "Бо кожне маленьке місто, — любив повторювати Соболенко, — має право на свою велику людину".</w:t>
      </w:r>
    </w:p>
    <w:p>
      <w:r>
        <w:br/>
        <w:t>Він влаштовував додаткові заняття, довгі години просиджував у маленькій міській бібліотеці, перечитуючи старі книги про мистецтво, і часто повертався додому дуже пізно. Марина здебільшого була в квартирі сама. Коли ставало сумно від самотності, вона підсувала крісло до вікна і починала дивитись на море. Море шуміло монотонно, ласкаво, заспокійливо, і Марині ставало якось легше на душі. Так вона й засинала в кріслі біля вікна під шум хвиль. Вночі приходив Григорій, гучно тупотів ногами, гримів каструлями, відшукуючи захололу вечерю, і невдоволено говорив напівсонній дружині:</w:t>
      </w:r>
    </w:p>
    <w:p>
      <w:r>
        <w:br/>
        <w:t>— Мене дивує, як ти можеш стільки спати! .Пам'ятаєш, що сказав Наполеон: "Чоловік мусить спати чотири години на добу, жінка — п'ять, дитина — шість, а більше сплять одні лиш йолопи!"</w:t>
      </w:r>
    </w:p>
    <w:p>
      <w:r>
        <w:br/>
        <w:t>Марині не було ніякісінької справи до того, що сказав Наполеон. За день вона втомилася, займаючись домашніми справами, і тепер через те, що Григорій перебив їй перший сон, у неї страшенно боліла голова, але, щоб не образити чоловіка, вона сиділа в кріслі, всміхалася припухлими від сну губами і пальцями притримувала повіки, щоб не злипалися.</w:t>
      </w:r>
    </w:p>
    <w:p>
      <w:r>
        <w:br/>
        <w:t>Подруги дивувалися Марині:</w:t>
      </w:r>
    </w:p>
    <w:p>
      <w:r>
        <w:br/>
        <w:t>— Як ти могла покохати його? З ним же скучно!</w:t>
      </w:r>
    </w:p>
    <w:p>
      <w:r>
        <w:br/>
        <w:t>— Ах, ви нічого не розумієте, — відповідала вона, — це ж незвичайна людина!</w:t>
      </w:r>
    </w:p>
    <w:p>
      <w:r>
        <w:br/>
        <w:t>Потім у них появився хлопчик, такий же ясноокий, такий же сміхотливий, як і Марина. Молода мати зовсім розгубилася: вона сподівалась, що з часом у них з Григорієм почнеться нове життя, веселе, безтурботне, легке, мов літній вітер, а виходило зовсім навпаки. Григорій працював все більше й більше, він не спав ночами, не зважав навіть на вихідні дні й свята.</w:t>
      </w:r>
    </w:p>
    <w:p>
      <w:r>
        <w:br/>
        <w:t>— Не розумію, — з подивом говорив він, — не розумію, як люди не бачать, що пропадає така сила-силенна часу! П'ятдесят дві неділі на рік, десяток свят, півсотні ювілеїв і знаменних дат! — скільки можна б прочитати книжок, зробити корисного...</w:t>
      </w:r>
    </w:p>
    <w:p>
      <w:r>
        <w:br/>
        <w:t>Коли доводилось бувати на вечорах у знайомих і родичів, Григорій не танцював, не жартував, не сміявся, а стояв десь збоку, насупившись, стиснувши рот, і дивився на всіх з таким виглядом, ніби хотів сказати:</w:t>
      </w:r>
    </w:p>
    <w:p>
      <w:r>
        <w:br/>
        <w:t>— Знаємо ми вас, нероб!</w:t>
      </w:r>
    </w:p>
    <w:p>
      <w:r>
        <w:br/>
        <w:t>Спочатку Марина намагалася якось розворушити чоловіка, хоч на деякий час відвернути його увагу від дієзів і бемолів, але він вперто не хотів підкорятися дружині і незадоволено говорив:</w:t>
      </w:r>
    </w:p>
    <w:p>
      <w:r>
        <w:br/>
        <w:t>— Дай мені, будь ласка, спокій. Ти сама бачиш, що я день і ніч працюю. Для чого ж вимагати від мене ще якоїсь жвавості, ніби я не вчитель музики, а молодий цапок?</w:t>
      </w:r>
    </w:p>
    <w:p>
      <w:r>
        <w:br/>
        <w:t>— Але хіба життя людини — це тільки робота й робота? — шептала Марина.</w:t>
      </w:r>
    </w:p>
    <w:p>
      <w:r>
        <w:br/>
        <w:t>— Нічого цікавого я більше не бачу, — здвигував плечима Григорій Матвійович.</w:t>
      </w:r>
    </w:p>
    <w:p>
      <w:r>
        <w:br/>
        <w:t>Подруги мали рацію: Соболенко дійсно виявився людиною нудною й нецікавою для такої жінки, як Марина.</w:t>
      </w:r>
    </w:p>
    <w:p>
      <w:r>
        <w:br/>
        <w:t>Куди більше підходив їй Стьопа Живодьор, гостроязикий, хвацький штурман, що час од часу з'являвся в їхньому містечку і кричав Марині:</w:t>
      </w:r>
    </w:p>
    <w:p>
      <w:r>
        <w:br/>
        <w:t>— Маринко, попливемо в Ріо-де-Жанейро!</w:t>
      </w:r>
    </w:p>
    <w:p>
      <w:r>
        <w:br/>
        <w:t>— Ха-ха-ха, — сміялась Марина.</w:t>
      </w:r>
    </w:p>
    <w:p>
      <w:r>
        <w:br/>
        <w:t>— Маринко, помчимося в Буенос-Айрес!</w:t>
      </w:r>
    </w:p>
    <w:p>
      <w:r>
        <w:br/>
        <w:t>— Ах-ха-ха, — чулося у відповідь.</w:t>
      </w:r>
    </w:p>
    <w:p>
      <w:r>
        <w:br/>
        <w:t>— Маринко, давай гайнемо до Баб-ель-Мандеба!</w:t>
      </w:r>
    </w:p>
    <w:p>
      <w:r>
        <w:br/>
        <w:t>І знову сміх, нестримний, розкотистий, як луна в тихому надвечір'ї.</w:t>
      </w:r>
    </w:p>
    <w:p>
      <w:r>
        <w:br/>
        <w:t>Стьопа знав безліч таких назв, од яких могла запаморочитись голова і не в такої жінки, як Марина. Од його міцної постаті віяло подихом далеких прекрасних міст, островів і морів, в його словах вчувалися їй обіцянки нескінченного щастя, радості, благополуччя.</w:t>
      </w:r>
    </w:p>
    <w:p>
      <w:r>
        <w:br/>
        <w:t>І одної темної осінньої ночі вона втекла з Стьопою Живодьором, лишивши сиротою ясноокого хлопчика, написавши безжалісну записку своєму чоловікові: "Не шукай. Не вернуся".</w:t>
      </w:r>
    </w:p>
    <w:p>
      <w:r>
        <w:br/>
        <w:t>Звідки їй було знати, що щастя для людини зовсім не в тому, щоб носитись по світу, немов та суха кураїна. Та й крім того Стьопа Живодьор виявився зовсім не штурманом далекого плавання, навіть не каботажником, а був простісіньким боцманом рибальського сейнера, який ловив гостропузу, схожу на сушену сарану, барабульку.</w:t>
      </w:r>
    </w:p>
    <w:p>
      <w:r>
        <w:br/>
        <w:t>Григорій Матвійович зрозумів, що був надто сухим у стосунках з дружиною, але тепер вже було пізно. Він готовий був жити сам і поклявся, що сина свого виховає справжньою людиною.</w:t>
      </w:r>
    </w:p>
    <w:p>
      <w:r>
        <w:br/>
        <w:t>— Дітей треба виховувати так, як виховували Чехова, — несподівано втрутився дебелий брюнет. — А якщо виховувати не так, як виховували Чехова, то обов'язково з дитини виросте негідник і мерзотник, повірте моєму досвідові.</w:t>
      </w:r>
    </w:p>
    <w:p>
      <w:r>
        <w:br/>
        <w:t>— А у вас діти були? — сердито спитав агроном.</w:t>
      </w:r>
    </w:p>
    <w:p>
      <w:r>
        <w:br/>
        <w:t>— Не мав нагоди бути одруженим, — буркнув той. — Як сказав апостол Павло: одружуватись добре, а не одружуватись ще краще.</w:t>
      </w:r>
    </w:p>
    <w:p>
      <w:r>
        <w:br/>
        <w:t>— Продовжуйте, будь ласка, — попросив агроном юнака.</w:t>
      </w:r>
    </w:p>
    <w:p>
      <w:r>
        <w:br/>
        <w:t>— Так от, — говорив далі юнак. — Григорії Матвійович дуже страждав. Серце в нього замерзло від горя, немов ріка взимку. Тепер він ще з більшою наполегливістю взявся до своєї роботи і сина свого Юрія теж почав навчати найдорожчому, на його думку, для людини — музиці.</w:t>
      </w:r>
    </w:p>
    <w:p>
      <w:r>
        <w:br/>
        <w:t>Та він не врахував одного. Знову його волі зіткнулася з другою. Він забув про те, що не можна нав'язувати всім людям свої уподобання, не питаючись їхньої згоди на це! Невдача з дружиною нічому не навчила Григорія Матвійовича.</w:t>
      </w:r>
    </w:p>
    <w:p>
      <w:r>
        <w:br/>
        <w:t>Справа в тім, що його Юра зовсім не любив музики. Він проклинав скрипку і школу Беріо, за якою його навчав батько, він не міг годинами стояти перед пюпітром і розучувати гами в той час, коли за вікнами світило сонце, сяяло блакитне море і хлопці з рибальських виселків вудили на білих піщаних косах чорних опецькуватих бичків. Він не вдався в батька, а весь пішов з матір — такий же невгамовний, непосидючий, нестримний. Його завжди тягло кудись з дому, він втікав од скрипки, гам і нудних вправ і чим далі, тим частіше.</w:t>
      </w:r>
    </w:p>
    <w:p>
      <w:r>
        <w:br/>
        <w:t>Якось по весні, коли скресає крига, хлопчаки бавилися біля водоспаду, який утворювала місцева річечка Кальчик. Гра полягала в тому, що ті, хто був у верхній частині водоспаду, пускали великі крижини, а нижні, найбільш одчайдушні, виловлювали ці крижини, демонструючи тим самим свою надзвичайну відвагу. Юра Соболенко, ясна річ, був унизу. Він упіймав найбільше крижин, і тому, коли зверху шугонула товстелезна глиба зеленого льоду, всі хлопчаки розступилися, пропускаючи до неї Юрка, бо тільки він міг би вирвати її у несамовитого потоку.</w:t>
      </w:r>
    </w:p>
    <w:p>
      <w:r>
        <w:br/>
        <w:t>Юра нахилився, вхопивсь за край криги, але вона вислизнула з його рук і вже неслася далі. Тоді він побіг понад берегом, час од часу нахиляючись над водою і роблячи спроби затримати крижину. Ось він майже ліг на неї, і вона зупинилася, почала наближатись до берега, холодна й незграбна. Але раптом льодова глиба пірнула, хлопчик втратив рівновагу — і за шумом водоспаду ніхто не почув ні зойку, ні сплеску маленького тіла об воду, ні тріску крижини, яка розламалась навпіл і вже мчала своїми двома шматками серед піни й бризок прямо в море. Юра теж виринув на мить з води, махнув рукою, потім пірнув, виринув ще раз. Хлопці побігли берегом, кричали, безпорадно вимахували руками, але що вони могли вдіяти? Ще раз покачалася серед водяного ревища чорна крапка Юриної голови — і хлопець зник, його понесло у відкрите море.</w:t>
      </w:r>
    </w:p>
    <w:p>
      <w:r>
        <w:br/>
        <w:t>— Який жах! — зітхнув агроном.</w:t>
      </w:r>
    </w:p>
    <w:p>
      <w:r>
        <w:br/>
        <w:t>— На щастя, — говорив далі юнак, — поблизу були рибалки, які, почувши дитячі крики, кинулися на допомогу.</w:t>
      </w:r>
    </w:p>
    <w:p>
      <w:r>
        <w:br/>
        <w:t>Юру витягли з води ледве живого.</w:t>
      </w:r>
    </w:p>
    <w:p>
      <w:r>
        <w:br/>
        <w:t>Коли Григорію Матвійовичу сказали, що з його сином нещастя, він кинув лекцію і, навіть не одягаючись, без шапки, побіг через усе місто додому.</w:t>
      </w:r>
    </w:p>
    <w:p>
      <w:r>
        <w:br/>
        <w:t>Цілий тиждень після цього дрижали у вчителя руки, і він навіть не міг взятися за скрипку.</w:t>
      </w:r>
    </w:p>
    <w:p>
      <w:r>
        <w:br/>
        <w:t>Всі сподівалися, що тепер Григорій Матвійович вже не буде примушувати Юру вчитися музиці, але всі помилилися. Юра знову стояв перед пюпітром, знову пиляв смичком по струнах, добуваючи з них звуки, що мали дуже мало спільного з музикою.</w:t>
      </w:r>
    </w:p>
    <w:p>
      <w:r>
        <w:br/>
        <w:t>Коли б його в той час запитали, чи буде він музикантом, Юра вигукнув би: "Що ви!" Але виявилося, що батько бачив далі, ніж син. З часом Юра полюбив музику, в нього виявилось справжнє обдарування, вже шістнадцяти років він поїхав навчатися до консерваторії, і багато хто пророкував йому блискуче майбутнє.</w:t>
      </w:r>
    </w:p>
    <w:p>
      <w:r>
        <w:br/>
        <w:t>— То це ви, мабуть, про себе розповідаєте? — ущипливе зауважив брюнет.</w:t>
      </w:r>
    </w:p>
    <w:p>
      <w:r>
        <w:br/>
        <w:t>— Дослухайте до кінця, коли маєте витримку, — сказав йому юнак і вів далі: — Але ніхто не здивувався, коли Юра, як тільки почалася Вітчизняна війна, пішов добровольцем на фронт. Адже він учився у свого батька, а батько понад усе цінував у людині готовність виконати свій обов'язок перед Батьківщиною.</w:t>
      </w:r>
    </w:p>
    <w:p>
      <w:r>
        <w:br/>
        <w:t>Григорій Матвійович теж був радий вчинкові свого сина і всім знайомим говорив:</w:t>
      </w:r>
    </w:p>
    <w:p>
      <w:r>
        <w:br/>
        <w:t>— Чули, мій Юра пішов добровільно на фронт? Піхотинцем! Прекрасний музикант, надзвичайний талант — і простим піхотинцем! Це треба розуміти...</w:t>
      </w:r>
    </w:p>
    <w:p>
      <w:r>
        <w:br/>
        <w:t>І очі старого батька світилися гордістю за свого сина, він всім давав читати його листи з фронту. Однак листа, в якому Юрині товариші повідомили про його геройську смерть, він не показав нікому і того ж дня зник з міста.</w:t>
      </w:r>
    </w:p>
    <w:p>
      <w:r>
        <w:br/>
        <w:t>Здавалося б, кому потрібний старий, короткозорий учитель музики, самітний, нещасний, в години великого всенародного нещастя? Де міг знайти він місце для себе в ці тяжкі дні?</w:t>
      </w:r>
    </w:p>
    <w:p>
      <w:r>
        <w:br/>
        <w:t>Та через деякий час Григорій Матвійович Соболенко з'явився на одній з ділянок фронту.</w:t>
      </w:r>
    </w:p>
    <w:p>
      <w:r>
        <w:br/>
        <w:t>Він був у військовій формі, з відзнаками старшого лейтенанта, і незабаром весь фронт вже знав цього незграбного й смішного на перший погляд офіцера, скрізь чекали його з нетерпінням і радістю. Бо старший лейтенант Соболенко очолював фронтовий ансамбль.</w:t>
      </w:r>
    </w:p>
    <w:p>
      <w:r>
        <w:br/>
        <w:t>Ансамбль виступав просто на передових лініях, він давав концерти на вогневих позиціях артилерійських полків, на стоянках танкових частин, в бойових порядках піхоти. Його пісні підбадьорювали наступаючих, надавали снаги тим, хто стомився в тривалих боях, вони розповідали молодим бійцям про незвідану красу першого кохання і нагадували літнім солдатам про рідну домівку.</w:t>
      </w:r>
    </w:p>
    <w:p>
      <w:r>
        <w:br/>
        <w:t>Соболенко збирав у свій ансамбль найобдарованіших музикантів з усього фронту, він знову не спав ночей, навчаючи своїх вихованців, — і слава його порівнялася з бойовою славою.</w:t>
      </w:r>
    </w:p>
    <w:p>
      <w:r>
        <w:br/>
        <w:t>В одному артилерійському полку Соболенко знайшов маленького сільського хлопчика, сина полку, Юру Нечипоренка, і вмовив того перейти в ансамбль. Чи може нагадав цей тринадцятилітній хлопчик його загиблого сина, чи сподобалось Григорієві Матвійовичу те, що Юра возив з собою скрипку, просту ялинову скрипочку, яка дісталася йому від батька-партизана, але незабаром всі помітили, що Григорій Матвійович почав ставитися до Юри прихильніше, ніж до інших учасників ансамблю, чого раніше ніколи не робив.</w:t>
      </w:r>
    </w:p>
    <w:p>
      <w:r>
        <w:br/>
        <w:t>Та ця прихильність керівника ансамблю виявилась надто важкою для маленького хлопчика. Григорій Матвійович став навчати його грати на скрипці, навчати по своїй системі, в порівнянні з якою школа Беріо, що її проклинають всі учні, здавалася іграшкою. Він мучив Юру вдень і вночі, на репетиціях і під час концертів, він не давав йому жодного дня відпустки, і тим безглуздішим здавалося все це тут, на фронті, де щохвилини якась дурна міна може урвати життя і вчителя, і його учня.</w:t>
      </w:r>
    </w:p>
    <w:p>
      <w:r>
        <w:br/>
        <w:t>Але Григорій Матвійович був суворим начальником, і ніхто не насмілювався вказати йому на помилковість його вчинків.</w:t>
      </w:r>
    </w:p>
    <w:p>
      <w:r>
        <w:br/>
        <w:t>Я не буду розповідати вам всього. Скажу тільки, що Юра Нечипоренко не був убитий ні міною, ні кулею, хоч не раз і не два потрапляв під обстріл, не раз і не два виступав там, де рвалися снаряди. Ні, його навіть не поранило. Григорій Матвійович теж пройшов всю війну неушкодженим і лиш наприкінці, в квітні сорок п'ятого року, ворожа куля пробила йому груди, і він довго лікувався в своєму рідному місті.</w:t>
      </w:r>
    </w:p>
    <w:p>
      <w:r>
        <w:br/>
        <w:t>Після одужання Соболенко став директором музичного училища, а Юра Нечипоренко, як і багато інших учнів Григорія Матвійовича, пішов своїм шляхом життя.</w:t>
      </w:r>
    </w:p>
    <w:p>
      <w:r>
        <w:br/>
        <w:t>— Банальна історія, — сказав брюнет. — Нічого цікавого. У вашого вчителя, мабуть, і ордена немає. Теж мені герой.</w:t>
      </w:r>
    </w:p>
    <w:p>
      <w:r>
        <w:br/>
        <w:t>— Голубе, — докірливо подивився на нього агроном, — таких, як ви, й ордени не прикрашують. Їжте краще свій кавун.</w:t>
      </w:r>
    </w:p>
    <w:p>
      <w:r>
        <w:br/>
        <w:t>— Я вже з'їв, — сказав брюнет і гучно розсміявся.</w:t>
      </w:r>
    </w:p>
    <w:p>
      <w:r>
        <w:br/>
        <w:t>— І от останнє з цієї історії, — повільно промовив юнак. — Я вже сказав, що в учнів Григорія Матвійовича були різні шляхи в житті. Юрі Нечипоренку пощастило, мабуть, найбільше. Він став відомим скрипалем, його відзначали на багатьох музичних конкурсах в нашій країні й за кордоном, його цілував знаменитий французький скрипаль Жак Тібо, польські друзі називали його другим Венявським. Одним словом, учень Григорія Матвійовича користався славою, завойованою його старим, роботящим учителем.</w:t>
      </w:r>
    </w:p>
    <w:p>
      <w:r>
        <w:br/>
        <w:t>— У кожного з нас був свій учитель, — розчулено промовив агроном.</w:t>
      </w:r>
    </w:p>
    <w:p>
      <w:r>
        <w:br/>
        <w:t>— І от уявіть собі: Юра Нечипоренко раптом приїздить в місто, де живе Григорій Матвійович. Він хотів бачити свого вчителя, він задовго до зустрічі уявляв собі, як поцілує натруджені руки Григорія Матвійовича, але в той же час йому було якось соромно, ніяково через те, що от він, такий молодий, такий ще порівняно невправний, став відомим усьому світові, в той час як його вчителя знає тільки оце маленьке сонне місто на березі теплого моря.</w:t>
      </w:r>
    </w:p>
    <w:p>
      <w:r>
        <w:br/>
        <w:t>Але всі його побоювання пропали, як тільки він побачив Григорія Матвійовича. Той зовсім не постарів і, здавалось, був ще бадьорішим, ніж кілька років тому. Короткозорість в нього змінилася на далекозорість, як це іноді трапляється в старих людей, він не носив вже більше окулярів з товстими скельцями, і очі його сяяли молодо й радісно.</w:t>
      </w:r>
    </w:p>
    <w:p>
      <w:r>
        <w:br/>
        <w:t>— Ну що ж, — сказав він Нечипоренку, — горджуся тобою, Юро. Ти, може, й забув уже про свого вчителя, але я ще пам'ятаю, як будив тебе вдосвіта і вкладав у твої втомлені руки смичок. Ти тепер лауреат, відомий музикант, але все ж я твій учитель, і ти мусиш ще раз, можливо востаннє, позмагатись зі мною перед людьми, серед яких я прожив усе життя. Ми будемо грати з тобою разом. Згода?</w:t>
      </w:r>
    </w:p>
    <w:p>
      <w:r>
        <w:br/>
        <w:t>— Звичайно, — відповів йому Нечипоренко.— Як ви скажете, так і буде, Григорію Матвійовичу</w:t>
      </w:r>
    </w:p>
    <w:p>
      <w:r>
        <w:br/>
        <w:t>На цей не зовсім звичайний концерт зійшлося стільки людей, що невеличкий зал місцевого театру не вмістив і їх половини.</w:t>
      </w:r>
    </w:p>
    <w:p>
      <w:r>
        <w:br/>
        <w:t>Першим виступав Нечипоренко, — так схотів Григорій Матвійович. Ну, лауреат грав так, як мусить грати лауреат — не гірше й не краще, вітали його, як вітають у нас лауреатів — щиро й бурхливо.</w:t>
      </w:r>
    </w:p>
    <w:p>
      <w:r>
        <w:br/>
        <w:t>Але ось одлунали останні оплески. Нечипоренко зійшов зі сцени, сів у першому ряді і тим самим перетворився з виконавця в звичайного слухача.</w:t>
      </w:r>
    </w:p>
    <w:p>
      <w:r>
        <w:br/>
        <w:t>Сусіди півголосом радили Нечипоренкові при появі на сцені Григорія Матвійовича підвестися з свого місця і, стоячи, зааплодувати: хай всі присутні в залі відзначать цей прояв пошани учня до свого вчителя і теж достойно зустрінуть старого музиканта.</w:t>
      </w:r>
    </w:p>
    <w:p>
      <w:r>
        <w:br/>
        <w:t>Завіса довго не одкривалася. Коли ж нарешті вона розсунулася і Нечипоренко рвучко підвівся з свого стільця, він побачив таке, від чого в нього перехопило подих.</w:t>
      </w:r>
    </w:p>
    <w:p>
      <w:r>
        <w:br/>
        <w:t>На сцені, вишикувавшись у п'ять рядів по вісім чоловік в кожному ряду, стояло сорок ще зовсім юних музикантів — хлопчиків і дівчаток — з скрипками в руках. В білих сорочечках і в білих блузках, з червоними піонерськими галстуками, вони стояли тихо, непорушне і всі дивилися на свого вчителя Григорія Матвійовича, який скромно притулився десь збоку.</w:t>
      </w:r>
    </w:p>
    <w:p>
      <w:r>
        <w:br/>
        <w:t>За спиною Нечипоренка немов пронеслося якесь велике зітхання, прошумів зал: то встали всі присутні. Ще мить — і мертву тишу розбив сплеск чиїхось долонь, і шалені, нестримні овації загриміли в приміщенні.</w:t>
      </w:r>
    </w:p>
    <w:p>
      <w:r>
        <w:br/>
        <w:t>Учитель переміг навіть без гри.</w:t>
      </w:r>
    </w:p>
    <w:p>
      <w:r>
        <w:br/>
        <w:t>Та він не хотів легких перемог — не для того ж він усе життя йшов назустріч труднощам.</w:t>
      </w:r>
    </w:p>
    <w:p>
      <w:r>
        <w:br/>
        <w:t>Коли в залі врешті запанувала тиша, Григорій Матвійович точним коротким рухом затиснув скрипку під підборіддям. Сорок скрипок тієї ж миті теж були затиснуті між ніжними рожевими підборіддями і червоними, як мак, галстуками. Найбільший причепа не міг би зробити жодного зауваження, побачивши цих юних музикантів. Центр ваги тіла — на ліву ступню, лікоть лівої руки — навпроти серця, гриф затиснутий великим пальцем, щоб не лягав на долоню — все так, як у найбездоганніщих маестро.</w:t>
      </w:r>
    </w:p>
    <w:p>
      <w:r>
        <w:br/>
        <w:t>Потім Григорій Матвійович ледь помітно кивнув головою, і сорок смичків, мов сорок білих шабель, блиснули в повітрі й вдарили по струнах, і струни заплакали, немов злякалися, що от їх зараз перетнуть ці білі шаблі, а потім засміялися своїй силі й міцності і заспівали пісню, прекрасну й широку, як море.</w:t>
      </w:r>
    </w:p>
    <w:p>
      <w:r>
        <w:br/>
        <w:t>Нечипоренко слухав до того багато прославлених квартетів, секстетів, був присутній на концертах, де виступали так звані унісони, але так він бачив уперше.</w:t>
      </w:r>
    </w:p>
    <w:p>
      <w:r>
        <w:br/>
        <w:t>Це було торжество життя старого вчителя, торжество людської праці, це було те, що називають великим і хвилюючим словом — безсмертя...</w:t>
      </w:r>
    </w:p>
    <w:p>
      <w:r>
        <w:br/>
        <w:t>Юнак замовк, і стало чути, як гудуть на автостраді далекі машини.</w:t>
      </w:r>
    </w:p>
    <w:p>
      <w:r>
        <w:br/>
        <w:t>Брюнета за столиком вже не було. Він зник непомітно і тихо, немов боявся, що його затримають і примусять дослухати до кінця історію про людину, таку не схожу на нього.</w:t>
      </w:r>
    </w:p>
    <w:p>
      <w:r>
        <w:br/>
        <w:t>Агроном якийсь час пильно дивився на юнака, потім запитав:</w:t>
      </w:r>
    </w:p>
    <w:p>
      <w:r>
        <w:br/>
        <w:t>— А ви, пробачте за цікавість, не той самий Юра Нечипоренко?</w:t>
      </w:r>
    </w:p>
    <w:p>
      <w:r>
        <w:br/>
        <w:t>— Яке це має значення? — усміхнувся юнак. —Я учень Григорія Матвійовича — хіба цього не досить?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