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вечір втікали...</w:t>
      </w:r>
    </w:p>
    <w:p>
      <w:r>
        <w:br/>
        <w:t xml:space="preserve"> У вечір втікали&lt;br /&gt;</w:t>
        <w:br/>
        <w:t>І пізно вертали,&lt;br /&gt;</w:t>
        <w:br/>
        <w:t>Нас мами картали невміло,&lt;br /&gt;</w:t>
        <w:br/>
        <w:t>То ми із дитинства&lt;br /&gt;</w:t>
        <w:br/>
        <w:t>В любов проростали –&lt;br /&gt;</w:t>
        <w:br/>
        <w:t>Любили, любили!..&lt;br /&gt;</w:t>
        <w:br/>
        <w:t>Любила.</w:t>
      </w:r>
    </w:p>
    <w:p>
      <w:r>
        <w:br/>
        <w:t>Нам ця захмелілість&lt;br /&gt;</w:t>
        <w:br/>
        <w:t>Міліть не давала,&lt;br /&gt;</w:t>
        <w:br/>
        <w:t>Душі напинала вітрила...&lt;br /&gt;</w:t>
        <w:br/>
        <w:t>О, як ми росли,&lt;br /&gt;</w:t>
        <w:br/>
        <w:t>Як дороги долали –&lt;br /&gt;</w:t>
        <w:br/>
        <w:t>Любили, любили!..&lt;br /&gt;</w:t>
        <w:br/>
        <w:t>Любила.</w:t>
      </w:r>
    </w:p>
    <w:p>
      <w:r>
        <w:br/>
        <w:t>Здавалось –&lt;br /&gt;</w:t>
        <w:br/>
        <w:t>Ніколи не буде відпливу,&lt;br /&gt;</w:t>
        <w:br/>
        <w:t>Така у цій повені сила...&lt;br /&gt;</w:t>
        <w:br/>
        <w:t>Не мали нічого –&lt;br /&gt;</w:t>
        <w:br/>
        <w:t>Чекали щасливо,&lt;br /&gt;</w:t>
        <w:br/>
        <w:t>Любили, любили!..&lt;br /&gt;</w:t>
        <w:br/>
        <w:t>Любила.</w:t>
      </w:r>
    </w:p>
    <w:p>
      <w:r>
        <w:br/>
        <w:t>... Вода за водою,&lt;br /&gt;</w:t>
        <w:br/>
        <w:t>Луна за луною&lt;br /&gt;</w:t>
        <w:br/>
        <w:t>У тишу впадуть відболіло...&lt;br /&gt;</w:t>
        <w:br/>
        <w:t>і що це із нами,&lt;br /&gt;</w:t>
        <w:br/>
        <w:t>І що це зі мною –&lt;br /&gt;</w:t>
        <w:br/>
        <w:t>Любили ж, любили ж?!&lt;br /&gt;</w:t>
        <w:br/>
        <w:t>Любила?..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вечір втікали...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