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Січі, у Січі гуртуймось брати</w:t>
      </w:r>
    </w:p>
    <w:p>
      <w:r>
        <w:br/>
        <w:t xml:space="preserve"> У Січі! У Січі гуртуймося, брати,&lt;br /&gt;</w:t>
        <w:br/>
        <w:t>Най слава козацька востане,&lt;br /&gt;</w:t>
        <w:br/>
        <w:t>Най клич наш побудить дрімучі хати,&lt;br /&gt;</w:t>
        <w:br/>
        <w:t>Взиває збивати кайдани.</w:t>
      </w:r>
    </w:p>
    <w:p>
      <w:r>
        <w:br/>
        <w:t>Боролись завзято колись-то діди,&lt;br /&gt;</w:t>
        <w:br/>
        <w:t>Кістками степи укривали,&lt;br /&gt;</w:t>
        <w:br/>
        <w:t>В котлах зі смолою палились вони,&lt;br /&gt;</w:t>
        <w:br/>
        <w:t>На палях у турків конали.</w:t>
      </w:r>
    </w:p>
    <w:p>
      <w:r>
        <w:br/>
        <w:t>До бою! До бою зве поклик і нас,&lt;br /&gt;</w:t>
        <w:br/>
        <w:t>Та не на рушниці, шаблюки,&lt;br /&gt;</w:t>
        <w:br/>
        <w:t>Інакша днесь зброя, інакший бо час –&lt;br /&gt;</w:t>
        <w:br/>
        <w:t>В нас зброя просвіти й науки.</w:t>
      </w:r>
    </w:p>
    <w:p>
      <w:r>
        <w:br/>
        <w:t>Доволі сварились колись-то діди,&lt;br /&gt;</w:t>
        <w:br/>
        <w:t>Пора нам єднатися нині,&lt;br /&gt;</w:t>
        <w:br/>
        <w:t>Лиш в єдності сильній здобудуть сини&lt;br /&gt;</w:t>
        <w:br/>
        <w:t>І волю, і щастя Вкраїні.</w:t>
      </w:r>
    </w:p>
    <w:p>
      <w:r>
        <w:br/>
        <w:t>Гей хлопці, молодці! Як мур ми тверді,&lt;br /&gt;</w:t>
        <w:br/>
        <w:t>Погляньте на стяг наш нагорі.&lt;br /&gt;</w:t>
        <w:br/>
        <w:t>"Усі – за одного, один – за усіх!" –&lt;br /&gt;</w:t>
        <w:br/>
        <w:t>Сіяє на нашім прапорі.</w:t>
      </w:r>
    </w:p>
    <w:p>
      <w:r>
        <w:br/>
        <w:t>Доволі ходили в ярмі вже діди,&lt;br /&gt;</w:t>
        <w:br/>
        <w:t>Доволі вже гнули нам спину!&lt;br /&gt;</w:t>
        <w:br/>
        <w:t>Лиш смілим завзяттям поставлять сини&lt;br /&gt;</w:t>
        <w:br/>
        <w:t>Свою незалежну Вкраїну!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Січі, у Січі гуртуймось брати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