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полоні ночі падали ранети...</w:t>
      </w:r>
    </w:p>
    <w:p>
      <w:r>
        <w:br/>
        <w:t xml:space="preserve"> У полоні ночі падали ранети,&lt;br /&gt;</w:t>
        <w:br/>
        <w:t>бродив довкіль густий, як мед, нектар.&lt;br /&gt;</w:t>
        <w:br/>
        <w:t>Я слухав тишу, що знялась до хмар,&lt;br /&gt;</w:t>
        <w:br/>
        <w:t>а Божий дар народжував сонети.</w:t>
      </w:r>
    </w:p>
    <w:p>
      <w:r>
        <w:br/>
        <w:t>Невидимий в блаженстві тихім, мовби&lt;br /&gt;</w:t>
        <w:br/>
        <w:t>хтось слав до мене видива Стожар.&lt;br /&gt;</w:t>
        <w:br/>
        <w:t>І серед вакханалії примар&lt;br /&gt;</w:t>
        <w:br/>
        <w:t>не чулося ні пісні, ані мови.</w:t>
      </w:r>
    </w:p>
    <w:p>
      <w:r>
        <w:br/>
        <w:t>В таку ось мить святого відчуття&lt;br /&gt;</w:t>
        <w:br/>
        <w:t>ідеш за часом, наче за зорею.&lt;br /&gt;</w:t>
        <w:br/>
        <w:t>А на дорозі випуклі камеї</w:t>
      </w:r>
    </w:p>
    <w:p>
      <w:r>
        <w:br/>
        <w:t>ряхтять на тлі мозаїки життя.&lt;br /&gt;</w:t>
        <w:br/>
        <w:t>Стаєш тоді у суєті буття&lt;br /&gt;</w:t>
        <w:br/>
        <w:t>чистіш сумлінням і добріш душею.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полоні ночі падали ранети...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