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новому році — все нове, хороше!</w:t>
      </w:r>
    </w:p>
    <w:p>
      <w:r>
        <w:br/>
        <w:t xml:space="preserve"> &lt;p&gt;Хто більше чекав на прихід Нового року — чи Славко Бублик, чи його мама,— ми вже так достовірно про це й не скажемо. І Славко його чекав нетерпляче, і мама його, мама Люба. Хоч і заклопотана була, а проте подивиться на Славка, коли він уже солодко спить після пережитого дня, то обов'язково й подумає:</w:t>
      </w:r>
    </w:p>
    <w:p>
      <w:r>
        <w:br/>
        <w:t>— А ось-ось і Новий рік!</w:t>
      </w:r>
    </w:p>
    <w:p>
      <w:r>
        <w:br/>
        <w:t>Славкові Бубликові минуло вже дев'ять років. Хоч мама часто ховала його "самоката", бо дуже вже той "самокат" дзеленчав по асфальту, намагаючись обов'язково вискочити з тротуара на вулицю й збити "Москвича", лякаючи при цьому подорожніх, Славко свою маму любив.</w:t>
      </w:r>
    </w:p>
    <w:p>
      <w:r>
        <w:br/>
        <w:t>Щоправда, коли було мама заховає "самоката", Славко дуже за це на маму сердився, плакав, тупав ногами, кричав — "дай!" А як колись у школі на перерві засперечалися, чия мама найкраща, Славко заявив категорично:</w:t>
      </w:r>
    </w:p>
    <w:p>
      <w:r>
        <w:br/>
        <w:t>— Такої мами, як у мене, ні в кого нема! Моя мама найкраща від усіх!</w:t>
      </w:r>
    </w:p>
    <w:p>
      <w:r>
        <w:br/>
        <w:t>Павка Крендель, той, що в його вдома є живий єгипетський голуб, теж не менш рішуче обстоював:</w:t>
      </w:r>
    </w:p>
    <w:p>
      <w:r>
        <w:br/>
        <w:t>— Попробуй "заімєть" таку маму, як у мене! От попробуй! — наступав він на Славка.</w:t>
      </w:r>
    </w:p>
    <w:p>
      <w:r>
        <w:br/>
        <w:t>— Ти думаєш, що твоя ліпша? — одбивався Славко. — Ліпша?!</w:t>
      </w:r>
    </w:p>
    <w:p>
      <w:r>
        <w:br/>
        <w:t>— А єгипетський голуб у тебе єсть?! Кажи, єсть?! А ти кажеш, що твоя мама краща! Ага! — сказав Павка й переможно подивився на присутніх.</w:t>
      </w:r>
    </w:p>
    <w:p>
      <w:r>
        <w:br/>
        <w:t>Єгипетського голуба у Славка не було, та проте він не хотів здаватись, примружив очі й промовив з притиском:</w:t>
      </w:r>
    </w:p>
    <w:p>
      <w:r>
        <w:br/>
        <w:t>— Подумаєш, голуб?! Ми про мам, а не про голубів! Хіба голуб — мама?! Моя мама мені дві морські свинки купить!</w:t>
      </w:r>
    </w:p>
    <w:p>
      <w:r>
        <w:br/>
        <w:t>У суперечку між Славком і Павкою встряв Юрко. Юрко перекричав і Славка і Павку:</w:t>
      </w:r>
    </w:p>
    <w:p>
      <w:r>
        <w:br/>
        <w:t>— Я з мамою влітку до колгоспу їздив! У мене дядя Стьопа, мамин брат, тракторист. Я з ним на тракторі їздив і сам стерном керував! І мама дозволила! Такої мами, як моя, ні в кого нема!</w:t>
      </w:r>
    </w:p>
    <w:p>
      <w:r>
        <w:br/>
        <w:t>Тут уже всі присутні не втрималися, кожний почав доводити, що його мама найкраща, зчинився галас, на який підійшла вчителька Людмила Павлівна.</w:t>
      </w:r>
    </w:p>
    <w:p>
      <w:r>
        <w:br/>
        <w:t>Хлопці притихли.</w:t>
      </w:r>
    </w:p>
    <w:p>
      <w:r>
        <w:br/>
        <w:t>Людмила Павлівна, дізнавшись, про що спалахнула суперечка, помирила всіх:</w:t>
      </w:r>
    </w:p>
    <w:p>
      <w:r>
        <w:br/>
        <w:t>— У кожного з вас,— сказала Людмила Павлівна,— таки справді мама найкраща в світі! Такої хорошої мами, як у Славка, як у Павки, як у Юрка і як у кожного з вас, ні в кого нема! І в мене є мама,— посміхнулася Людмила Павлівна,— вона вже старенька, але вона так" само найкраща мама в світі!</w:t>
      </w:r>
    </w:p>
    <w:p>
      <w:r>
        <w:br/>
        <w:t>Так от найкраща в світі Славкова мама, перед самим Новим роком, коли Славко, прибігши з школи, бігав із санчатами по леваді й спускався з пагорків та кучугур (Славко жив у передмісті),— мама Люба в цей час прибираючи в хаті, щось збирала й складала на маленькому столику.</w:t>
      </w:r>
    </w:p>
    <w:p>
      <w:r>
        <w:br/>
        <w:t>Збирала й посміхалася.</w:t>
      </w:r>
    </w:p>
    <w:p>
      <w:r>
        <w:br/>
        <w:t>Виростала на столику ціла купа якихось дивовижних речей.</w:t>
      </w:r>
    </w:p>
    <w:p>
      <w:r>
        <w:br/>
        <w:t>Були в тій купі пошматовані книжки, бите якесь скло, брудні зошити, "самокат", драні штани, розпороті черевики, розірвані покришки й камери від футбольних і волейбольних м'ячів...</w:t>
      </w:r>
    </w:p>
    <w:p>
      <w:r>
        <w:br/>
        <w:t>Поскладавши все це на стіл, мама Люба взяла картон, вирізала з нього багато-багато кружечків, взяла потім чорнило і пофарбувала ті кружечки чорнилом.</w:t>
      </w:r>
    </w:p>
    <w:p>
      <w:r>
        <w:br/>
        <w:t>Зробила з того ж картону чотири носи і два ока. Носи пофарбувала червоною фарбою, а очі — синьою.</w:t>
      </w:r>
    </w:p>
    <w:p>
      <w:r>
        <w:br/>
        <w:t>Вирізала з картону дві великі одиниці, три двійки і три трійки...</w:t>
      </w:r>
    </w:p>
    <w:p>
      <w:r>
        <w:br/>
        <w:t>Все це вона теж поклала на столик, на ту купу дивовижних речей.</w:t>
      </w:r>
    </w:p>
    <w:p>
      <w:r>
        <w:br/>
        <w:t>Потім мама причепурила хату, сіла, подивилась на ту купу і похитала головою.</w:t>
      </w:r>
    </w:p>
    <w:p>
      <w:r>
        <w:br/>
        <w:t>Аж ось убігає в хату Славко. Роздягся.</w:t>
      </w:r>
    </w:p>
    <w:p>
      <w:r>
        <w:br/>
        <w:t>— Мамочко! От нагулявся! Дай мені чогось попоїсти... Та я буду одягатися, бо сьогодні ж у нас у школі ялинка, будемо старий рік проводжати! Що це таке, мамочко? — став Славко перед столиком з купою дивовижних речей.</w:t>
      </w:r>
    </w:p>
    <w:p>
      <w:r>
        <w:br/>
        <w:t>— А ти подивись! — посміхнулася мама.</w:t>
      </w:r>
    </w:p>
    <w:p>
      <w:r>
        <w:br/>
        <w:t>Славко почав перебирати дивовижні речі...</w:t>
      </w:r>
    </w:p>
    <w:p>
      <w:r>
        <w:br/>
        <w:t>— Книжка... Читанка... Це ж та, що я, як бився з Павкою, розірвав... Це — мої драні штани... А це що за чорні кружечки, мамо?</w:t>
      </w:r>
    </w:p>
    <w:p>
      <w:r>
        <w:br/>
        <w:t>— Це ті клякси, що ти їх по книжках та по зошитах поналяпував!</w:t>
      </w:r>
    </w:p>
    <w:p>
      <w:r>
        <w:br/>
        <w:t>— А це що?</w:t>
      </w:r>
    </w:p>
    <w:p>
      <w:r>
        <w:br/>
        <w:t>— Це чотири носи, що ти їх за рік розбив: два твої і два Павчиних!</w:t>
      </w:r>
    </w:p>
    <w:p>
      <w:r>
        <w:br/>
        <w:t>— А це?</w:t>
      </w:r>
    </w:p>
    <w:p>
      <w:r>
        <w:br/>
        <w:t>— Це два ока, що ти їх Люді підбив!</w:t>
      </w:r>
    </w:p>
    <w:p>
      <w:r>
        <w:br/>
        <w:t>— Одиниці... двійки... трійки,— почав перебирати Славко.</w:t>
      </w:r>
    </w:p>
    <w:p>
      <w:r>
        <w:br/>
        <w:t>— Ну да,—одиниці, двійки, трійки... Бач, скільки ти їх за рік поприносив...</w:t>
      </w:r>
    </w:p>
    <w:p>
      <w:r>
        <w:br/>
        <w:t>— А навіщо це все, мамочко?</w:t>
      </w:r>
    </w:p>
    <w:p>
      <w:r>
        <w:br/>
        <w:t>— А от як виряджатимеш старий рік, оддай йому це все! Хай забирає з собою! А проси Новий рік, щоб він тобі дав все нове, чисте, хороше. Цілі носи, непідбиті очі! І тільки четвірки, і тільки п'ятірки! Добре, Славку?</w:t>
      </w:r>
    </w:p>
    <w:p>
      <w:r>
        <w:br/>
        <w:t>Славкові було ніяково. Він пригорнувся до мами й тихо промовив:</w:t>
      </w:r>
    </w:p>
    <w:p>
      <w:r>
        <w:br/>
        <w:t>— Добре, мамо!</w:t>
      </w:r>
    </w:p>
    <w:p>
      <w:r>
        <w:br/>
        <w:t>Мама поцілувала Славка, бо у Славка мама найкраща в світі!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новому році — все нове, хороше!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