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ніч під новий рік</w:t>
      </w:r>
    </w:p>
    <w:p>
      <w:r>
        <w:br/>
        <w:t xml:space="preserve"> &lt;p&gt;І</w:t>
      </w:r>
    </w:p>
    <w:p>
      <w:r>
        <w:br/>
        <w:t>В одному колгоспi, одного району, одної областi трапилася страшна пригода...</w:t>
      </w:r>
    </w:p>
    <w:p>
      <w:r>
        <w:br/>
        <w:t>У нiч пiд Новий рiк щось украло в тому колгоспi сторожа!</w:t>
      </w:r>
    </w:p>
    <w:p>
      <w:r>
        <w:br/>
        <w:t>Був сторож, i як язиком його злизало.</w:t>
      </w:r>
    </w:p>
    <w:p>
      <w:r>
        <w:br/>
        <w:t>У тому колгоспi по штату всього тiльки 18 сторожiв...</w:t>
      </w:r>
    </w:p>
    <w:p>
      <w:r>
        <w:br/>
        <w:t>Не вiсiмдесят, а всього тiльки вiсiмнадцять.</w:t>
      </w:r>
    </w:p>
    <w:p>
      <w:r>
        <w:br/>
        <w:t>Сторожi мiж собою живуть тихо, мирно, у згодi та злагодi.</w:t>
      </w:r>
    </w:p>
    <w:p>
      <w:r>
        <w:br/>
        <w:t>Вони собi сторожують, сонце собi крутиться, трудоднi собi йдуть...</w:t>
      </w:r>
    </w:p>
    <w:p>
      <w:r>
        <w:br/>
        <w:t>Щоб коли-небудь виникла серед них, серед сторожiв, якась там сварка, — то боже борони!</w:t>
      </w:r>
    </w:p>
    <w:p>
      <w:r>
        <w:br/>
        <w:t>Хiба як у пiдкидного грають, та хтось не ту масть пiдкине. Але це буває дуже рiдко, бо грають вони у пiдкидного так, що й у карти вже не дивляться, — такi спецiалiсти: дiйшли вже до того, що без карт грають, а так — на мигах.</w:t>
      </w:r>
    </w:p>
    <w:p>
      <w:r>
        <w:br/>
        <w:t>Отже, й сваритися нема причин.</w:t>
      </w:r>
    </w:p>
    <w:p>
      <w:r>
        <w:br/>
        <w:t>Буває iнодi, що стерегти нема чого, — так i з цього становища виходять: стережуть тодi один одного, щоб прогулiв не було.</w:t>
      </w:r>
    </w:p>
    <w:p>
      <w:r>
        <w:br/>
        <w:t>Одне слово, — хорошi сторожi, квалiфiкованi i з чималим стажем.</w:t>
      </w:r>
    </w:p>
    <w:p>
      <w:r>
        <w:br/>
        <w:t>Троє з них уже в похилiм вiцi, старенькi, а решта — нiчого, у доброму ще здоров'ї, i як не грають пiд коморою у пiдкидного, тодi борються-"навхрест" або "пiд силки", а як боротись не хочеться, тодi йдуть на товарно-молочну ферму:</w:t>
      </w:r>
    </w:p>
    <w:p>
      <w:r>
        <w:br/>
        <w:t>— Ану, хто бугая пiднiме?</w:t>
      </w:r>
    </w:p>
    <w:p>
      <w:r>
        <w:br/>
        <w:t>Бугай у тому колгоспi-симентал, красунь-бугай, Цезар називається, 918 кiлограмiв на вагу, але характером плохий, сумирний, дається пiднiмати, тiльки стогне.</w:t>
      </w:r>
    </w:p>
    <w:p>
      <w:r>
        <w:br/>
        <w:t>Одному не вдалося ще пiдняти, а вдвох уже пiднiмають.</w:t>
      </w:r>
    </w:p>
    <w:p>
      <w:r>
        <w:br/>
        <w:t>Тiльки крекчуть, як пiднiмають.</w:t>
      </w:r>
    </w:p>
    <w:p>
      <w:r>
        <w:br/>
        <w:t>Оленка Кленова, найкраща в колгоспi ланкова i найгострiша на язик комсомолка, кинула якось на засiданнi правлiння:</w:t>
      </w:r>
    </w:p>
    <w:p>
      <w:r>
        <w:br/>
        <w:t>— Та ви б нашим сторожам футбольного м'яча купили! Вони потренуються та "Кубка СРСР" нам виграють! Досить уже їм бугая пiднiмати!</w:t>
      </w:r>
    </w:p>
    <w:p>
      <w:r>
        <w:br/>
        <w:t>Сторожi образились та на Оленку:</w:t>
      </w:r>
    </w:p>
    <w:p>
      <w:r>
        <w:br/>
        <w:t>— Ти не дуже базiкай! Що ми сторожi, то нiчого, та не забувай, що я тесть, а я свекор, а я дядько, а я кум! Прикуси язика!</w:t>
      </w:r>
    </w:p>
    <w:p>
      <w:r>
        <w:br/>
        <w:t>I так за дiвчину взялися, що якби не парторг iз комсоргом, то, дивись би, й той... i ланку б одiбрали!</w:t>
      </w:r>
    </w:p>
    <w:p>
      <w:r>
        <w:br/>
        <w:t>А так, взагалi, що раз кажемо, сторожi дуже добрi й дуже квалiфiкованi, просто таки незамiнимi.</w:t>
      </w:r>
    </w:p>
    <w:p>
      <w:r>
        <w:br/>
        <w:t>I от одного з них пiд Новий рiк щось узяло й ухопило.</w:t>
      </w:r>
    </w:p>
    <w:p>
      <w:r>
        <w:br/>
        <w:t>Дiло було, — розповiдають, — так.</w:t>
      </w:r>
    </w:p>
    <w:p>
      <w:r>
        <w:br/>
        <w:t>Пiд Новий рiк сторожi вийшли на роботу вже пiсля зустрiчi Нового року, бо нiхто до 12-ої години в колгоспi не спав, отже боятися не було чого, та й злодiї у цю нiч теж Новий рiк зустрiчають, так що можна не хвилюватися.</w:t>
      </w:r>
    </w:p>
    <w:p>
      <w:r>
        <w:br/>
        <w:t>Зустрiли Новий рiк i вийшли сторожувати.</w:t>
      </w:r>
    </w:p>
    <w:p>
      <w:r>
        <w:br/>
        <w:t>Цю нiч не грали в пiдкидного, не боролися та й бугая не пiднiмали, бо було важкувато. Походили, покалатали в калаталки, поприходили додому та й полягали спати.</w:t>
      </w:r>
    </w:p>
    <w:p>
      <w:r>
        <w:br/>
        <w:t>І от другого дня дружина одного з сторожiв зчинила гвалт:</w:t>
      </w:r>
    </w:p>
    <w:p>
      <w:r>
        <w:br/>
        <w:t>— Нема чоловiка!</w:t>
      </w:r>
    </w:p>
    <w:p>
      <w:r>
        <w:br/>
        <w:t>Сюди-туди — нема! Уже й вечiр — нема! Подзвонили до району, викликали з мiлiцiї собаку-шукача Трефа, а воно тої ночi йшов снiг, слiди поприкидало. Треф побiгав по дворах, пiдбiг до колгоспної комори, нюхнув і прянув до стогу колгоспного сiна, пiдбiг до стогу i почав одгрiбати сiно. Грiб, грiб i вигрiб свинячий окiст. Всi тiльки:</w:t>
      </w:r>
    </w:p>
    <w:p>
      <w:r>
        <w:br/>
        <w:t>— Тю!</w:t>
      </w:r>
    </w:p>
    <w:p>
      <w:r>
        <w:br/>
        <w:t>А комiрник потихеньку:</w:t>
      </w:r>
    </w:p>
    <w:p>
      <w:r>
        <w:br/>
        <w:t>— Здох би ти йому! Де ти на мою голову взявся? Оленка, що тут була, приснула:</w:t>
      </w:r>
    </w:p>
    <w:p>
      <w:r>
        <w:br/>
        <w:t>— Дивись! I колоте, а в сiно заривається! Сказано, свиня!</w:t>
      </w:r>
    </w:p>
    <w:p>
      <w:r>
        <w:br/>
        <w:t>— То воно з морозу, — посмiхнувся мiлiцiонер.</w:t>
      </w:r>
    </w:p>
    <w:p>
      <w:r>
        <w:br/>
        <w:t>II</w:t>
      </w:r>
    </w:p>
    <w:p>
      <w:r>
        <w:br/>
        <w:t>Крадiжка в колгоспi сторожа справила на всiх гнiтюче враження.</w:t>
      </w:r>
    </w:p>
    <w:p>
      <w:r>
        <w:br/>
        <w:t>Дружина весь час плаче, родичi й сусiди сумують.</w:t>
      </w:r>
    </w:p>
    <w:p>
      <w:r>
        <w:br/>
        <w:t>Сторожi ходять хмарою:</w:t>
      </w:r>
    </w:p>
    <w:p>
      <w:r>
        <w:br/>
        <w:t>— Не вберегли!</w:t>
      </w:r>
    </w:p>
    <w:p>
      <w:r>
        <w:br/>
        <w:t>Скликали екстрене засiдання правлiння, де ухвалили подвоїти штат колгоспних сторожiв, щоб один штат сторожував колгоспне добро, а другий штат, щоб сторожував перший штат.</w:t>
      </w:r>
    </w:p>
    <w:p>
      <w:r>
        <w:br/>
        <w:t>— Чи могло таке трапитись? — запитали ми в свого знайомого мудрого колгоспника.</w:t>
      </w:r>
    </w:p>
    <w:p>
      <w:r>
        <w:br/>
        <w:t>— Скiльки в колгоспi сторожiв? — вiн запитав.</w:t>
      </w:r>
    </w:p>
    <w:p>
      <w:r>
        <w:br/>
        <w:t>— Вiсiмнадцять!</w:t>
      </w:r>
    </w:p>
    <w:p>
      <w:r>
        <w:br/>
        <w:t>— Могло бути! — подумавши трохи, сказав мудрий колгоспник. — Могло вкрасти: є кого красти!</w:t>
      </w:r>
    </w:p>
    <w:p>
      <w:r>
        <w:br/>
        <w:t>— А що робити, щоб у колгоспi сторожiв не крали?</w:t>
      </w:r>
    </w:p>
    <w:p>
      <w:r>
        <w:br/>
        <w:t>— Єдний спосiб — вибрати на колгосп одного доброго сторожа! — посовiтував мудрий колгоспник. — Голову колгоспу!</w:t>
      </w:r>
    </w:p>
    <w:p>
      <w:r>
        <w:br/>
        <w:t>— Що ж йому сторожувати? — ми до нього.</w:t>
      </w:r>
    </w:p>
    <w:p>
      <w:r>
        <w:br/>
        <w:t>— Колгоспнi трудоднi! — твердо заявив мудрий колгоспник. — Нiхто тодi в нього сторожа не вкраде!</w:t>
      </w:r>
    </w:p>
    <w:p>
      <w:r>
        <w:br/>
        <w:t>1950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ніч під новий рік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