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невідому путь</w:t>
      </w:r>
    </w:p>
    <w:p>
      <w:r>
        <w:br/>
        <w:t xml:space="preserve"> &lt;p&gt;Черепаха з'явилася на світ у затишній долині, біля широкого ставу, що поріс очеретом.</w:t>
      </w:r>
    </w:p>
    <w:p>
      <w:r>
        <w:br/>
        <w:t>Цілі рої веселих комашок були їй солодкою поживою.</w:t>
      </w:r>
    </w:p>
    <w:p>
      <w:r>
        <w:br/>
        <w:t>Коли вдоволена, грілася проти сонця,— усе дивилася на далеку гору, де сідали орли ширококрилі.</w:t>
      </w:r>
    </w:p>
    <w:p>
      <w:r>
        <w:br/>
        <w:t>Звідти щоранку випливало в тихе повітря сонце тепле, а ввечері виходив місяць ясний.</w:t>
      </w:r>
    </w:p>
    <w:p>
      <w:r>
        <w:br/>
        <w:t>Там небесна блакить ніжно обнімала зелену верховину&amp;hellip;</w:t>
      </w:r>
    </w:p>
    <w:p>
      <w:r>
        <w:br/>
        <w:t>І полюбила черепаха сонце і місяць, і блакить небесну, і забажала до нестями пізнати їх.</w:t>
      </w:r>
    </w:p>
    <w:p>
      <w:r>
        <w:br/>
        <w:t>Помандрувала в далеку, невідому путь&amp;hellip;</w:t>
      </w:r>
    </w:p>
    <w:p>
      <w:r>
        <w:br/>
        <w:t>Місяці переходила широку долину...</w:t>
      </w:r>
    </w:p>
    <w:p>
      <w:r>
        <w:br/>
        <w:t>Усе журилася за поживою.</w:t>
      </w:r>
    </w:p>
    <w:p>
      <w:r>
        <w:br/>
        <w:t>Тихо, поволі полізла вгору, вище й вище&amp;hellip;</w:t>
      </w:r>
    </w:p>
    <w:p>
      <w:r>
        <w:br/>
        <w:t>Обережно ступає, нога за ногою, впивається сильними кігтями в тверду землю, цупко за неї держиться, бо знає: як тільки зірветься з гори, то або зараз перевернеться на спину і так умре, або каменем полетить униз і там розіб'ється.</w:t>
      </w:r>
    </w:p>
    <w:p>
      <w:r>
        <w:br/>
        <w:t>Смерть однаково неминуча їй — страшна і дочасна.</w:t>
      </w:r>
    </w:p>
    <w:p>
      <w:r>
        <w:br/>
        <w:t>Лізе вгору уперто, довгі роки, усе поволі, усе обережно, посуваючись нога за ногою.</w:t>
      </w:r>
    </w:p>
    <w:p>
      <w:r>
        <w:br/>
        <w:t>Постаріла, мохом поросла.</w:t>
      </w:r>
    </w:p>
    <w:p>
      <w:r>
        <w:br/>
        <w:t>І чим вище підіймається, тим менше знаходить собі поживи, тим слабше гріє сонце її холодну кров, і тим далі од гори одходить небесна блакить.</w:t>
      </w:r>
    </w:p>
    <w:p>
      <w:r>
        <w:br/>
        <w:t>Лізе ще довго-довго&amp;hellip;</w:t>
      </w:r>
    </w:p>
    <w:p>
      <w:r>
        <w:br/>
        <w:t>Терпить голод і холод, зневіряється потроху в своїх силах, частіше повертає голову, щоб подивитися в теплу долину повну поживи й безжурного життя.</w:t>
      </w:r>
    </w:p>
    <w:p>
      <w:r>
        <w:br/>
        <w:t>Вернулась би назад,— так не може спуститися з крутої гори, бо зараз же покотиться каменем і буде їй смерть.</w:t>
      </w:r>
    </w:p>
    <w:p>
      <w:r>
        <w:br/>
        <w:t>Лізе знову угору, а дивиться вже у долину&amp;hellip;</w:t>
      </w:r>
    </w:p>
    <w:p>
      <w:r>
        <w:br/>
        <w:t>А коли, зовсім знесилена й зневірена, стала на саме верхів'я, то побачила:</w:t>
      </w:r>
    </w:p>
    <w:p>
      <w:r>
        <w:br/>
        <w:t>Холодне сонце стоїть високо-високо, світлий місяць сходить далеко-далеко, а блакить небесна аж за місяцем і за сонцем&amp;hellip;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невідому путь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