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"У неділю рано"</w:t>
      </w:r>
    </w:p>
    <w:p>
      <w:r>
        <w:br/>
        <w:t xml:space="preserve"> &lt;p&gt;— Нико й Анно, ви ще? спите?</w:t>
      </w:r>
    </w:p>
    <w:p>
      <w:r>
        <w:br/>
        <w:t>— Де там… Наше, Дми, вже давно відіспалося.</w:t>
      </w:r>
    </w:p>
    <w:p>
      <w:r>
        <w:br/>
        <w:t>— Бо мені щось таке приснилося… Ніби ми всі четверо ще молоді, десь навіть до вінчання… Та й ніби отак, як тепер, обі пари вкупі. І таке, скажу вам, межи нами сталося!.. Я би розказав, але боюся, що Євдоха вже прошумалася…</w:t>
      </w:r>
    </w:p>
    <w:p>
      <w:r>
        <w:br/>
        <w:t>— Я чую-чую, старий безстиднику!</w:t>
      </w:r>
    </w:p>
    <w:p>
      <w:r>
        <w:br/>
        <w:t>— О, видите…</w:t>
      </w:r>
    </w:p>
    <w:p>
      <w:r>
        <w:br/>
        <w:t>— Не бійтеся, Євдо! То лиш язик у нього тепер масний, а сни давно вже скоромні.</w:t>
      </w:r>
    </w:p>
    <w:p>
      <w:r>
        <w:br/>
        <w:t>— Не суди, Нико, по собі. Ранками я ще буваю теплий!</w:t>
      </w:r>
    </w:p>
    <w:p>
      <w:r>
        <w:br/>
        <w:t>— З вас би котрий, що пусте молоти, ліпше встав та запалив лямпу. Вже десь надворі біла днина.</w:t>
      </w:r>
    </w:p>
    <w:p>
      <w:r>
        <w:br/>
        <w:t>— Зараз, сарака, за…а, хороба на тебе, йка, пітьма!.. О! — Готово! З днинкою Божою вас!</w:t>
      </w:r>
    </w:p>
    <w:p>
      <w:r>
        <w:br/>
        <w:t>— Дякувать! І вас, Дмитрику!.. А ти, Нико, піди підойми трохи ляду, пусти повітря свіжого, бо від цього сопуху в голові дзвонить…</w:t>
      </w:r>
    </w:p>
    <w:p>
      <w:r>
        <w:br/>
        <w:t>— Та й визирни, братчику, як там… Отче наш, іже єси на небесі…</w:t>
      </w:r>
    </w:p>
    <w:p>
      <w:r>
        <w:br/>
        <w:t>— Госпідку, прийми щиру молитву за Йванка та й Федька, оборони моїх діточок від злої напасті, від кулі, облави та неволі…</w:t>
      </w:r>
    </w:p>
    <w:p>
      <w:r>
        <w:br/>
        <w:t>— Богородице Діво, радуйся…</w:t>
      </w:r>
    </w:p>
    <w:p>
      <w:r>
        <w:br/>
        <w:t>— Матінко Божа, заступнице, укрий слідочки нашого Василька від недоброго ока…</w:t>
      </w:r>
    </w:p>
    <w:p>
      <w:r>
        <w:br/>
        <w:t>— …і сина, і Святого Духа — Амінь!</w:t>
      </w:r>
    </w:p>
    <w:p>
      <w:r>
        <w:br/>
        <w:t>— Мете — світу не видко.</w:t>
      </w:r>
    </w:p>
    <w:p>
      <w:r>
        <w:br/>
        <w:t>— Вітер? Із снігом?</w:t>
      </w:r>
    </w:p>
    <w:p>
      <w:r>
        <w:br/>
        <w:t>— Но… Ще тут у чагарях трохи гасне, а по верхах аж свище.</w:t>
      </w:r>
    </w:p>
    <w:p>
      <w:r>
        <w:br/>
        <w:t>— Гм… Добре мете… Як думаєш?</w:t>
      </w:r>
    </w:p>
    <w:p>
      <w:r>
        <w:br/>
        <w:t>— Думаю, сьогодні можна.</w:t>
      </w:r>
    </w:p>
    <w:p>
      <w:r>
        <w:br/>
        <w:t>— Нико, я не позволю!</w:t>
      </w:r>
    </w:p>
    <w:p>
      <w:r>
        <w:br/>
        <w:t>— Дайте собі, Анно, спокій! Таж ми не бахури малі.</w:t>
      </w:r>
    </w:p>
    <w:p>
      <w:r>
        <w:br/>
        <w:t>— Правда, Анночко, най сходять. Може, в світі які переміни, а ми тут сидимо, як миші…</w:t>
      </w:r>
    </w:p>
    <w:p>
      <w:r>
        <w:br/>
        <w:t>— Одно слово, лагодьте бігом їсти, та й доки того сніговія, ми з Николою раз-два обернемось.</w:t>
      </w:r>
    </w:p>
    <w:p>
      <w:r>
        <w:br/>
        <w:t>— Може би-сте, Дми, забігли до нашої Параски та вовни прихопили? Вона мені винна. Бо цю вже допрядаємо.</w:t>
      </w:r>
    </w:p>
    <w:p>
      <w:r>
        <w:br/>
        <w:t>— Ти, жінка, вдуріла?! За тою хатою десь око та й око. Якщо Параска з Лесем ще не в Сибіру…</w:t>
      </w:r>
    </w:p>
    <w:p>
      <w:r>
        <w:br/>
        <w:t>***</w:t>
      </w:r>
    </w:p>
    <w:p>
      <w:r>
        <w:br/>
        <w:t>— …а як був у четвертій клясі і возили їх, — пам’ятаєте, вліті? — кращих учеників до Варшави…</w:t>
      </w:r>
    </w:p>
    <w:p>
      <w:r>
        <w:br/>
        <w:t>— Де не пам’ятаю! Наш Іванко також тоді їздив.</w:t>
      </w:r>
    </w:p>
    <w:p>
      <w:r>
        <w:br/>
        <w:t>— Но. То, чуєте, заощадив із тих грошенят (Господи, що то — на льоди то на цукорки мав пару злотих!) і купив мені таку довгу вузеньку фусточку…</w:t>
      </w:r>
    </w:p>
    <w:p>
      <w:r>
        <w:br/>
        <w:t>— Ану, тихо!.. Ні, поздавалося.</w:t>
      </w:r>
    </w:p>
    <w:p>
      <w:r>
        <w:br/>
        <w:t>— Щось довго їх нема. Господи, збав і помилуй!</w:t>
      </w:r>
    </w:p>
    <w:p>
      <w:r>
        <w:br/>
        <w:t>— Не бійтеся, Анно! Така фурделиця йде, що ані стріти кого, ні сліду зробити.</w:t>
      </w:r>
    </w:p>
    <w:p>
      <w:r>
        <w:br/>
        <w:t>— Божечку, ми хоч собі тут сидимо, а як нашим хлопчикам…</w:t>
      </w:r>
    </w:p>
    <w:p>
      <w:r>
        <w:br/>
        <w:t>— Що вдієш, так чоловікам від віка судилося. Ще хоч добре — діди наші при нас… Але й правда, щось довго нема їх…</w:t>
      </w:r>
    </w:p>
    <w:p>
      <w:r>
        <w:br/>
        <w:t>— Хоч Никола мене сварить, але я таки в тім переконанню, що то наука їх збавила. Оті січі, та просвіти, та читальні…</w:t>
      </w:r>
    </w:p>
    <w:p>
      <w:r>
        <w:br/>
        <w:t>— Бійтеся Бога, Анно, таж не запирати було їм світу!</w:t>
      </w:r>
    </w:p>
    <w:p>
      <w:r>
        <w:br/>
        <w:t>— Світу!!! Тільки тепер того й світу, що дебрями темними зі смертю в хованки бавляться, а ми тут у дирі гибіємо за то, що їх породили.</w:t>
      </w:r>
    </w:p>
    <w:p>
      <w:r>
        <w:br/>
        <w:t>— На все Господня воля. Я не нарікаю…</w:t>
      </w:r>
    </w:p>
    <w:p>
      <w:r>
        <w:br/>
        <w:t>— Агій, дурна бабо!</w:t>
      </w:r>
    </w:p>
    <w:p>
      <w:r>
        <w:br/>
        <w:t>— ???</w:t>
      </w:r>
    </w:p>
    <w:p>
      <w:r>
        <w:br/>
        <w:t>— Та то я про себе. Все скільки тут сидимо, а я все до вікна наслухаю.</w:t>
      </w:r>
    </w:p>
    <w:p>
      <w:r>
        <w:br/>
        <w:t>— Це Дмитро навмисне придумав, як робили з Николою криївку. Ти, кажу йому, не лінувався на дармову роботу? — Най, каже, хоч трохи буде здаватися що в хаті сидимо, а не в ямі. Навіть фіранку сам повісив, аби глину не видко.</w:t>
      </w:r>
    </w:p>
    <w:p>
      <w:r>
        <w:br/>
        <w:t>— А чуй, тепер таки йдуть!..</w:t>
      </w:r>
    </w:p>
    <w:p>
      <w:r>
        <w:br/>
        <w:t>***</w:t>
      </w:r>
    </w:p>
    <w:p>
      <w:r>
        <w:br/>
        <w:t>— …та й у Федевої хата згоріла.</w:t>
      </w:r>
    </w:p>
    <w:p>
      <w:r>
        <w:br/>
        <w:t>— Йой! Таки геть?</w:t>
      </w:r>
    </w:p>
    <w:p>
      <w:r>
        <w:br/>
        <w:t>— Дошпенту. Лиш головеньки під снігом тліють.</w:t>
      </w:r>
    </w:p>
    <w:p>
      <w:r>
        <w:br/>
        <w:t>— Недавно… А Грацунякова?</w:t>
      </w:r>
    </w:p>
    <w:p>
      <w:r>
        <w:br/>
        <w:t>— Ціла. В ній совіти квартирують. Зато Половичукову сільрада якомусь подолякові продала, вже розібрали…</w:t>
      </w:r>
    </w:p>
    <w:p>
      <w:r>
        <w:br/>
        <w:t>— …</w:t>
      </w:r>
    </w:p>
    <w:p>
      <w:r>
        <w:br/>
        <w:t>— …</w:t>
      </w:r>
    </w:p>
    <w:p>
      <w:r>
        <w:br/>
        <w:t>— …</w:t>
      </w:r>
    </w:p>
    <w:p>
      <w:r>
        <w:br/>
        <w:t>— …</w:t>
      </w:r>
    </w:p>
    <w:p>
      <w:r>
        <w:br/>
        <w:t>— Що думаєш, старий? Доки ціла стоїть…</w:t>
      </w:r>
    </w:p>
    <w:p>
      <w:r>
        <w:br/>
        <w:t>— Голова дорожча. Ти як, Нико?</w:t>
      </w:r>
    </w:p>
    <w:p>
      <w:r>
        <w:br/>
        <w:t>— Рихтик!</w:t>
      </w:r>
    </w:p>
    <w:p>
      <w:r>
        <w:br/>
        <w:t>— Но…</w:t>
      </w:r>
    </w:p>
    <w:p>
      <w:r>
        <w:br/>
        <w:t>— Але ноги, холєра би го…</w:t>
      </w:r>
    </w:p>
    <w:p>
      <w:r>
        <w:br/>
        <w:t>— То й мої заціпли.</w:t>
      </w:r>
    </w:p>
    <w:p>
      <w:r>
        <w:br/>
        <w:t>— Щот-ти!.. Роки наші…</w:t>
      </w:r>
    </w:p>
    <w:p>
      <w:r>
        <w:br/>
        <w:t>— Йо…</w:t>
      </w:r>
    </w:p>
    <w:p>
      <w:r>
        <w:br/>
        <w:t>— Вмучилися, бідаки…</w:t>
      </w:r>
    </w:p>
    <w:p>
      <w:r>
        <w:br/>
        <w:t>— Що хочете, по чагарях та заметах.</w:t>
      </w:r>
    </w:p>
    <w:p>
      <w:r>
        <w:br/>
        <w:t>— Та й до села кілький світ!</w:t>
      </w:r>
    </w:p>
    <w:p>
      <w:r>
        <w:br/>
        <w:t>— Нате кожух, вержте на Николу, бо щось ним телепає.</w:t>
      </w:r>
    </w:p>
    <w:p>
      <w:r>
        <w:br/>
        <w:t>— Аби ще не заслаб, моє біднятко. Ляжу коло нього, хоч трохи зігрію.</w:t>
      </w:r>
    </w:p>
    <w:p>
      <w:r>
        <w:br/>
        <w:t>— Та й я тої…</w:t>
      </w:r>
    </w:p>
    <w:p>
      <w:r>
        <w:br/>
        <w:t>— А про хлопців нічого…</w:t>
      </w:r>
    </w:p>
    <w:p>
      <w:r>
        <w:br/>
        <w:t>— Де б то вони розпитали!.. Але тихо, збудимо…</w:t>
      </w:r>
    </w:p>
    <w:p>
      <w:r>
        <w:br/>
        <w:t>— Ає, най посплять.</w:t>
      </w:r>
    </w:p>
    <w:p>
      <w:r>
        <w:br/>
        <w:t>— Но, ціхо…</w:t>
      </w:r>
    </w:p>
    <w:p>
      <w:r>
        <w:br/>
        <w:t>— Вже…</w:t>
      </w:r>
    </w:p>
    <w:p>
      <w:r>
        <w:br/>
        <w:t>***</w:t>
      </w:r>
    </w:p>
    <w:p>
      <w:r>
        <w:br/>
        <w:t>— Дмитрику, а котра вже година?</w:t>
      </w:r>
    </w:p>
    <w:p>
      <w:r>
        <w:br/>
        <w:t>— За квандрас дванадцята.</w:t>
      </w:r>
    </w:p>
    <w:p>
      <w:r>
        <w:br/>
        <w:t>— Уполудне чи д’опівночі?</w:t>
      </w:r>
    </w:p>
    <w:p>
      <w:r>
        <w:br/>
        <w:t>— О! Чи не казав я вам, баби, спім лиш по режиму. Тепер загубилися в часі, то що вночі мемо робити?</w:t>
      </w:r>
    </w:p>
    <w:p>
      <w:r>
        <w:br/>
        <w:t>— Таке наше, Анно. Пусте жалій, а воно ще виговорює… То вже ніч, питаю?</w:t>
      </w:r>
    </w:p>
    <w:p>
      <w:r>
        <w:br/>
        <w:t>— Ніч-ніч, Доцю. Дай мені різак, най дві зарубки зроблю. Бо оця коротка вже буде шеста, треба ще одну довгу, на завтра.</w:t>
      </w:r>
    </w:p>
    <w:p>
      <w:r>
        <w:br/>
        <w:t>— Ліпше довгу, Дми, зроби завтра поопівночі, бо заплутаємось.</w:t>
      </w:r>
    </w:p>
    <w:p>
      <w:r>
        <w:br/>
        <w:t>— Я си, Нико, не заплутаю. А зроблю тепер, бо неділеньку треба не до опівночі, а до зір шанувати…</w:t>
      </w:r>
    </w:p>
    <w:p>
      <w:r>
        <w:br/>
        <w:t>— …</w:t>
      </w:r>
    </w:p>
    <w:p>
      <w:r>
        <w:br/>
        <w:t>— Яка там вже, Дмитрику?</w:t>
      </w:r>
    </w:p>
    <w:p>
      <w:r>
        <w:br/>
        <w:t>— Двадцять і третя днина падолиста.</w:t>
      </w:r>
    </w:p>
    <w:p>
      <w:r>
        <w:br/>
        <w:t>— Боже!</w:t>
      </w:r>
    </w:p>
    <w:p>
      <w:r>
        <w:br/>
        <w:t>— Нічого, Анно, не журіться, ще шість довгих зарубок — і будемо колядувати.</w:t>
      </w:r>
    </w:p>
    <w:p>
      <w:r>
        <w:br/>
        <w:t>— Як доти нам не заколядують…</w:t>
      </w:r>
    </w:p>
    <w:p>
      <w:r>
        <w:br/>
        <w:t>— Анно!</w:t>
      </w:r>
    </w:p>
    <w:p>
      <w:r>
        <w:br/>
        <w:t>— Та я що…</w:t>
      </w:r>
    </w:p>
    <w:p>
      <w:r>
        <w:br/>
        <w:t>— А ото!.. приприся!</w:t>
      </w:r>
    </w:p>
    <w:p>
      <w:r>
        <w:br/>
        <w:t>— Йо… напудив.</w:t>
      </w:r>
    </w:p>
    <w:p>
      <w:r>
        <w:br/>
        <w:t>— Лишіть, Нико, що ви, бігме, як дітва обоє?!</w:t>
      </w:r>
    </w:p>
    <w:p>
      <w:r>
        <w:br/>
        <w:t>— Та бо най не каркає!</w:t>
      </w:r>
    </w:p>
    <w:p>
      <w:r>
        <w:br/>
        <w:t>— Будьте, Николко й Анночко, ціхо, бо прийдуть жовніри з великими гавами та й вас ухоплять.</w:t>
      </w:r>
    </w:p>
    <w:p>
      <w:r>
        <w:br/>
        <w:t>— Вам ще, Євдо, до жартів…</w:t>
      </w:r>
    </w:p>
    <w:p>
      <w:r>
        <w:br/>
        <w:t>***</w:t>
      </w:r>
    </w:p>
    <w:p>
      <w:r>
        <w:br/>
        <w:t>— Гов, сусіди!</w:t>
      </w:r>
    </w:p>
    <w:p>
      <w:r>
        <w:br/>
        <w:t>— Гов! Як спали, Дмитрику?!</w:t>
      </w:r>
    </w:p>
    <w:p>
      <w:r>
        <w:br/>
        <w:t>— Добре, як ви?! З неділенькою вас!</w:t>
      </w:r>
    </w:p>
    <w:p>
      <w:r>
        <w:br/>
        <w:t>— Дякувать і вас також!</w:t>
      </w:r>
    </w:p>
    <w:p>
      <w:r>
        <w:br/>
        <w:t>— Чуєте, що мені снилося…</w:t>
      </w:r>
    </w:p>
    <w:p>
      <w:r>
        <w:br/>
        <w:t>— Мой, ти знову?</w:t>
      </w:r>
    </w:p>
    <w:p>
      <w:r>
        <w:br/>
        <w:t>— Не заважай стара, я направду. Снилося мені, чуєте, що ніби звіявся нараз вітер, десь таки отут звіявся, і відхилив фіранку, а за вікном біло-біло…</w:t>
      </w:r>
    </w:p>
    <w:p>
      <w:r>
        <w:br/>
        <w:t>— Це на слабість.</w:t>
      </w:r>
    </w:p>
    <w:p>
      <w:r>
        <w:br/>
        <w:t>— У тебе, Анно, все на слабість. Ліпше слухай!</w:t>
      </w:r>
    </w:p>
    <w:p>
      <w:r>
        <w:br/>
        <w:t>— Та й десь таке тото світло біле й глибоке, що аж дрижить, таке глибоке… І якась така тривога, така, чуєте… Євдошко, Доцьку, ти чого?</w:t>
      </w:r>
    </w:p>
    <w:p>
      <w:r>
        <w:br/>
        <w:t>— Дмитрику-у-у!..</w:t>
      </w:r>
    </w:p>
    <w:p>
      <w:r>
        <w:br/>
        <w:t>— Ади! Таже ти ще не дослухала…</w:t>
      </w:r>
    </w:p>
    <w:p>
      <w:r>
        <w:br/>
        <w:t>— Дайте їй, Дми, поплакати. Це таке, що як насяде, само не попустить.</w:t>
      </w:r>
    </w:p>
    <w:p>
      <w:r>
        <w:br/>
        <w:t>— Про мене… Світло світити?</w:t>
      </w:r>
    </w:p>
    <w:p>
      <w:r>
        <w:br/>
        <w:t>***</w:t>
      </w:r>
    </w:p>
    <w:p>
      <w:r>
        <w:br/>
        <w:t>— …собі говори, а я одно знаю — добре, як ще зиму перебудуть, а навесні їх тут і сліду…</w:t>
      </w:r>
    </w:p>
    <w:p>
      <w:r>
        <w:br/>
        <w:t>— Жди, псе, доки кобила здохне!</w:t>
      </w:r>
    </w:p>
    <w:p>
      <w:r>
        <w:br/>
        <w:t>— Раз тобі кажу, Лондон ще пройшлого року…</w:t>
      </w:r>
    </w:p>
    <w:p>
      <w:r>
        <w:br/>
        <w:t>— Здалися ми, Нико, Європі. Нагадай собі, як було по Першій світовій…</w:t>
      </w:r>
    </w:p>
    <w:p>
      <w:r>
        <w:br/>
        <w:t>— Тепер не той ряд…</w:t>
      </w:r>
    </w:p>
    <w:p>
      <w:r>
        <w:br/>
        <w:t>— Той самісінький! Що було по першій, буде й по другій. Уже є!</w:t>
      </w:r>
    </w:p>
    <w:p>
      <w:r>
        <w:br/>
        <w:t>— Агій на вас, політики! Найдіть щось друге до бесіди, бо від ваших криків голова розскакується.</w:t>
      </w:r>
    </w:p>
    <w:p>
      <w:r>
        <w:br/>
        <w:t>— Отак, Нико, і тут тема свободи. Біда їх бери, давай карти.</w:t>
      </w:r>
    </w:p>
    <w:p>
      <w:r>
        <w:br/>
        <w:t>— А-а… Я вже ними згидив.</w:t>
      </w:r>
    </w:p>
    <w:p>
      <w:r>
        <w:br/>
        <w:t>— Добре маєте, Николко. Ти би краще, старий, як з тими картами, слова Божого почитав у неділю…</w:t>
      </w:r>
    </w:p>
    <w:p>
      <w:r>
        <w:br/>
        <w:t>***</w:t>
      </w:r>
    </w:p>
    <w:p>
      <w:r>
        <w:br/>
        <w:t>— А след-то, судя по всему, вчерашний?</w:t>
      </w:r>
    </w:p>
    <w:p>
      <w:r>
        <w:br/>
        <w:t>— Да, если на чистое выйдет, наверняка замело, знатный был дуйник…</w:t>
      </w:r>
    </w:p>
    <w:p>
      <w:r>
        <w:br/>
        <w:t>— На то и рассчитывали. Обычно след в след идут, а тут, вишь, беспечно…</w:t>
      </w:r>
    </w:p>
    <w:p>
      <w:r>
        <w:br/>
        <w:t>— Разговорчики!</w:t>
      </w:r>
    </w:p>
    <w:p>
      <w:r>
        <w:br/>
        <w:t>***</w:t>
      </w:r>
    </w:p>
    <w:p>
      <w:r>
        <w:br/>
        <w:t>— "…бо з півночі зло приведу і велике нещастя. Лев виходить із своєї гущавини, і той, хто нищить народи, вирушає із місця свого, щоб той край обернути на руїну, і спустошені будуть міста твої…"</w:t>
      </w:r>
    </w:p>
    <w:p>
      <w:r>
        <w:br/>
        <w:t>— Дми, там наверху… Як би що хрупнуло.</w:t>
      </w:r>
    </w:p>
    <w:p>
      <w:r>
        <w:br/>
        <w:t>— Тобі поздавалося, старенька. "Отож, опережіться веретами, плачте і голосіть…"</w:t>
      </w:r>
    </w:p>
    <w:p>
      <w:r>
        <w:br/>
        <w:t>***</w:t>
      </w:r>
    </w:p>
    <w:p>
      <w:r>
        <w:br/>
        <w:t>— А может, все же, товарищ, капитан?..</w:t>
      </w:r>
    </w:p>
    <w:p>
      <w:r>
        <w:br/>
        <w:t>— К чертям собачьим, лейтенант! Прошлый раз я двух бойцов положил, да трое раненых, а они под конец перестрелялись, бляди, в своем бункере… Приготовить гранаты! Сидоров, придержи собаку!..</w:t>
      </w:r>
    </w:p>
    <w:p>
      <w:r>
        <w:br/>
        <w:t>***</w:t>
      </w:r>
    </w:p>
    <w:p>
      <w:r>
        <w:br/>
        <w:t>— Дмитрику, чого ти вмовк?.. Дми, я си бою, що ти наслухаєш?!</w:t>
      </w:r>
    </w:p>
    <w:p>
      <w:r>
        <w:br/>
        <w:t>— Вітер з голих верхів. Не бійся, Доцьку, дай мені руку…</w:t>
      </w:r>
    </w:p>
    <w:p>
      <w:r>
        <w:br/>
        <w:t>1993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"У неділю рано"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