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нашім раї на землі</w:t>
      </w:r>
    </w:p>
    <w:p>
      <w:r>
        <w:br/>
        <w:t xml:space="preserve"> У нашім раї на землі&lt;br /&gt;</w:t>
        <w:br/>
        <w:t>Нічого кращого немає,&lt;br /&gt;</w:t>
        <w:br/>
        <w:t>Як тая мати молодая&lt;br /&gt;</w:t>
        <w:br/>
        <w:t>З своїм дитяточком малим.&lt;br /&gt;</w:t>
        <w:br/>
        <w:t>Бувая, іноді дивлюся,&lt;br /&gt;</w:t>
        <w:br/>
        <w:t>Дивуюсь дивом, і печаль&lt;br /&gt;</w:t>
        <w:br/>
        <w:t>Охватить душу; стане жаль&lt;br /&gt;</w:t>
        <w:br/>
        <w:t>Мені її, і зажурюся,&lt;br /&gt;</w:t>
        <w:br/>
        <w:t>І перед нею помолюся,&lt;br /&gt;</w:t>
        <w:br/>
        <w:t>Мов перед образом святим&lt;br /&gt;</w:t>
        <w:br/>
        <w:t>Тієї матері святої,&lt;br /&gt;</w:t>
        <w:br/>
        <w:t>Що в мир наш бога принесла…&lt;br /&gt;</w:t>
        <w:br/>
        <w:t>Тепер їй любо, любо жити.&lt;br /&gt;</w:t>
        <w:br/>
        <w:t>Вона серед ночі встає,&lt;br /&gt;</w:t>
        <w:br/>
        <w:t>І стереже добро своє,&lt;br /&gt;</w:t>
        <w:br/>
        <w:t>І дожидає того світу,&lt;br /&gt;</w:t>
        <w:br/>
        <w:t>Щоб знов на його надивитись,&lt;br /&gt;</w:t>
        <w:br/>
        <w:t>Наговоритись. — Це моє!&lt;br /&gt;</w:t>
        <w:br/>
        <w:t>Моє! — І дивиться на його,&lt;br /&gt;</w:t>
        <w:br/>
        <w:t>І молиться за його богу,&lt;br /&gt;</w:t>
        <w:br/>
        <w:t>І йде на улицю гулять&lt;br /&gt;</w:t>
        <w:br/>
        <w:t>Гордіше самої цариці.&lt;br /&gt;</w:t>
        <w:br/>
        <w:t>Щоб людям, бачте, показать&lt;br /&gt;</w:t>
        <w:br/>
        <w:t>Своє добро. — А подивіться!&lt;br /&gt;</w:t>
        <w:br/>
        <w:t>Моє найкраще над всіми! —&lt;br /&gt;</w:t>
        <w:br/>
        <w:t>І ненароком інший гляне.&lt;br /&gt;</w:t>
        <w:br/>
        <w:t>Весела, рада, боже мій!&lt;br /&gt;</w:t>
        <w:br/>
        <w:t>Несе додому свого Йвана.&lt;br /&gt;</w:t>
        <w:br/>
        <w:t>І їй здається, все село&lt;br /&gt;</w:t>
        <w:br/>
        <w:t>Весь день дивилося на його,&lt;br /&gt;</w:t>
        <w:br/>
        <w:t>Що тілько й дива там було,&lt;br /&gt;</w:t>
        <w:br/>
        <w:t>А більше не було нічого.&lt;br /&gt;</w:t>
        <w:br/>
        <w:t>Щасливая!..&lt;br /&gt;</w:t>
        <w:br/>
        <w:t>Літа минають.&lt;br /&gt;</w:t>
        <w:br/>
        <w:t>Потроху діти виростають,&lt;br /&gt;</w:t>
        <w:br/>
        <w:t>І виросли, і розійшлись&lt;br /&gt;</w:t>
        <w:br/>
        <w:t>На заробітки, в москалі.&lt;br /&gt;</w:t>
        <w:br/>
        <w:t>І ти осталася, небого.&lt;br /&gt;</w:t>
        <w:br/>
        <w:t>І не осталося нікого&lt;br /&gt;</w:t>
        <w:br/>
        <w:t>З тобою дома. Наготи&lt;br /&gt;</w:t>
        <w:br/>
        <w:t>Старої нічим одягти&lt;br /&gt;</w:t>
        <w:br/>
        <w:t>І витопить зимою хату.&lt;br /&gt;</w:t>
        <w:br/>
        <w:t>А ти нездужаєш і встати,&lt;br /&gt;</w:t>
        <w:br/>
        <w:t>Щоб хоч огонь той розвести.&lt;br /&gt;</w:t>
        <w:br/>
        <w:t>В холодній молишся оселі&lt;br /&gt;</w:t>
        <w:br/>
        <w:t>За їх, за діточок.&lt;br /&gt;</w:t>
        <w:br/>
        <w:t>А ти,&lt;br /&gt;</w:t>
        <w:br/>
        <w:t>Великомученице! Села&lt;br /&gt;</w:t>
        <w:br/>
        <w:t>Минаєш, плачучи, вночі.&lt;br /&gt;</w:t>
        <w:br/>
        <w:t>І полем-степом ідучи,&lt;br /&gt;</w:t>
        <w:br/>
        <w:t>Свого ти сина закриваєш.&lt;br /&gt;</w:t>
        <w:br/>
        <w:t>Бо й пташка іноді пізнає&lt;br /&gt;</w:t>
        <w:br/>
        <w:t>І защебече: — Он байстря&lt;br /&gt;</w:t>
        <w:br/>
        <w:t>Несе покритка на базар.&lt;br /&gt;</w:t>
        <w:br/>
        <w:t>Безталанная! Де ділась&lt;br /&gt;</w:t>
        <w:br/>
        <w:t>Краса твоя тая,&lt;br /&gt;</w:t>
        <w:br/>
        <w:t>Що всі люде дивувались?&lt;br /&gt;</w:t>
        <w:br/>
        <w:t>Пропала, немає!&lt;br /&gt;</w:t>
        <w:br/>
        <w:t>Все забрала дитиночка&lt;br /&gt;</w:t>
        <w:br/>
        <w:t>І вигнала з хати,&lt;br /&gt;</w:t>
        <w:br/>
        <w:t>І вийшла ти за царину,&lt;br /&gt;</w:t>
        <w:br/>
        <w:t>З хреста ніби знята.&lt;br /&gt;</w:t>
        <w:br/>
        <w:t>Старці тебе цураються,&lt;br /&gt;</w:t>
        <w:br/>
        <w:t>Мов тії прокази.&lt;br /&gt;</w:t>
        <w:br/>
        <w:t>А воно таке маленьке,&lt;br /&gt;</w:t>
        <w:br/>
        <w:t>Воно ще й не лазить.&lt;br /&gt;</w:t>
        <w:br/>
        <w:t>І коли-то воно буде&lt;br /&gt;</w:t>
        <w:br/>
        <w:t>Гратись і промовить&lt;br /&gt;</w:t>
        <w:br/>
        <w:t>Слово мамо. Великеє,&lt;br /&gt;</w:t>
        <w:br/>
        <w:t>Найкращеє слово!&lt;br /&gt;</w:t>
        <w:br/>
        <w:t>Ти зрадієш; і розкажеш&lt;br /&gt;</w:t>
        <w:br/>
        <w:t>Дитині правдиво&lt;br /&gt;</w:t>
        <w:br/>
        <w:t>Про панича лукавого,&lt;br /&gt;</w:t>
        <w:br/>
        <w:t>І будеш щаслива.&lt;br /&gt;</w:t>
        <w:br/>
        <w:t>Та не довго. Бо не дійде&lt;br /&gt;</w:t>
        <w:br/>
        <w:t>До зросту дитина,&lt;br /&gt;</w:t>
        <w:br/>
        <w:t>Піде собі сліпця водить,&lt;br /&gt;</w:t>
        <w:br/>
        <w:t>А тебе покине&lt;br /&gt;</w:t>
        <w:br/>
        <w:t>Калікою на розпутті,&lt;br /&gt;</w:t>
        <w:br/>
        <w:t>Щоб собак дражнила,&lt;br /&gt;</w:t>
        <w:br/>
        <w:t>Та ще й вилає. За те, бач,&lt;br /&gt;</w:t>
        <w:br/>
        <w:t>Що на світ родила.&lt;br /&gt;</w:t>
        <w:br/>
        <w:t>І за те ще, що так тяжко&lt;br /&gt;</w:t>
        <w:br/>
        <w:t>Дитину любила.&lt;br /&gt;</w:t>
        <w:br/>
        <w:t>І любитимеш, небого,&lt;br /&gt;</w:t>
        <w:br/>
        <w:t>Поки не загинеш&lt;br /&gt;</w:t>
        <w:br/>
        <w:t>Межи псами, на морозі&lt;br /&gt;</w:t>
        <w:br/>
        <w:t>Де-небудь під тином.&lt;br /&gt;</w:t>
        <w:br/>
        <w:t>[Перша половина 1849, Кос-арал]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нашім раї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