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кожної людини сто прикмет</w:t>
      </w:r>
    </w:p>
    <w:p>
      <w:r>
        <w:br/>
        <w:t xml:space="preserve"> &lt;blockquote&gt;С. Преображенському&lt;/blockquote&gt;</w:t>
      </w:r>
    </w:p>
    <w:p>
      <w:r>
        <w:br/>
        <w:t>У кожної людини — сто прикмет&lt;br /&gt;</w:t>
        <w:br/>
        <w:t>цікавих, мов історії планет.&lt;br /&gt;</w:t>
        <w:br/>
        <w:t>Є всесвіт неповторності судьби:&lt;br /&gt;</w:t>
        <w:br/>
        <w:t>трудів і днів, шукань і боротьби.</w:t>
      </w:r>
    </w:p>
    <w:p>
      <w:r>
        <w:br/>
        <w:t>Коли хто-небудь непомітно жив,&lt;br /&gt;</w:t>
        <w:br/>
        <w:t>з цією непомітністю дружив,&lt;br /&gt;</w:t>
        <w:br/>
        <w:t>то він прикметним був серед людей&lt;br /&gt;</w:t>
        <w:br/>
        <w:t>своєю непомітністю, єй-єй.</w:t>
      </w:r>
    </w:p>
    <w:p>
      <w:r>
        <w:br/>
        <w:t>Є в кожного таємний власний світ.&lt;br /&gt;</w:t>
        <w:br/>
        <w:t>Є мить духопіднесення в зеніт.&lt;br /&gt;</w:t>
        <w:br/>
        <w:t>Є від усіх прихована пора,&lt;br /&gt;</w:t>
        <w:br/>
        <w:t>коли насподі — сором і жура.</w:t>
      </w:r>
    </w:p>
    <w:p>
      <w:r>
        <w:br/>
        <w:t>Ступаючи на смертний свій поріг,&lt;br /&gt;</w:t>
        <w:br/>
        <w:t>ми забираємо і щонайперший сніг,&lt;br /&gt;</w:t>
        <w:br/>
        <w:t>і перший поцілунок, перший бій —&lt;br /&gt;</w:t>
        <w:br/>
        <w:t>все, що зіткало пам'яті сувій.</w:t>
      </w:r>
    </w:p>
    <w:p>
      <w:r>
        <w:br/>
        <w:t>Так, залишаються і книги, і мости,&lt;br /&gt;</w:t>
        <w:br/>
        <w:t>машини, порятовані грунти;&lt;br /&gt;</w:t>
        <w:br/>
        <w:t>одне — продовжує чиєсь життя,&lt;br /&gt;</w:t>
        <w:br/>
        <w:t>а інше — таки кане в небуття.</w:t>
      </w:r>
    </w:p>
    <w:p>
      <w:r>
        <w:br/>
        <w:t>Це правило безжалісне й старе,&lt;br /&gt;</w:t>
        <w:br/>
        <w:t>що з кожним — неосяжний світ помре.&lt;br /&gt;</w:t>
        <w:br/>
        <w:t>Не забуваєм грішних і земних,&lt;br /&gt;</w:t>
        <w:br/>
        <w:t>а що, по суті, знали ми про них?</w:t>
      </w:r>
    </w:p>
    <w:p>
      <w:r>
        <w:br/>
        <w:t>Що знаємо про рідних нам людей:&lt;br /&gt;</w:t>
        <w:br/>
        <w:t>про друзів, про кохану, про дітей?&lt;br /&gt;</w:t>
        <w:br/>
        <w:t>В нас на очах все батькове життя,&lt;br /&gt;</w:t>
        <w:br/>
        <w:t>а що про батька знаєм до пуття.</w:t>
      </w:r>
    </w:p>
    <w:p>
      <w:r>
        <w:br/>
        <w:t>Вмирають люди... Губляться сліди&lt;br /&gt;</w:t>
        <w:br/>
        <w:t>в ці таємничі, втрачені світи.&lt;br /&gt;</w:t>
        <w:br/>
        <w:t>Мені кричати хочеться щораз,&lt;br /&gt;</w:t>
        <w:br/>
        <w:t>бо так безповоротно це для нас.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кожної людини сто прикмет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