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горах</w:t>
      </w:r>
    </w:p>
    <w:p>
      <w:r>
        <w:br/>
        <w:t xml:space="preserve"> У нас у горах, пани-браття,&lt;br /&gt;</w:t>
        <w:br/>
        <w:t>Раз виводились сокол&amp;#769;и;&lt;br /&gt;</w:t>
        <w:br/>
        <w:t>Тепер не мають і коли&lt;br /&gt;</w:t>
        <w:br/>
        <w:t>Про теє люди споминати...&lt;br /&gt;</w:t>
        <w:br/>
        <w:t>Минув наш давній тихий рай,&lt;br /&gt;</w:t>
        <w:br/>
        <w:t>Минула давня наша воля...&lt;br /&gt;</w:t>
        <w:br/>
        <w:t>Але ще кажуть, як соколи&lt;br /&gt;</w:t>
        <w:br/>
        <w:t>Назад повернуться в наш край,&lt;br /&gt;</w:t>
        <w:br/>
        <w:t>То ще гаразд на світі буде.&lt;br /&gt;</w:t>
        <w:br/>
        <w:t>Не вірю я — най вірять люде!&lt;br /&gt;</w:t>
        <w:br/>
        <w:t>Бо в нас було колись добро&lt;br /&gt;</w:t>
        <w:br/>
        <w:t>І славно в нас було,&lt;br /&gt;</w:t>
        <w:br/>
        <w:t>Доки наші не приймили&lt;br /&gt;</w:t>
        <w:br/>
        <w:t>За короля круля&lt;br /&gt;</w:t>
        <w:br/>
        <w:t>Краківського. Пропав і круль,&lt;br /&gt;</w:t>
        <w:br/>
        <w:t>І ми з ним пропали, —&lt;br /&gt;</w:t>
        <w:br/>
        <w:t>Єлуїтські колегії&lt;br /&gt;</w:t>
        <w:br/>
        <w:t>Лиш повиростали,&lt;br /&gt;</w:t>
        <w:br/>
        <w:t>Як гадярки капанисті&lt;br /&gt;</w:t>
        <w:br/>
        <w:t>Слотавого літа.&lt;br /&gt;</w:t>
        <w:br/>
        <w:t>А ми усе питаємо,&lt;br /&gt;</w:t>
        <w:br/>
        <w:t>Чо лихо на світі?..&lt;br /&gt;</w:t>
        <w:br/>
        <w:t>Покажімо єзуїтам&lt;br /&gt;</w:t>
        <w:br/>
        <w:t>У Рим лиш дорогу,&lt;br /&gt;</w:t>
        <w:br/>
        <w:t>Відберімо чортам царство&lt;br /&gt;</w:t>
        <w:br/>
        <w:t>Та віддаймо богу!&lt;br /&gt;</w:t>
        <w:br/>
        <w:t>Тогді у нас і соколи&lt;br /&gt;</w:t>
        <w:br/>
        <w:t>Вестись назад стануть,&lt;br /&gt;</w:t>
        <w:br/>
        <w:t>А ті гори свою волю&lt;br /&gt;</w:t>
        <w:br/>
        <w:t>Соколю дістануть.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горах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