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дорозі</w:t>
      </w:r>
    </w:p>
    <w:p>
      <w:r>
        <w:br/>
        <w:t xml:space="preserve"> &lt;p&gt;Якось повертався я з Фіуме додому. З нами їхав невеликий селянський хлопчина. Його відправили з Америки на батьківщину. Хлопцем спочатку опікувався один матрос з корабля. В Фіуме він попросив провідника нашого потяга доглянути малого пасажира й висадити його на станції в рідному селі.</w:t>
      </w:r>
    </w:p>
    <w:p>
      <w:r>
        <w:br/>
        <w:t>Уночі поїзд промчав через Карстське плато і Хорватію. Поки розвиднілося, ми переїхали річку Драву. Коли я вийшов у коридор помилуватися ранком, то побачив там малого пасажира, що вдосталь наїздився вже по світу.</w:t>
      </w:r>
    </w:p>
    <w:p>
      <w:r>
        <w:br/>
        <w:t>— Як тебе звати, синку? — спитав я його.</w:t>
      </w:r>
    </w:p>
    <w:p>
      <w:r>
        <w:br/>
        <w:t>— Палі Бакаш,— відповів він.</w:t>
      </w:r>
    </w:p>
    <w:p>
      <w:r>
        <w:br/>
        <w:t>— Ти, мабуть, той хлопчик, що повертається додому з Америки?</w:t>
      </w:r>
    </w:p>
    <w:p>
      <w:r>
        <w:br/>
        <w:t>— Еге ж, це я.</w:t>
      </w:r>
    </w:p>
    <w:p>
      <w:r>
        <w:br/>
        <w:t>— Ну, тоді ти, хлопче, бачив чимало цікавого.</w:t>
      </w:r>
    </w:p>
    <w:p>
      <w:r>
        <w:br/>
        <w:t>— Справді, дядьку, я бачив багато чого.</w:t>
      </w:r>
    </w:p>
    <w:p>
      <w:r>
        <w:br/>
        <w:t>— Що ж сподобалося тобі, Палі, найбільш на світі?</w:t>
      </w:r>
    </w:p>
    <w:p>
      <w:r>
        <w:br/>
        <w:t>Хлопчина замріяно дивився на краєвид. Сонце вже зійшло й осявало землю золотим промінням.</w:t>
      </w:r>
    </w:p>
    <w:p>
      <w:r>
        <w:br/>
        <w:t>— Понад усе подобаються мені пшениця та суріпиця,— нарешті відказав малий.</w:t>
      </w:r>
    </w:p>
    <w:p>
      <w:r>
        <w:br/>
        <w:t>— Де ж ти бачив у Америці пшеницю та суріпицю?</w:t>
      </w:r>
    </w:p>
    <w:p>
      <w:r>
        <w:br/>
        <w:t>— Там я не бачив, але дома надивився на них досить.</w:t>
      </w:r>
    </w:p>
    <w:p>
      <w:r>
        <w:br/>
        <w:t>— Ну, але ж і там ти бачив щось гарне? Адже море таки прекрасне?</w:t>
      </w:r>
    </w:p>
    <w:p>
      <w:r>
        <w:br/>
        <w:t>— Прекрасне,— коротко відказав хлопець.</w:t>
      </w:r>
    </w:p>
    <w:p>
      <w:r>
        <w:br/>
        <w:t>— І на морський корабель цікаво подивитися.</w:t>
      </w:r>
    </w:p>
    <w:p>
      <w:r>
        <w:br/>
        <w:t>— І на ньому є на що подивитися.</w:t>
      </w:r>
    </w:p>
    <w:p>
      <w:r>
        <w:br/>
        <w:t>— А ще, Палі, яке чудове видовище являє пристань! Скільки кораблів на причалі! Один припливає, другий відпливає. І скільки людей юрмиться та гуде на березі. Ще й негри є між ними.</w:t>
      </w:r>
    </w:p>
    <w:p>
      <w:r>
        <w:br/>
        <w:t>— Є,— погодився Палі.</w:t>
      </w:r>
    </w:p>
    <w:p>
      <w:r>
        <w:br/>
        <w:t>— А який величезний той Нью-Йорк! Там стільки людей, що ледве можна пройти вулицею.</w:t>
      </w:r>
    </w:p>
    <w:p>
      <w:r>
        <w:br/>
        <w:t>— Це правда.</w:t>
      </w:r>
    </w:p>
    <w:p>
      <w:r>
        <w:br/>
        <w:t>Палі не відривав очей від полів. Розмовляючи, він весь час дивився у вікно.</w:t>
      </w:r>
    </w:p>
    <w:p>
      <w:r>
        <w:br/>
        <w:t>— А потім,— вів я далі,— які високі там будинки! Є серед них і десяти-двадцятиповерхові.</w:t>
      </w:r>
    </w:p>
    <w:p>
      <w:r>
        <w:br/>
        <w:t>— Є й вищі.</w:t>
      </w:r>
    </w:p>
    <w:p>
      <w:r>
        <w:br/>
        <w:t>— Ти бачив найвищий будинок?</w:t>
      </w:r>
    </w:p>
    <w:p>
      <w:r>
        <w:br/>
        <w:t>— Бачив. Одного разу я навіть піднявся на п'ятнадцятий поверх.</w:t>
      </w:r>
    </w:p>
    <w:p>
      <w:r>
        <w:br/>
        <w:t>— Ну, то не кожний хлопчина з вашого села може таким похвалитися... А чи сподобався тобі Нью-Йорк?</w:t>
      </w:r>
    </w:p>
    <w:p>
      <w:r>
        <w:br/>
        <w:t>— Там дуже багато диму,— відповів хлопчик.</w:t>
      </w:r>
    </w:p>
    <w:p>
      <w:r>
        <w:br/>
        <w:t>— А міські палаци?</w:t>
      </w:r>
    </w:p>
    <w:p>
      <w:r>
        <w:br/>
        <w:t>— Там нема ні дворів, ні городів.</w:t>
      </w:r>
    </w:p>
    <w:p>
      <w:r>
        <w:br/>
        <w:t>— А вулиці?</w:t>
      </w:r>
    </w:p>
    <w:p>
      <w:r>
        <w:br/>
        <w:t>— Жодна не веде на луку.</w:t>
      </w:r>
    </w:p>
    <w:p>
      <w:r>
        <w:br/>
        <w:t>Раптом хлопчина скрикнув:</w:t>
      </w:r>
    </w:p>
    <w:p>
      <w:r>
        <w:br/>
        <w:t>— Дивіться, копають!</w:t>
      </w:r>
    </w:p>
    <w:p>
      <w:r>
        <w:br/>
        <w:t>Біля залізничної колії угорські робітники копали землю. Палі висунувся з вікна і жадібно оглядав грабарів. Очі йому заблищали.</w:t>
      </w:r>
    </w:p>
    <w:p>
      <w:r>
        <w:br/>
        <w:t>— Ой, хотів би я бути серед них, як отой хлопець он там! — вигукнув Палі.</w:t>
      </w:r>
    </w:p>
    <w:p>
      <w:r>
        <w:br/>
        <w:t>Він забув про море, про корабель, про Нью-Йорк і про його хмарочоси. Хлопчик зірвав з голови капелюха і висунув з вікна. Потім помахав ще й білою хусточкою.</w:t>
      </w:r>
    </w:p>
    <w:p>
      <w:r>
        <w:br/>
        <w:t>Робітники покинули на хвилину працювати. Один з них у відповідь помаяв капелюхом. Пасажири теж замахали хустками.</w:t>
      </w:r>
    </w:p>
    <w:p>
      <w:r>
        <w:br/>
        <w:t>Хлопчик далі дивився у вікно.</w:t>
      </w:r>
    </w:p>
    <w:p>
      <w:r>
        <w:br/>
        <w:t>— Ой, яка там чудова дзвіничка! — вигукнув він.</w:t>
      </w:r>
    </w:p>
    <w:p>
      <w:r>
        <w:br/>
        <w:t>Здалеку нам кивала дзвіниця невеличкого села.</w:t>
      </w:r>
    </w:p>
    <w:p>
      <w:r>
        <w:br/>
        <w:t>— Дивіться, як гарно в'ється між кущами той потік! — сказав замилувано хлопчик.— А тополі край дороги як рівненько вишикувалися! А он пагорок як голубіє від квітів! А ліс який зелений!</w:t>
      </w:r>
    </w:p>
    <w:p>
      <w:r>
        <w:br/>
        <w:t>Незабаром Палі знову вигукнув:</w:t>
      </w:r>
    </w:p>
    <w:p>
      <w:r>
        <w:br/>
        <w:t>— А ось село! Скільки акацій! Скільки квітів у городі! А подивіться-но туди: на димарі лелечине гніздо! Доброго ранку, друже лелеко!</w:t>
      </w:r>
    </w:p>
    <w:p>
      <w:r>
        <w:br/>
        <w:t>Хлопець замовк на хвильку, потім знов озвався:</w:t>
      </w:r>
    </w:p>
    <w:p>
      <w:r>
        <w:br/>
        <w:t>— У нашому селі куди більше дерев!</w:t>
      </w:r>
    </w:p>
    <w:p>
      <w:r>
        <w:br/>
        <w:t>— Справді?</w:t>
      </w:r>
    </w:p>
    <w:p>
      <w:r>
        <w:br/>
        <w:t>— Так. І квіти кращі. А потік тече біля самого села. І млин стукотить на воді. І дзвіниця в нас краща, більша... На нашому димарі теж звив собі гніздо лелека. А під стріхою — ластівки...</w:t>
      </w:r>
    </w:p>
    <w:p>
      <w:r>
        <w:br/>
        <w:t>Малий зробився раптом дуже говіркий. Я обійняв його за плечі.</w:t>
      </w:r>
    </w:p>
    <w:p>
      <w:r>
        <w:br/>
        <w:t>— Здається, синку, що тобі ваше село миліше, аніж уся Америка,— сказав я.</w:t>
      </w:r>
    </w:p>
    <w:p>
      <w:r>
        <w:br/>
        <w:t>— Бо воно таки краще від неї,— відповів Палі, і очі йому зволожилися.</w:t>
      </w:r>
    </w:p>
    <w:p>
      <w:r>
        <w:br/>
        <w:t>А потяг швидко мчав хлопчика до села.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дорозі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