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</w:t>
      </w:r>
    </w:p>
    <w:p>
      <w:r>
        <w:br/>
        <w:t xml:space="preserve"> Плачуть дахи почорнілі й холодні.&lt;br /&gt;</w:t>
        <w:br/>
        <w:t>Хмари спустились на топтаний брук,&lt;br /&gt;</w:t>
        <w:br/>
        <w:t>Далі – заломами зігнутих рук,&lt;br /&gt;</w:t>
        <w:br/>
        <w:t>В лужі встромили шиплячі походні*…</w:t>
      </w:r>
    </w:p>
    <w:p>
      <w:r>
        <w:br/>
        <w:t>Білим струмочком у синій туман&lt;br /&gt;</w:t>
        <w:br/>
        <w:t>Пара сковзнула й загасла. Тоді —&lt;br /&gt;</w:t>
        <w:br/>
        <w:t>Тиша така, що хрипіння годин&lt;br /&gt;</w:t>
        <w:br/>
        <w:t>Чути, вкропилась до літер роману…</w:t>
      </w:r>
    </w:p>
    <w:p>
      <w:r>
        <w:br/>
        <w:t>Мовчанка й тиша… Та раптом із ринв&lt;br /&gt;</w:t>
        <w:br/>
        <w:t>Крапля по краплі, мов цвяхом у скроні.&lt;br /&gt;</w:t>
        <w:br/>
        <w:t>Мов колючки у терновій короні&lt;br /&gt;</w:t>
        <w:br/>
        <w:t>Звук цей. Ліхтар. Продає мандарин</w:t>
      </w:r>
    </w:p>
    <w:p>
      <w:r>
        <w:br/>
        <w:t>Дівчина з довгим розрізом очиць,&lt;br /&gt;</w:t>
        <w:br/>
        <w:t>З віями тихими, мов голубіння…&lt;br /&gt;</w:t>
        <w:br/>
        <w:t>Ось ти продай мені муку терпіння!&lt;br /&gt;</w:t>
        <w:br/>
        <w:t>Цноти даруй запашних полуниць…</w:t>
      </w:r>
    </w:p>
    <w:p>
      <w:r>
        <w:br/>
        <w:t>…З гиком трамвай прокульгав перехрестя —&lt;br /&gt;</w:t>
        <w:br/>
        <w:t>Скрійний хабарник та п’яний жебрак…&lt;br /&gt;</w:t>
        <w:br/>
        <w:t>Лайкою плюнув безмежний барак&lt;br /&gt;</w:t>
        <w:br/>
        <w:t>В улиці сонні блакитного міста…</w:t>
      </w:r>
    </w:p>
    <w:p>
      <w:r>
        <w:br/>
        <w:t>Тягнуться спритні конвульсії рук&lt;br /&gt;</w:t>
        <w:br/>
        <w:t>В душу мою, що зірвалась, сьогодні…&lt;br /&gt;</w:t>
        <w:br/>
        <w:t>Плачуть дахи почорнілі й холодні,&lt;br /&gt;</w:t>
        <w:br/>
        <w:t>Хмари спустились на топтаний брук.</w:t>
      </w:r>
    </w:p>
    <w:p>
      <w:r>
        <w:br/>
        <w:t>* походні = смолоскип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