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 за милою</w:t>
      </w:r>
    </w:p>
    <w:p>
      <w:r>
        <w:br/>
        <w:t xml:space="preserve"> Із-за гори, із-за ліса&lt;br /&gt;</w:t>
        <w:br/>
        <w:t>Вітрець повіває;&lt;br /&gt;</w:t>
        <w:br/>
        <w:t>Скажи, скажи, тихий вітре,&lt;br /&gt;</w:t>
        <w:br/>
        <w:t>Як ся мила має?!</w:t>
      </w:r>
    </w:p>
    <w:p>
      <w:r>
        <w:br/>
        <w:t>Чи здорова, чи весела,&lt;br /&gt;</w:t>
        <w:br/>
        <w:t>Личко рум'яненьке,&lt;br /&gt;</w:t>
        <w:br/>
        <w:t>Чи сумує, чи горює,&lt;br /&gt;</w:t>
        <w:br/>
        <w:t>Чи личко блідненьке?</w:t>
      </w:r>
    </w:p>
    <w:p>
      <w:r>
        <w:br/>
        <w:t>Бо я тужу, бо я плачу,&lt;br /&gt;</w:t>
        <w:br/>
        <w:t>Сльозами вмиваюсь,&lt;br /&gt;</w:t>
        <w:br/>
        <w:t>Веселої годиноньки&lt;br /&gt;</w:t>
        <w:br/>
        <w:t>Вже не надіваюсь!</w:t>
      </w:r>
    </w:p>
    <w:p>
      <w:r>
        <w:br/>
        <w:t>Коби мені крильця мати,&lt;br /&gt;</w:t>
        <w:br/>
        <w:t>Соколом злетіти,&lt;br /&gt;</w:t>
        <w:br/>
        <w:t>Тяжку тугу із серденька&lt;br /&gt;</w:t>
        <w:br/>
        <w:t>При милій розбити!</w:t>
      </w:r>
    </w:p>
    <w:p>
      <w:r>
        <w:br/>
        <w:t>Ой літав би-м, ой літав би-м&lt;br /&gt;</w:t>
        <w:br/>
        <w:t>Щодень і щоночі,&lt;br /&gt;</w:t>
        <w:br/>
        <w:t>Щоб ся милій у сивенькі&lt;br /&gt;</w:t>
        <w:br/>
        <w:t>Надивити очі.</w:t>
      </w:r>
    </w:p>
    <w:p>
      <w:r>
        <w:br/>
        <w:t>Ой літав би-м, ой літав би-м&lt;br /&gt;</w:t>
        <w:br/>
        <w:t>Зорями ясними,&lt;br /&gt;</w:t>
        <w:br/>
        <w:t>Щоб мені ся натішити&lt;br /&gt;</w:t>
        <w:br/>
        <w:t>Ручками білими.</w:t>
      </w:r>
    </w:p>
    <w:p>
      <w:r>
        <w:br/>
        <w:t>Ой літав би-м, ой літав би-м&lt;br /&gt;</w:t>
        <w:br/>
        <w:t>Світом білесеньким,&lt;br /&gt;</w:t>
        <w:br/>
        <w:t>Щоб мені ся натішити&lt;br /&gt;</w:t>
        <w:br/>
        <w:t>Личком рум'яненьким.</w:t>
      </w:r>
    </w:p>
    <w:p>
      <w:r>
        <w:br/>
        <w:t>Ой літав би-м, ой літав би-м&lt;br /&gt;</w:t>
        <w:br/>
        <w:t>Вечором тихеньким,&lt;br /&gt;</w:t>
        <w:br/>
        <w:t>Щоб мені ся натішити&lt;br /&gt;</w:t>
        <w:br/>
        <w:t>Ходочком дрібненьким.</w:t>
      </w:r>
    </w:p>
    <w:p>
      <w:r>
        <w:br/>
        <w:t>Ой літав би-м, ой літав би-м&lt;br /&gt;</w:t>
        <w:br/>
        <w:t>Лісами, горами,&lt;br /&gt;</w:t>
        <w:br/>
        <w:t>Щоб мені ся натішити&lt;br /&gt;</w:t>
        <w:br/>
        <w:t>Милими словами.</w:t>
      </w:r>
    </w:p>
    <w:p>
      <w:r>
        <w:br/>
        <w:t>Ах, я бідний, нещасливий,&lt;br /&gt;</w:t>
        <w:br/>
        <w:t>Да й крилець не маю,&lt;br /&gt;</w:t>
        <w:br/>
        <w:t>Сохну, чахну в далечині,&lt;br /&gt;</w:t>
        <w:br/>
        <w:t>Всяк день умираю!&lt;br /&gt;</w:t>
        <w:br/>
        <w:t>[До 1837]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 за милою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