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Туга серця</w:t>
      </w:r>
    </w:p>
    <w:p>
      <w:r>
        <w:br/>
        <w:t xml:space="preserve"> Літа мої молодії,&lt;br /&gt;</w:t>
        <w:br/>
        <w:t>Вам вже не вертаться;&lt;br /&gt;</w:t>
        <w:br/>
        <w:t>Душі моїй прийшла пора&lt;br /&gt;</w:t>
        <w:br/>
        <w:t>Слізьми обливаться.&lt;br /&gt;</w:t>
        <w:br/>
        <w:t>Серцю мойму як хотілось,&lt;br /&gt;</w:t>
        <w:br/>
        <w:t>Так не удалося:&lt;br /&gt;</w:t>
        <w:br/>
        <w:t>Схаменулось, стрепенулось,&lt;br /&gt;</w:t>
        <w:br/>
        <w:t>Кров'ю запеклося.&lt;br /&gt;</w:t>
        <w:br/>
        <w:t>Одно мені тепер в світі&lt;br /&gt;</w:t>
        <w:br/>
        <w:t>Тільки вже зісталось,&lt;br /&gt;</w:t>
        <w:br/>
        <w:t>Щоб скоріше серце моє&lt;br /&gt;</w:t>
        <w:br/>
        <w:t>З світом розпрощалось.&lt;br /&gt;</w:t>
        <w:br/>
        <w:t>Кохав дуже я дівчину,&lt;br /&gt;</w:t>
        <w:br/>
        <w:t>Як росу травиця,&lt;br /&gt;</w:t>
        <w:br/>
        <w:t>Як голубку голуб сизий&lt;br /&gt;</w:t>
        <w:br/>
        <w:t>І як волю птиця.&lt;br /&gt;</w:t>
        <w:br/>
        <w:t>Гарно пташечка співає,&lt;br /&gt;</w:t>
        <w:br/>
        <w:t>Як живе на волі,&lt;br /&gt;</w:t>
        <w:br/>
        <w:t>Гірко живе той у світі,&lt;br /&gt;</w:t>
        <w:br/>
        <w:t>Хто не має долі.&lt;br /&gt;</w:t>
        <w:br/>
        <w:t>Доле, доле, скажи мені,&lt;br /&gt;</w:t>
        <w:br/>
        <w:t>Де тебе шукати?&lt;br /&gt;</w:t>
        <w:br/>
        <w:t>Оглянься хоч раз на мене,&lt;br /&gt;</w:t>
        <w:br/>
        <w:t>Як на сина мати.&lt;br /&gt;</w:t>
        <w:br/>
        <w:t>Пригорни мене до себе,&lt;br /&gt;</w:t>
        <w:br/>
        <w:t>Пожалуй на старість,&lt;br /&gt;</w:t>
        <w:br/>
        <w:t>Щоб пізнала душа моя,&lt;br /&gt;</w:t>
        <w:br/>
        <w:t>Що то в світі радість.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Туга серця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