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Цвітарінь</w:t>
      </w:r>
    </w:p>
    <w:p>
      <w:r>
        <w:br/>
        <w:t xml:space="preserve"> &lt;p&gt;ЦВІТАРІНЬ</w:t>
      </w:r>
    </w:p>
    <w:p>
      <w:r>
        <w:br/>
        <w:t>Тук-тук!.. — тихенько застукотіло на горішній вітці. Так тихо, як у тебе іноді у вушку задзвенить,— навіть ніхто, крім тебе, і не почує. Отак застукотіло і в гнізді, в двох малесеньких яєчках, і почула цей стук лише мати-пташка. Це ж були її рідні-рідні яєчка.</w:t>
      </w:r>
    </w:p>
    <w:p>
      <w:r>
        <w:br/>
        <w:t>— Тук-тук! — знову повторилося в першому і в другому яєчку. Але вже трошки голосніше. Так, ніби роса падала на світанку з пелюсток лісових дзвіночків. Це вже почули інші пташки. Вони висували голівки із своїх гнізд і з цікавістю прислухалися.</w:t>
      </w:r>
    </w:p>
    <w:p>
      <w:r>
        <w:br/>
        <w:t>— Їм так важко пробити цю тверду шкаралупку,— зітхаючи сказала мати-пташка. — Навіщо я знесла такі тверді яєчка!</w:t>
      </w:r>
    </w:p>
    <w:p>
      <w:r>
        <w:br/>
        <w:t>Але подруги з сусідніх гнізд засміялися-зацвірінчали. Адже у всіх пташок такі яєчка. І нічого — пташенята вилуплюються.</w:t>
      </w:r>
    </w:p>
    <w:p>
      <w:r>
        <w:br/>
        <w:t>— Тук-тук! — почулося втретє. І це було цілком виразно — так, як стиглі кислички падають на стежку.</w:t>
      </w:r>
    </w:p>
    <w:p>
      <w:r>
        <w:br/>
        <w:t>І раптом — трах! — розкололися яєчка, і звідти висунулися дві малесенькі кумедні голівки з великими ротами. ї роти враз розкрилися.</w:t>
      </w:r>
    </w:p>
    <w:p>
      <w:r>
        <w:br/>
        <w:t>— Цві!— цвікнуло перше пташеня.</w:t>
      </w:r>
    </w:p>
    <w:p>
      <w:r>
        <w:br/>
        <w:t>— Рінь! — закінчило друге.</w:t>
      </w:r>
    </w:p>
    <w:p>
      <w:r>
        <w:br/>
        <w:t>— Цві-рінь! — сказали вони разом і так широко розкрили роти, що здавалося, от-от роздеруться.</w:t>
      </w:r>
    </w:p>
    <w:p>
      <w:r>
        <w:br/>
        <w:t>— Цві-та-рінь! Цвітарінь! — підняли всі пташки враз галас, заспівали, засміялися, бо пташки були взагалі найпривітніші і найвеселіші в лісі, а тут же — в їхньої товаришки вилупилися пташенята.</w:t>
      </w:r>
    </w:p>
    <w:p>
      <w:r>
        <w:br/>
        <w:t>І пташенят тих назвали Цві та Рінь.</w:t>
      </w:r>
    </w:p>
    <w:p>
      <w:r>
        <w:br/>
        <w:t>У лісі вже наливалися терпкі кислички, а в полі покосили жито й пшеницю. Цілий день Цві та Рінь літали над лісом. Вершечки дерев жартома лоскотали їх, пташки спускалися до річки або намагались у височині догнати хмарки. Коли не було вітру, вони літали дуже-дуже високо. Адже високо не так страшно було літати. З височини їм усе здавалося маленьким і ласкавим, а коли вони спускалися вниз — все було велике-велике: і дерева, і кущі, і звірі. Далеко приємніше було літати високо!</w:t>
      </w:r>
    </w:p>
    <w:p>
      <w:r>
        <w:br/>
        <w:t>Щоб не загубити одна одну, вони весь час переспівувалися:</w:t>
      </w:r>
    </w:p>
    <w:p>
      <w:r>
        <w:br/>
        <w:t>— Цві! Цві! Цві! — кликала Рінь з річки.</w:t>
      </w:r>
    </w:p>
    <w:p>
      <w:r>
        <w:br/>
        <w:t>— Рінь! Рінь! Рінь! — відповідала Цві з ліщини.</w:t>
      </w:r>
    </w:p>
    <w:p>
      <w:r>
        <w:br/>
        <w:t>А ви знаєте, чому пташки ввечері здіймали такий галас, у лісі? То клопітлива мати скликала їх на весь ліс:</w:t>
      </w:r>
    </w:p>
    <w:p>
      <w:r>
        <w:br/>
        <w:t>— Цві та Рінь! Цві та Рінь! Цвітарінь!</w:t>
      </w:r>
    </w:p>
    <w:p>
      <w:r>
        <w:br/>
        <w:t>А пташки, її подруги, допомагали всі хором:</w:t>
      </w:r>
    </w:p>
    <w:p>
      <w:r>
        <w:br/>
        <w:t>— Цві та Рінь! Цві та Рінь! Цвітарінь!</w:t>
      </w:r>
    </w:p>
    <w:p>
      <w:r>
        <w:br/>
        <w:t>Цві та Рінь повертали до свого гнізда, і тут починалися такі співи, що кожному листочку в лісі хотілося усміхнутись, а то просто пташки розповідали матері сьогоднішні новини.</w:t>
      </w:r>
    </w:p>
    <w:p>
      <w:r>
        <w:br/>
        <w:t>— Я була сьогодні над річкою,— казала Рінь,— і бачила, як чайки літають понад самою водою і ловлять пташок, що літають у воді, зовсім без крил. А на болоті я зустріла кумедних довгих птахів. У них у всіх по одній нозі, але вони стоять рівно і не хитаються, і мені здалося — вони спали. Мамо! Невже можна спати не в себе у гніздечку, а на одній нозі?</w:t>
      </w:r>
    </w:p>
    <w:p>
      <w:r>
        <w:br/>
        <w:t>— А я бачила багато звірів,— перебила її Цві,— але ніхто з них не літає, як ми. Подумайте! Навіть велика ведмедиха не може літати. Вона така велика, що й одна її лапа не вміститься у нашому гнізді. Але я сама бачила, як вона хотіла зірвати грушку і не могла її дістати. Вона трусила, трусила стовбур, але верхня грушка не падала, а я підлетіла і поклювала, скільки хотіла. І я нікого не боюся, бо від усіх можу полетіти!</w:t>
      </w:r>
    </w:p>
    <w:p>
      <w:r>
        <w:br/>
        <w:t>Та трапилося зовсім не так.</w:t>
      </w:r>
    </w:p>
    <w:p>
      <w:r>
        <w:br/>
        <w:t>Вже поспіли кислички на диких яблунях, тріскалися шкаралупки на каштанах. Кароокі каштани падали на лісові стежки, і здавалося — веселі очі дивляться з землі. А за каштанами почало опадати й листя. Пташки загомоніли про відліт.</w:t>
      </w:r>
    </w:p>
    <w:p>
      <w:r>
        <w:br/>
        <w:t>Одного сухого, але вже не теплого ранку в лісі почулася незнайома пісня:</w:t>
      </w:r>
    </w:p>
    <w:p>
      <w:r>
        <w:br/>
        <w:t>Чіт-чіт-перечіт!</w:t>
      </w:r>
    </w:p>
    <w:p>
      <w:r>
        <w:br/>
        <w:t>Чи почули мій привіт?</w:t>
      </w:r>
    </w:p>
    <w:p>
      <w:r>
        <w:br/>
        <w:t>На дубі сиділа весела, не відома малечі пташка. Але літні пташки її знали. Це була північна гостя — чечіточка.</w:t>
      </w:r>
    </w:p>
    <w:p>
      <w:r>
        <w:br/>
        <w:t>— Як, ви й досі не полетіли? — дивувалася чечітка. — А в нас уже випав сніг, і я швидше подалася сюди. Тут буде не так холодно, і я перезимую у вас. Але, любі мої, збирайтеся швидше. Незабаром прилетить справжня морозиха — біла сова, а тоді вже, будьте певні, скоро випаде сніг. Мені що? Мені нічого! Ваша зима мені не страшна!</w:t>
      </w:r>
    </w:p>
    <w:p>
      <w:r>
        <w:br/>
        <w:t>Чечітка наробила переполоху в лісі, і на терміновому пташиному зльоті вирішено було негайно відлітати.</w:t>
      </w:r>
    </w:p>
    <w:p>
      <w:r>
        <w:br/>
        <w:t>Літні пташки ще перецвірінькувалися про різні дрібні справи, коли зненацька згори каменюкою упав шуліка з гачкуватим дзьобом.</w:t>
      </w:r>
    </w:p>
    <w:p>
      <w:r>
        <w:br/>
        <w:t>Всі пташки кинулися врозтіч. Але він встиг схопити в свої колючі пазури маленьку пташку.</w:t>
      </w:r>
    </w:p>
    <w:p>
      <w:r>
        <w:br/>
        <w:t>— Ббах-бах! — пролунало раптом. Постріл?</w:t>
      </w:r>
    </w:p>
    <w:p>
      <w:r>
        <w:br/>
        <w:t>Всі пташки враз примружили очі, бо перед ними постелився туман. А коли відкрили — туман розійшовся — ні шуліки, ні маленької пташки ніхто вже не бачив.</w:t>
      </w:r>
    </w:p>
    <w:p>
      <w:r>
        <w:br/>
        <w:t>Уночі всі пташки зібралися летіти.</w:t>
      </w:r>
    </w:p>
    <w:p>
      <w:r>
        <w:br/>
        <w:t>— Цві! Цві! Цві! — кликала сестричка, але не чути було звичайної відповіді.</w:t>
      </w:r>
    </w:p>
    <w:p>
      <w:r>
        <w:br/>
        <w:t>— Де ж Цві? Де ж Цві? — хвилювалася мати.</w:t>
      </w:r>
    </w:p>
    <w:p>
      <w:r>
        <w:br/>
        <w:t>Цві ніде не було.</w:t>
      </w:r>
    </w:p>
    <w:p>
      <w:r>
        <w:br/>
        <w:t>— Ой мамо! — заплакала Рінь. — То, мабуть, її потяг шуліка.</w:t>
      </w:r>
    </w:p>
    <w:p>
      <w:r>
        <w:br/>
        <w:t>Та сумувати було ніколи. Співаючи прощальних пісень, пташки знялися вгору.</w:t>
      </w:r>
    </w:p>
    <w:p>
      <w:r>
        <w:br/>
        <w:t>Замрячив дрібний дощик, і здавалося, весь ліс плаче за пташками, бо з усіх гілочок, листків, хвоїнок стікали дрібні краплини.</w:t>
      </w:r>
    </w:p>
    <w:p>
      <w:r>
        <w:br/>
        <w:t>Останніми відлетіли журавлі і дикі гуси. Опало листя. Затихла говорлива річка. Жаби й риби залізли подалі від таких холодних неприємностей і поснули на всю зиму. Випав сніг, і почалася справжня зима.</w:t>
      </w:r>
    </w:p>
    <w:p>
      <w:r>
        <w:br/>
        <w:t>Було темно й тихо. Тільки чулись якісь дивні звуки, зовсім не схожі на пташине цвірінькання.</w:t>
      </w:r>
    </w:p>
    <w:p>
      <w:r>
        <w:br/>
        <w:t>— Хрр-хрр,— хропів хтось.</w:t>
      </w:r>
    </w:p>
    <w:p>
      <w:r>
        <w:br/>
        <w:t>"Де ж це я?" — подумала Цві перелякано.</w:t>
      </w:r>
    </w:p>
    <w:p>
      <w:r>
        <w:br/>
        <w:t>На ній згори і з боків було сухе листя. Це вона зрозуміла. Але це було не в лісі, ні. Вона випросталася, підстрибнула на лапках, і враз її носик ткнувся в щось густе, волохате, дуже тепле й м’яке.</w:t>
      </w:r>
    </w:p>
    <w:p>
      <w:r>
        <w:br/>
        <w:t>— Тут хоч тепло, як під маминими крилами, але де ж це? — міркувала вона. — Може, це той шуліка, що схопив мене, відніс до себе на гору? Але ні, він би з’їв мене давне?. І потім, він же випустив мене, і я упала.</w:t>
      </w:r>
    </w:p>
    <w:p>
      <w:r>
        <w:br/>
        <w:t>Цві спробувала розправити свої крильця і тихенько сказала:</w:t>
      </w:r>
    </w:p>
    <w:p>
      <w:r>
        <w:br/>
        <w:t>— Цвірі-цвірі-цвір— цвірінь!</w:t>
      </w:r>
    </w:p>
    <w:p>
      <w:r>
        <w:br/>
        <w:t>І раптом щось заворушилося у темряві.</w:t>
      </w:r>
    </w:p>
    <w:p>
      <w:r>
        <w:br/>
        <w:t>— Мамо! Мамо! — почулися рикаючі голоси десь тут поблизу.— Прокидайся, вже, напевне, весна — вже пташки співають!</w:t>
      </w:r>
    </w:p>
    <w:p>
      <w:r>
        <w:br/>
        <w:t>І Цві відчула, що те, в чому вона сиділа, заворушилось, і було воно дуже-дуже велике. Воно, це велике, потяглося, позіхнуло так, що вітром війнуло, і сказало басом, просто як грім загуркотів:</w:t>
      </w:r>
    </w:p>
    <w:p>
      <w:r>
        <w:br/>
        <w:t>— Що, весна? Пташки співають? Ну, я гляну!</w:t>
      </w:r>
    </w:p>
    <w:p>
      <w:r>
        <w:br/>
        <w:t>Цві сиділа ні жива ні мертва. Та вона з головою заховалась у волохату шерсть, і її ніхто не бачив. Проте все, що вона побачила, зовсім приголомшило її.</w:t>
      </w:r>
    </w:p>
    <w:p>
      <w:r>
        <w:br/>
        <w:t>Волохате, велике одгорнуло лапою листя й гілки, і в темряву ринуло світло. Спочатку аж очі засліпило,— а потім вона побачила, вона побачила, що сидить на спині великої ведмедихи! Тої самої ведмедихи, що не вміла літати, але була найдужчим звіром у лісі. А поруч лежали двоє маленьких ведмежаток.</w:t>
      </w:r>
    </w:p>
    <w:p>
      <w:r>
        <w:br/>
        <w:t>Холодом-морозом війнуло у теплий ведмежий барліг. І всі — і великі, і малі, і навіть непомітна нікому Цві — подивилися — і не впізнали рідного лісу.</w:t>
      </w:r>
    </w:p>
    <w:p>
      <w:r>
        <w:br/>
        <w:t>Білим, холодним мело на всі боки й намітало високі кучугури. Маленьких кущиків навіть не видно було. Вила хуртовина, танцювала метелиця, а вітрові підспівували десь здалеку голодні вовки.</w:t>
      </w:r>
    </w:p>
    <w:p>
      <w:r>
        <w:br/>
        <w:t>— Де там весна! — гримнула сердито ведмедиха.— Тільки розбуркали мене даремно! Пустуни!</w:t>
      </w:r>
    </w:p>
    <w:p>
      <w:r>
        <w:br/>
        <w:t>— Але ж ми чули, як пташка заспівала,— винувато сказали ведмежата.</w:t>
      </w:r>
    </w:p>
    <w:p>
      <w:r>
        <w:br/>
        <w:t>— Чули, чули! — буркотіла ведмедиха.— От вижену вас усіх з барлога, коли, по-вашому, вже весна, тоді й знатимете!</w:t>
      </w:r>
    </w:p>
    <w:p>
      <w:r>
        <w:br/>
        <w:t>Цві злякалася, що всіх виженуть через неї на мороз.</w:t>
      </w:r>
    </w:p>
    <w:p>
      <w:r>
        <w:br/>
        <w:t>— Не сердьтеся. Це я! — тихенько сказала вона.</w:t>
      </w:r>
    </w:p>
    <w:p>
      <w:r>
        <w:br/>
        <w:t>Всі підвели морди наскільки могли і побачили над вухом у своєї мами (тільки вона, звичайно, не могла побачити) маленьку-маленьку пташку.</w:t>
      </w:r>
    </w:p>
    <w:p>
      <w:r>
        <w:br/>
        <w:t>— Ану йди сюди, щоб і я подивилася,— вже лагідно сказала ведмедиха, що ти за звір.</w:t>
      </w:r>
    </w:p>
    <w:p>
      <w:r>
        <w:br/>
        <w:t>— Я не звір, я птичка,— сказала Цві,— я не знаю, як я опинилась у вас. Справді, я сама не залітала сюди. Я зараз полечу у вирій,— додала вона, але згадала метелицю і аж затремтіла</w:t>
      </w:r>
    </w:p>
    <w:p>
      <w:r>
        <w:br/>
        <w:t>— Куди ти там полетиш! — пробурмотіла ведмедиха. — Ти замерзнеш через хвилину. Лягай і спи вже тут за моїм вухом. Можеш поклювати наших грушок.</w:t>
      </w:r>
    </w:p>
    <w:p>
      <w:r>
        <w:br/>
        <w:t>Цві насмілилась і сказала:</w:t>
      </w:r>
    </w:p>
    <w:p>
      <w:r>
        <w:br/>
        <w:t>— Спати я вже зовсім не хочу, а я дуже хочу поспівати.</w:t>
      </w:r>
    </w:p>
    <w:p>
      <w:r>
        <w:br/>
        <w:t>І вона заспівала:</w:t>
      </w:r>
    </w:p>
    <w:p>
      <w:r>
        <w:br/>
        <w:t>Цві-цвірінь,</w:t>
      </w:r>
    </w:p>
    <w:p>
      <w:r>
        <w:br/>
        <w:t>Весна, прилинь,</w:t>
      </w:r>
    </w:p>
    <w:p>
      <w:r>
        <w:br/>
        <w:t>І з нею Рінь!</w:t>
      </w:r>
    </w:p>
    <w:p>
      <w:r>
        <w:br/>
        <w:t>У барлозі стало весело-весело. Ведмедиха задоволено посміхнулася й сказала:</w:t>
      </w:r>
    </w:p>
    <w:p>
      <w:r>
        <w:br/>
        <w:t>— Просто наче літо! Аж меду захотілося!</w:t>
      </w:r>
    </w:p>
    <w:p>
      <w:r>
        <w:br/>
        <w:t>Того ж дня косий заєць, що завжди гасав по всьому лісі і все бачив і чув найперший, бо в нього ж такі довгі вуха і ще довші ноги,— розніс цікаву новину: у ведмежому барлозі живе Цві, яку восени схопив шуліка.</w:t>
      </w:r>
    </w:p>
    <w:p>
      <w:r>
        <w:br/>
        <w:t>— Як же вона там опинилася? — міркували всі.</w:t>
      </w:r>
    </w:p>
    <w:p>
      <w:r>
        <w:br/>
        <w:t>А знав про те тільки старий дуб. Він чув, як вистрілив мисливець, що полював на диких качок, і зачепив крило шуліки. Він бачив, як Цві упала непритомна під дерево. Ведмедиха, лаштуючи собі барліг на зиму, загрібала сухе листя. Загребла і Цві: її не помітно було між червоним і жовтим листям. У барлозі вона зігрілася, крильця загоїлися, вона й прокинулась.</w:t>
      </w:r>
    </w:p>
    <w:p>
      <w:r>
        <w:br/>
        <w:t>Ясними днями в лісі бувало тепер весело. Пробігаючи повз старий дуб, і зайчик, і білка, і лисиця не могли не зупинитися. З дупла дуба, де був ведмежий барліг, лунали веселі пісні Цві. Усі ж співочі пташки відлетіли, а Цві нагадувала всім весну.</w:t>
      </w:r>
    </w:p>
    <w:p>
      <w:r>
        <w:br/>
        <w:t>Прилетіли горобці, чечітки, снігурі, що зимували тут. Вони раділи, що Цві жива, і кликали її з собою.</w:t>
      </w:r>
    </w:p>
    <w:p>
      <w:r>
        <w:br/>
        <w:t>Але ведмедиха висунула з своєї хати морду і сказала:</w:t>
      </w:r>
    </w:p>
    <w:p>
      <w:r>
        <w:br/>
        <w:t>— Хай живе у мене, он ви самі гасаєте, холодні й голодні, та ви вже звикли, а вона замерзне!</w:t>
      </w:r>
    </w:p>
    <w:p>
      <w:r>
        <w:br/>
        <w:t>Струмочок хотів подалі втекти від снігу і побіг швидко-швидко. А тому що він не знав ще дороги, бо це ж був перший весняний струмок, він і плутав то праворуч, то ліворуч.</w:t>
      </w:r>
    </w:p>
    <w:p>
      <w:r>
        <w:br/>
        <w:t>По дорозі праворуч почув його і виткнувся зелений гострячок якоїсь рослинки — два листки разом. Сонце припікало, і струмок бавився і сміявся, пробиваючи собі дорогу. Два листки розкрилися, як повіки вранці, і звідти визирнула блакитна квітка:</w:t>
      </w:r>
    </w:p>
    <w:p>
      <w:r>
        <w:br/>
        <w:t>— Так це справді починається весна?</w:t>
      </w:r>
    </w:p>
    <w:p>
      <w:r>
        <w:br/>
        <w:t>По дорозі ліворуч з-під кори осики вилізла мушка. Вона розправила крильця, кілька разів змахнула ними — це була її ранкова зарядка — і спитала:</w:t>
      </w:r>
    </w:p>
    <w:p>
      <w:r>
        <w:br/>
        <w:t>— Так це справді починається весна?</w:t>
      </w:r>
    </w:p>
    <w:p>
      <w:r>
        <w:br/>
        <w:t>А струмок біг далі по лісі і будив усіх і праворуч, і ліворуч. Витикалися з землі трави, проліски; прокидалася комашня, потягалися дерева занімілими за зиму вітами.</w:t>
      </w:r>
    </w:p>
    <w:p>
      <w:r>
        <w:br/>
        <w:t>Першою серед дерев прокинулася молоденька верба над рікою. Вона була тоненька-тоненька. їй легко було і потягтися до сонця, і нахилитися до води. Зараз вона потяглася до сонця — треба ж було погрітися після зими. І на гілочках у неї виступили бруньки, як білі зайчики побігли.</w:t>
      </w:r>
    </w:p>
    <w:p>
      <w:r>
        <w:br/>
        <w:t>— Скільки я живу на світі, а ще не бачив хутряних квітів,— сказав здивовано справжній зайчик і побіг рознести цю новину всьому лісові.</w:t>
      </w:r>
    </w:p>
    <w:p>
      <w:r>
        <w:br/>
        <w:t>Вилізли ведмежата з барлога, борюкались і бавились. Вилетіла весела Цві і сіла на вершечку дуба, мружачи очі на сонці.</w:t>
      </w:r>
    </w:p>
    <w:p>
      <w:r>
        <w:br/>
        <w:t>— Що це? Що це?</w:t>
      </w:r>
    </w:p>
    <w:p>
      <w:r>
        <w:br/>
        <w:t>По блакитному небу наче розсипано чорні намистинки. От намистинки більші. От вони вже як кольорові квіти. Але то не пелюстки квітів — то крила. То пташки махають крилами і летять сюди.</w:t>
      </w:r>
    </w:p>
    <w:p>
      <w:r>
        <w:br/>
        <w:t>А найперша невеличка пташка, така самісінька, як і Цві. Ця пташка радісно вітає ліс.</w:t>
      </w:r>
    </w:p>
    <w:p>
      <w:r>
        <w:br/>
        <w:t>— Цві! Цві! Цві!</w:t>
      </w:r>
    </w:p>
    <w:p>
      <w:r>
        <w:br/>
        <w:t>— Рінь! Рінь! Рінь! — закричала дзвінко Цві.</w:t>
      </w:r>
    </w:p>
    <w:p>
      <w:r>
        <w:br/>
        <w:t>Рінь зупинилася. Це ж Цві! її сестричка Цві! Вона сидить жива й весела на рідному дубі.</w:t>
      </w:r>
    </w:p>
    <w:p>
      <w:r>
        <w:br/>
        <w:t>— Цві-та-Рінь! Цві-та-Рінь! — зацвірінчали, загомоніли всі пташки. І це вже була справжня весна.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Цвітарінь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