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Цуцик</w:t>
      </w:r>
    </w:p>
    <w:p>
      <w:r>
        <w:br/>
        <w:t xml:space="preserve"> Раз на вікні, у панському будинку,&lt;br /&gt;</w:t>
        <w:br/>
        <w:t>Патлатий Цуцик спочивав;&lt;br /&gt;</w:t>
        <w:br/>
        <w:t>То ляже на бочок, то догори на спинку&lt;br /&gt;</w:t>
        <w:br/>
        <w:t>Або на лапки морду клав.&lt;br /&gt;</w:t>
        <w:br/>
        <w:t>Якраз проти вікна, звичайно під барканом,&lt;br /&gt;</w:t>
        <w:br/>
        <w:t>Дворовий пес Бровко лежав&lt;br /&gt;</w:t>
        <w:br/>
        <w:t>І думав: "Бач, яким він паном,&lt;br /&gt;</w:t>
        <w:br/>
        <w:t>Ледачий Цуцик, став".&lt;br /&gt;</w:t>
        <w:br/>
        <w:t>— Здоров був, Цуцику! Знічев'я спочиваєш? —&lt;br /&gt;</w:t>
        <w:br/>
        <w:t>Прийшовши під вікно. Бровко озвавсь.&lt;br /&gt;</w:t>
        <w:br/>
        <w:t>— Се ти. Бровко?.. Чого-бо так гукаєш? —&lt;br /&gt;</w:t>
        <w:br/>
        <w:t>Промовив той.— Аж я злякавсь...&lt;br /&gt;</w:t>
        <w:br/>
        <w:t>Ну, як же ти там поживаєш?&lt;br /&gt;</w:t>
        <w:br/>
        <w:t>— Нащо питать! Либонь, не знаєш&lt;br /&gt;</w:t>
        <w:br/>
        <w:t>Собачого життя мого? —&lt;br /&gt;</w:t>
        <w:br/>
        <w:t>Сказав Бровко.— Далеко до твого...&lt;br /&gt;</w:t>
        <w:br/>
        <w:t>Живу собі, бо треба жити;&lt;br /&gt;</w:t>
        <w:br/>
        <w:t>Двір стережу і день і ніч;&lt;br /&gt;</w:t>
        <w:br/>
        <w:t>Всього доводиться терпіти,&lt;br /&gt;</w:t>
        <w:br/>
        <w:t>Не так, як ти, панич;&lt;br /&gt;</w:t>
        <w:br/>
        <w:t>Та ще к тому і їжа препогана,&lt;br /&gt;</w:t>
        <w:br/>
        <w:t>Хлиснеш помий, коли дадуть,&lt;br /&gt;</w:t>
        <w:br/>
        <w:t>А як невлад загавкаєш на пана,&lt;br /&gt;</w:t>
        <w:br/>
        <w:t>То ще й під боки натовчуть.&lt;br /&gt;</w:t>
        <w:br/>
        <w:t>— Жаль! — каже Цуцик.— Що ж робити!&lt;br /&gt;</w:t>
        <w:br/>
        <w:t>Буває всяк,-&lt;br /&gt;</w:t>
        <w:br/>
        <w:t>Обуха батогом не перебити;&lt;br /&gt;</w:t>
        <w:br/>
        <w:t>А от мені — хоч і довіку б так...&lt;br /&gt;</w:t>
        <w:br/>
        <w:t>Живу у горницях, на килимах качаюсь,&lt;br /&gt;</w:t>
        <w:br/>
        <w:t>Жартуючи на сміх;&lt;br /&gt;</w:t>
        <w:br/>
        <w:t>Частенько з панночками граюсь&lt;br /&gt;</w:t>
        <w:br/>
        <w:t>І лащуся до них;&lt;br /&gt;</w:t>
        <w:br/>
        <w:t>І м'яко спать мені, і ласо можна їсти,&lt;br /&gt;</w:t>
        <w:br/>
        <w:t>І бігаю не в бур'янах,&lt;br /&gt;</w:t>
        <w:br/>
        <w:t>Сухенькі лапки, хвостик чистий,&lt;br /&gt;</w:t>
        <w:br/>
        <w:t>Не так, як твій, у реп'яхах...&lt;br /&gt;</w:t>
        <w:br/>
        <w:t>— Ет, реп'яхами дорікаєш! —&lt;br /&gt;</w:t>
        <w:br/>
        <w:t>Сказав Бровко.— А пам'ятаєш,&lt;br /&gt;</w:t>
        <w:br/>
        <w:t>Як у пекарні був щеням?&lt;br /&gt;</w:t>
        <w:br/>
        <w:t>Чи так жилося там?&lt;br /&gt;</w:t>
        <w:br/>
        <w:t>Замурзаний під лавкою тинявся...-&lt;br /&gt;</w:t>
        <w:br/>
        <w:t>Веселий Цуцик засміявся&lt;br /&gt;</w:t>
        <w:br/>
        <w:t>І каже: — То колись було,&lt;br /&gt;</w:t>
        <w:br/>
        <w:t>Та загуло...&lt;br /&gt;</w:t>
        <w:br/>
        <w:t>Дивись тепер, а не рівняй малого! —&lt;br /&gt;</w:t>
        <w:br/>
        <w:t>І він спесиво глянув на Бровка.&lt;br /&gt;</w:t>
        <w:br/>
        <w:t>— Як бачу, ти не робиш там нічого,-&lt;br /&gt;</w:t>
        <w:br/>
        <w:t>Сказав Бровко,— за що ж се честь така?&lt;br /&gt;</w:t>
        <w:br/>
        <w:t>— Дурний Бровко! Не розумієш,-&lt;br /&gt;</w:t>
        <w:br/>
        <w:t>Звиняй, що так кажу,-&lt;br /&gt;</w:t>
        <w:br/>
        <w:t>Я те роблю, чого ти не зумієш:&lt;br /&gt;</w:t>
        <w:br/>
        <w:t>На задніх лапках я по-вченому служу.-&lt;br /&gt;</w:t>
        <w:br/>
        <w:t>"Щоб ти сказивсь!" — Бровко собі шепоче,&lt;br /&gt;</w:t>
        <w:br/>
        <w:t>А вимовити не посмів,&lt;br /&gt;</w:t>
        <w:br/>
        <w:t>Бо Цуцик дуже запанів:&lt;br /&gt;</w:t>
        <w:br/>
        <w:t>Скубне й Бровка, коли захоче.</w:t>
      </w:r>
    </w:p>
    <w:p>
      <w:r>
        <w:br/>
        <w:t>Бровко мовчить, і я мовчу,&lt;br /&gt;</w:t>
        <w:br/>
        <w:t>Води не сколочу...&lt;br /&gt;</w:t>
        <w:br/>
        <w:t>Вам сміх, мені гостинців в'язка.&lt;br /&gt;</w:t>
        <w:br/>
        <w:t>Чи гарна моя казка?&lt;br /&gt;</w:t>
        <w:br/>
        <w:t>[1691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Цуцик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