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Цю весну...</w:t>
      </w:r>
    </w:p>
    <w:p>
      <w:r>
        <w:br/>
        <w:t xml:space="preserve"> Цю весну сміюся і співаю.&lt;br /&gt;</w:t>
        <w:br/>
        <w:t>Мчать, летять на борзому коні&lt;br /&gt;</w:t>
        <w:br/>
        <w:t>Жовті жовтні, безтурботні маї,&lt;br /&gt;</w:t>
        <w:br/>
        <w:t>Немудровані і одчайдушні дні.</w:t>
      </w:r>
    </w:p>
    <w:p>
      <w:r>
        <w:br/>
        <w:t>Та сьогодні холодно і сумно&lt;br /&gt;</w:t>
        <w:br/>
        <w:t>І чомусь минулого шкода.&lt;br /&gt;</w:t>
        <w:br/>
        <w:t>Оглянуся: хутко і столунно&lt;br /&gt;</w:t>
        <w:br/>
        <w:t>В мертву прірву падають літа.</w:t>
      </w:r>
    </w:p>
    <w:p>
      <w:r>
        <w:br/>
        <w:t>Не до діла скучив за своїми&lt;br /&gt;</w:t>
        <w:br/>
        <w:t>Махряком і сіном запашним…&lt;br /&gt;</w:t>
        <w:br/>
        <w:t>Сонце б’є хвостами золотими&lt;br /&gt;</w:t>
        <w:br/>
        <w:t>І у небо синій лине дим…</w:t>
      </w:r>
    </w:p>
    <w:p>
      <w:r>
        <w:br/>
        <w:t>Та бринять мені чудним докором&lt;br /&gt;</w:t>
        <w:br/>
        <w:t>Тихі згадки, йдуть одна по одній —&lt;br /&gt;</w:t>
        <w:br/>
        <w:t>(Чи тому, що я уже не хворий,&lt;br /&gt;</w:t>
        <w:br/>
        <w:t>Чи тому, що я вже не голодний.)</w:t>
      </w:r>
    </w:p>
    <w:p>
      <w:r>
        <w:br/>
        <w:t>Чи тому, що маю сіру шляпу,&lt;br /&gt;</w:t>
        <w:br/>
        <w:t>Жовті шимі і цигарник срібний…&lt;br /&gt;</w:t>
        <w:br/>
        <w:t>На селі давно подохли шкапи&lt;br /&gt;</w:t>
        <w:br/>
        <w:t>І пишу я вірші непотрібні…</w:t>
      </w:r>
    </w:p>
    <w:p>
      <w:r>
        <w:br/>
        <w:t>Вже не вийду драними ногами&lt;br /&gt;</w:t>
        <w:br/>
        <w:t>В черевиках лапати багнище.&lt;br /&gt;</w:t>
        <w:br/>
        <w:t>Хтось чужий з ворожими думками&lt;br /&gt;</w:t>
        <w:br/>
        <w:t>Буде спати на моїм горищі…</w:t>
      </w:r>
    </w:p>
    <w:p>
      <w:r>
        <w:br/>
        <w:t>Вже не я ходитиму до ставу —&lt;br /&gt;</w:t>
        <w:br/>
        <w:t>Там, де шлях від міста до заводу,&lt;br /&gt;</w:t>
        <w:br/>
        <w:t>Інший хтось, гримкий і кучерявий,&lt;br /&gt;</w:t>
        <w:br/>
        <w:t>Буде кролем різать чисту воду…</w:t>
      </w:r>
    </w:p>
    <w:p>
      <w:r>
        <w:br/>
        <w:t>В тишині похилого паркану,&lt;br /&gt;</w:t>
        <w:br/>
        <w:t>Де уперше стрілися з тобою,&lt;br /&gt;</w:t>
        <w:br/>
        <w:t>Де колись таємно цілувались,&lt;br /&gt;</w:t>
        <w:br/>
        <w:t>Заросло навіки лободою…</w:t>
      </w:r>
    </w:p>
    <w:p>
      <w:r>
        <w:br/>
        <w:t>Маки там, а за парканом – рожі,&lt;br /&gt;</w:t>
        <w:br/>
        <w:t>Далі – степ, дорога і загати.&lt;br /&gt;</w:t>
        <w:br/>
        <w:t>Вже не я, а інший, кращий, може,&lt;br /&gt;</w:t>
        <w:br/>
        <w:t>Буде тут люб’янку цілувати.</w:t>
      </w:r>
    </w:p>
    <w:p>
      <w:r>
        <w:br/>
        <w:t>Все, усе тепер забути маю.&lt;br /&gt;</w:t>
        <w:br/>
        <w:t>Ну, то що… минулого не жаль.&lt;br /&gt;</w:t>
        <w:br/>
        <w:t>У куток найдальший заховаю&lt;br /&gt;</w:t>
        <w:br/>
        <w:t>Бузинову люльку і печаль.</w:t>
      </w:r>
    </w:p>
    <w:p>
      <w:r>
        <w:br/>
        <w:t>І тебе – сімнадцятого маю.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Цю весну...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