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Цимбали</w:t>
      </w:r>
    </w:p>
    <w:p>
      <w:r>
        <w:br/>
        <w:t xml:space="preserve"> Був цимбаліст у нас, молодий чарівник музика,&lt;br /&gt;</w:t>
        <w:br/>
        <w:t>Пальчатка, немов лошатка, як пустить навперекидь —&lt;br /&gt;</w:t>
        <w:br/>
        <w:t>Цимбали гули, як дзвіниця, дзвонили, як срібна осика,&lt;br /&gt;</w:t>
        <w:br/>
        <w:t>Як ті колоски, що на обрії б'ються в тоненьку блакить.</w:t>
      </w:r>
    </w:p>
    <w:p>
      <w:r>
        <w:br/>
        <w:t>Знали цимбалюка далекі гори і доли:&lt;br /&gt;</w:t>
        <w:br/>
        <w:t>Обличчя — як місячний вечір,&lt;br /&gt;</w:t>
        <w:br/>
        <w:t>заблуканий в лісі густім.&lt;br /&gt;</w:t>
        <w:br/>
        <w:t>Він грати в неділю сідав на порозі своєї стодоли,&lt;br /&gt;</w:t>
        <w:br/>
        <w:t>Люди ішли до нього, минаючи божий дім.</w:t>
      </w:r>
    </w:p>
    <w:p>
      <w:r>
        <w:br/>
        <w:t>Піп його не любив, гатив кулаком по амвоні:&lt;br /&gt;</w:t>
        <w:br/>
        <w:t>— Це чоловік не наш! Він причетний до темних справ!&lt;br /&gt;</w:t>
        <w:br/>
        <w:t>Ґазди! Та ви в його струнах,&lt;br /&gt;</w:t>
        <w:br/>
        <w:t>як у тих посторонках коні!&lt;br /&gt;</w:t>
        <w:br/>
        <w:t>Кайтеся і моліться! Чорт вас у шори вбрав!</w:t>
      </w:r>
    </w:p>
    <w:p>
      <w:r>
        <w:br/>
        <w:t>Мабуть, жив у цимбалах чорт,&lt;br /&gt;</w:t>
        <w:br/>
        <w:t>меткий скакунець-помагало,&lt;br /&gt;</w:t>
        <w:br/>
        <w:t>Бігав по струнах так, що оком ловити дарма,&lt;br /&gt;</w:t>
        <w:br/>
        <w:t>Сам цимбалюк не раз говорив про нього зухвало —&lt;br /&gt;</w:t>
        <w:br/>
        <w:t>Бачите, є душа, а тіла в чортяки нема.</w:t>
      </w:r>
    </w:p>
    <w:p>
      <w:r>
        <w:br/>
        <w:t>Інші казали, що він чистісінько як той цапочок,&lt;br /&gt;</w:t>
        <w:br/>
        <w:t>Чорним зарослий пушком аж попід очі, як джміль.&lt;br /&gt;</w:t>
        <w:br/>
        <w:t>Хто ж повірить розмовам біля порожніх бочок&lt;br /&gt;</w:t>
        <w:br/>
        <w:t>В сінях празникувань чи десь на задвірках весіль?</w:t>
      </w:r>
    </w:p>
    <w:p>
      <w:r>
        <w:br/>
        <w:t>— Куме, а я вам кажу, що він отакий, як муха!&lt;br /&gt;</w:t>
        <w:br/>
        <w:t>— Куме, а я вам скажу, що він отакий, як комар! —&lt;br /&gt;</w:t>
        <w:br/>
        <w:t>Знали усі лиш те, що цимбалкжу завірюха&lt;br /&gt;</w:t>
        <w:br/>
        <w:t>В дірочку димаря струтила дідька з хмар,</w:t>
      </w:r>
    </w:p>
    <w:p>
      <w:r>
        <w:br/>
        <w:t>Просто в окріп упав малесенький сатанюка,&lt;br /&gt;</w:t>
        <w:br/>
        <w:t>Цимбалюк за хвоста витягнув його, відходив,&lt;br /&gt;</w:t>
        <w:br/>
        <w:t>Грати навчив поволі, звичайно, що не без бука,&lt;br /&gt;</w:t>
        <w:br/>
        <w:t>Грали тепер обидва, повітові всьому на здив.</w:t>
      </w:r>
    </w:p>
    <w:p>
      <w:r>
        <w:br/>
        <w:t>Цимбалюкові, казали, добре в житті велося,&lt;br /&gt;</w:t>
        <w:br/>
        <w:t>Бо він своє бісенятко не покидав ніде:&lt;br /&gt;</w:t>
        <w:br/>
        <w:t>На голові носив його, сховавши в густе волосся,&lt;br /&gt;</w:t>
        <w:br/>
        <w:t>Щоб не нудилось у цимбалах, коли він із дому йде.</w:t>
      </w:r>
    </w:p>
    <w:p>
      <w:r>
        <w:br/>
        <w:t>З цікавості чортеня протерло діру в капелюсі.&lt;br /&gt;</w:t>
        <w:br/>
        <w:t>Всюди вони, але до церкви — ані на п'ядь.&lt;br /&gt;</w:t>
        <w:br/>
        <w:t>Цимбаліста питали — чому? Дома, казав, молюся;&lt;br /&gt;</w:t>
        <w:br/>
        <w:t>А дома на стіні —&lt;br /&gt;</w:t>
        <w:br/>
        <w:t>цимбали замість образів та розп'ять.</w:t>
      </w:r>
    </w:p>
    <w:p>
      <w:r>
        <w:br/>
        <w:t>Піп його не любив, гатив кулаком по амвоні:&lt;br /&gt;</w:t>
        <w:br/>
        <w:t>— Це чоловік не наш! Він причетний до темних справ!&lt;br /&gt;</w:t>
        <w:br/>
        <w:t>Ґазди! Та ви в його струнах,&lt;br /&gt;</w:t>
        <w:br/>
        <w:t>як у тих посторонках коні!&lt;br /&gt;</w:t>
        <w:br/>
        <w:t>Кайтеся і моліться! Чорт вас у шори вбрав!</w:t>
      </w:r>
    </w:p>
    <w:p>
      <w:r>
        <w:br/>
        <w:t>Цимбалючок сміявся,— цей парох немудрий вельми,&lt;br /&gt;</w:t>
        <w:br/>
        <w:t>Завжди віру в бога підтримували чорти!&lt;br /&gt;</w:t>
        <w:br/>
        <w:t>Грати ходив на зло, а до незримого шельми&lt;br /&gt;</w:t>
        <w:br/>
        <w:t>Навмисне прилюдно звертався запанібрата на "ти".</w:t>
      </w:r>
    </w:p>
    <w:p>
      <w:r>
        <w:br/>
        <w:t>Кидав собі за обшивку з вершечком пугар оковитки,&lt;br /&gt;</w:t>
        <w:br/>
        <w:t>Краплю — на струни з дна: "На, мій дияволе, на!"&lt;br /&gt;</w:t>
        <w:br/>
        <w:t>Мліли дівки й молодиці, парубоцтво потіло до нитки,&lt;br /&gt;</w:t>
        <w:br/>
        <w:t>Дрібно копитами сік, навприсядки йшов сатана.</w:t>
      </w:r>
    </w:p>
    <w:p>
      <w:r>
        <w:br/>
        <w:t>Граючи, він крутився на пальчику, як веретено,&lt;br /&gt;</w:t>
        <w:br/>
        <w:t>То зупинявся на мить, то знову пускався навскач.&lt;br /&gt;</w:t>
        <w:br/>
        <w:t>Коли небеса спідниць кружляли над ним скажено,&lt;br /&gt;</w:t>
        <w:br/>
        <w:t>Грався на струнах він, мов на прутті залізнім циркач.</w:t>
      </w:r>
    </w:p>
    <w:p>
      <w:r>
        <w:br/>
        <w:t>Очі цимбалюка ясніли, як днини зимової спалах,&lt;br /&gt;</w:t>
        <w:br/>
        <w:t>Руки він піднімав, струмент свій колінами тряс.&lt;br /&gt;</w:t>
        <w:br/>
        <w:t>Біс реготав, дурів, гзився, казився в цимбалах,-&lt;br /&gt;</w:t>
        <w:br/>
        <w:t>Ще раз, ой ще разок, по разочку, просили, ще раз.</w:t>
      </w:r>
    </w:p>
    <w:p>
      <w:r>
        <w:br/>
        <w:t>Ой ще раз на гаразд,&lt;br /&gt;</w:t>
        <w:br/>
        <w:t>Не любіть, дівчата, ґазд,&lt;br /&gt;</w:t>
        <w:br/>
        <w:t>Не лягайте з ними в ряст,&lt;br /&gt;</w:t>
        <w:br/>
        <w:t>Перестуда жить не дасть.</w:t>
      </w:r>
    </w:p>
    <w:p>
      <w:r>
        <w:br/>
        <w:t>Або грай, або буде,&lt;br /&gt;</w:t>
        <w:br/>
        <w:t>Бо вже болить попід груди,&lt;br /&gt;</w:t>
        <w:br/>
        <w:t>Гину, люди, не з простуди,&lt;br /&gt;</w:t>
        <w:br/>
        <w:t>Грай, грай, туди-руди.&lt;br /&gt;</w:t>
        <w:br/>
        <w:t>Грай!!!</w:t>
      </w:r>
    </w:p>
    <w:p>
      <w:r>
        <w:br/>
        <w:t>Коли цимбалюк вертався з весілля чи з іншого свята,&lt;br /&gt;</w:t>
        <w:br/>
        <w:t>На спині боліли струни, потовчені, мов кістки.&lt;br /&gt;</w:t>
        <w:br/>
        <w:t>Бігли дітиська за ним, заглядали у цимбалята,&lt;br /&gt;</w:t>
        <w:br/>
        <w:t>Чортові тихо показували дулі і язики.</w:t>
      </w:r>
    </w:p>
    <w:p>
      <w:r>
        <w:br/>
        <w:t>Кінчики струн були як хвостик чи, може, як роги.&lt;br /&gt;</w:t>
        <w:br/>
        <w:t>Не оглядавсь цимбалюк на дітвору пусту.&lt;br /&gt;</w:t>
        <w:br/>
        <w:t>Богомільні, що йшли назустріч, зникали з його дороги&lt;br /&gt;</w:t>
        <w:br/>
        <w:t>Або говорили виразно (кожне словечко вилизано):&lt;br /&gt;</w:t>
        <w:br/>
        <w:t>— Слава Ісусу Христу!</w:t>
      </w:r>
    </w:p>
    <w:p>
      <w:r>
        <w:br/>
        <w:t>Дехто поцілувати хотів його при повітанні,&lt;br /&gt;</w:t>
        <w:br/>
        <w:t>Аби лиш почути, що скаже на боже добре слівце.&lt;br /&gt;</w:t>
        <w:br/>
        <w:t>А він витався:&lt;br /&gt;</w:t>
        <w:br/>
        <w:t>— Ну, як там? Цілунки на ярмарку тані? —&lt;br /&gt;</w:t>
        <w:br/>
        <w:t>І шию гнув, як бик, ховаючи своє лице.</w:t>
      </w:r>
    </w:p>
    <w:p>
      <w:r>
        <w:br/>
        <w:t>Піп його не любив, гатив кулаком по амвоні;&lt;br /&gt;</w:t>
        <w:br/>
        <w:t>— Це чоловік не наш! Він причетний до темних справ!&lt;br /&gt;</w:t>
        <w:br/>
        <w:t>Ґазди! Та ви в його струнах,&lt;br /&gt;</w:t>
        <w:br/>
        <w:t>як у тих посторонках коні!&lt;br /&gt;</w:t>
        <w:br/>
        <w:t>Кайтеся і моліться! Чорт вас у шори вбрав!</w:t>
      </w:r>
    </w:p>
    <w:p>
      <w:r>
        <w:br/>
        <w:t>Ґазди прийшли вночі, вирвали з рук цимбали,&lt;br /&gt;</w:t>
        <w:br/>
        <w:t>Кинули їх на піл і закричали: "Світи!"&lt;br /&gt;</w:t>
        <w:br/>
        <w:t>На очах його, на сльозах сокирами їх порубали,&lt;br /&gt;</w:t>
        <w:br/>
        <w:t>Чорта шукали в трісках, але не могли знайти.</w:t>
      </w:r>
    </w:p>
    <w:p>
      <w:r>
        <w:br/>
        <w:t>Змовк цимбаліст навіки, ніби заклякнув у тайні.&lt;br /&gt;</w:t>
        <w:br/>
        <w:t>Ані слова за рік — ні до матері, ні до рідні.&lt;br /&gt;</w:t>
        <w:br/>
        <w:t>А в надвечір'я одне він зачинився у стайні&lt;br /&gt;</w:t>
        <w:br/>
        <w:t>І повісився на короткій, на сивій,&lt;br /&gt;</w:t>
        <w:br/>
        <w:t>на мертвій струні.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Цимбали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