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Цикламен</w:t>
      </w:r>
    </w:p>
    <w:p>
      <w:r>
        <w:br/>
        <w:t xml:space="preserve"> &lt;p&gt;Наталочка любила квіти, тому на день народження їй подарували троянди, і хризантеми, і книжку з намальованими квітами. А тітка Оля принесла горщик з цикламеном. Пишні букети стояли, стояли та й почали в’янути; квіти на сторінках книжки були красиві, барвисті, але ні про що не вміли говорити. А скромний непримітний цикламен викинув над листям цілий пучок рожевого цвіту.</w:t>
      </w:r>
    </w:p>
    <w:p>
      <w:r>
        <w:br/>
        <w:t>Цикламен стояв на підвіконні, якраз біля письмового стола, і коли Наталочка робила уроки, рум’яна квітка заглядала їй у зошити.</w:t>
      </w:r>
    </w:p>
    <w:p>
      <w:r>
        <w:br/>
        <w:t>— Гарно я написала? — питала дівчинка у цикламена, і квітка ледь помітно кивала їй:</w:t>
      </w:r>
    </w:p>
    <w:p>
      <w:r>
        <w:br/>
        <w:t>— Ага.</w:t>
      </w:r>
    </w:p>
    <w:p>
      <w:r>
        <w:br/>
        <w:t>— А тепер я намалюю пташку фламінго,—. казала Наталочка.— Вона рожева, як і ти. Може, ви родичі?</w:t>
      </w:r>
    </w:p>
    <w:p>
      <w:r>
        <w:br/>
        <w:t>— Ага,— усміхалася квітка.</w:t>
      </w:r>
    </w:p>
    <w:p>
      <w:r>
        <w:br/>
        <w:t>— І ще намалюю хмарку при заході сонця. Мабуть, ти і з нею рідня?</w:t>
      </w:r>
    </w:p>
    <w:p>
      <w:r>
        <w:br/>
        <w:t>— Ага!</w:t>
      </w:r>
    </w:p>
    <w:p>
      <w:r>
        <w:br/>
        <w:t>Хмарка лишилась недомальована: було вже пізно, і мама звеліла йти спати.</w:t>
      </w:r>
    </w:p>
    <w:p>
      <w:r>
        <w:br/>
        <w:t>Як тільки в кімнаті вимкнули світло, у кутку щось заворушилось, і в синюватий місячний квадрат проти вікна ступила маленька тінь. Це був — хто б ви думали? — звичайнісінький домовик, який у всіх казках мешкає у дерев’яних будинках зі скрипучими сходами і сточеними шашіллю віконницями. Так жив і наш домовик, поки його будиночок не знесли, розчищаючи місце під висотний дім. Коли ж старої оселі не стало, він перебрався в залізобетонний, стодвадцятиквартирний,— коротше кажучи, цілком</w:t>
      </w:r>
    </w:p>
    <w:p>
      <w:r>
        <w:br/>
        <w:t>сучасний будинок. А що в списках жильців його не зазначили і дітям про нього не розказували, ображений домовик почав робити людям різну шкоду: то залишить будинок без гарячої води, то зіпсує ліфт, а це придумав щось нове.</w:t>
      </w:r>
    </w:p>
    <w:p>
      <w:r>
        <w:br/>
        <w:t>Він обіруч схопився за місячний промінь і перетягнув його на письмовий стіл. Тоді розгорнув Наталоччин зошит.</w:t>
      </w:r>
    </w:p>
    <w:p>
      <w:r>
        <w:br/>
        <w:t>— Ач, як акуратно пише дівчинка! Та однак одержить двійку.</w:t>
      </w:r>
    </w:p>
    <w:p>
      <w:r>
        <w:br/>
        <w:t>І домовик струснув над зошитом авторучкою. На сторінках з’явилися клякси. Тоді він провів долонями над написаним, щось бурмочучи під ніс — і враз букви повикривлялись, поперекошувались урізнобіч. Домовик знову взявся за місячний промінь, перетяг його назад на підлогу і зник з кімнати.</w:t>
      </w:r>
    </w:p>
    <w:p>
      <w:r>
        <w:br/>
        <w:t>А цикламен тим часом не спав і все бачив. "За що Наталочці одержувати двійку? — подумав він.— Дівчинка працювала, старалася. Треба її виручати... Покличу-но метелицю,— вона така чарівниця-рукодільниця, майстриня на всякі узори, що й тут справі зарадить!"</w:t>
      </w:r>
    </w:p>
    <w:p>
      <w:r>
        <w:br/>
        <w:t>Цикламен прошепотів:</w:t>
      </w:r>
    </w:p>
    <w:p>
      <w:r>
        <w:br/>
        <w:t>— Ере-бере-перевере!</w:t>
      </w:r>
    </w:p>
    <w:p>
      <w:r>
        <w:br/>
        <w:t>І вмить обернувся в маленького хлопчика, смаглявого, з, високою рожевою чалмою на голові. Хлопчик-цикламен прочинив кватирку і зістрибнув з підвіконня. Чарівна чалма розгорнулася, як шовковий парашут, і хлопчик легко спустився на вулицю. Кругом лежав сніг — ух, студенющий! Хоч цикламен не любив духоти і звик стояти, де прохолодніше, на цей раз мороз пройняв його наскрізь.</w:t>
      </w:r>
    </w:p>
    <w:p>
      <w:r>
        <w:br/>
        <w:t>— Де мені знайти метелицю? — спитав він навмання.</w:t>
      </w:r>
    </w:p>
    <w:p>
      <w:r>
        <w:br/>
        <w:t>Промерзла вулиця мовчала, тільки сніг іскрився проти місяця. Та ось крізь сон зітхнула молоденька липка, і з неї обізвалася дівчинка Липоватка.</w:t>
      </w:r>
    </w:p>
    <w:p>
      <w:r>
        <w:br/>
        <w:t>— Хто тут галасує? Хто спати не дає?</w:t>
      </w:r>
    </w:p>
    <w:p>
      <w:r>
        <w:br/>
        <w:t>— Я, цикламен! Я шукаю метелицю, а на дворі такий мороз, я замерзаю!</w:t>
      </w:r>
    </w:p>
    <w:p>
      <w:r>
        <w:br/>
        <w:t>— Якщо ти боїшся холоду, то навіщо тобі метелиця? — здивувалась Липоватка.</w:t>
      </w:r>
    </w:p>
    <w:p>
      <w:r>
        <w:br/>
        <w:t>— Щоб Наталочці допомогти! Порятувати її зошити.</w:t>
      </w:r>
    </w:p>
    <w:p>
      <w:r>
        <w:br/>
        <w:t>— Ой, Наталочку я з охотою виручу! — стрепенулося дівчатко.— Вона ж усе літо липку поливала. Ти ось що, посидь у моїй хатці, а я приведу метелицю. Вона спочиває в полі, тобі туди по морозу не дістатися.</w:t>
      </w:r>
    </w:p>
    <w:p>
      <w:r>
        <w:br/>
        <w:t>Коли нарешті Липоватка повернулася, цикламен замалим що не замерз.</w:t>
      </w:r>
    </w:p>
    <w:p>
      <w:r>
        <w:br/>
        <w:t>— Гу-гу-гу! — загула метелиця і підхопила його. Враз вони опинилися в Наталоччиній кімнаті, метелиця білим вихором війнула над попсованим зошитом,— і вмить пропали клякси, букви знову стали рівнесенькі й акуратні.</w:t>
      </w:r>
    </w:p>
    <w:p>
      <w:r>
        <w:br/>
        <w:t>А метелиця вже за вікном, і цикламен — вазон з рожевими квітками — тихенько стоїть на підвіконні, наче не він щойно повернувся з мандрів. Наталочка нічого й не помітила, збираючись уранці до школи. Вона полила свій вазон і весело посварилася пальчиком:</w:t>
      </w:r>
    </w:p>
    <w:p>
      <w:r>
        <w:br/>
        <w:t>— Жодної нової квітки? Зацвітай рясніше!</w:t>
      </w:r>
    </w:p>
    <w:p>
      <w:r>
        <w:br/>
        <w:t>Звичайно, вона не знала, що цикламенові на цей раз ніколи було дбати про цвіт.</w:t>
      </w:r>
    </w:p>
    <w:p>
      <w:r>
        <w:br/>
        <w:t>Капосний домовичок прийшов і наступної ночі. Він знову розгорнув Наталоччині зошити і невдоволено засопів:</w:t>
      </w:r>
    </w:p>
    <w:p>
      <w:r>
        <w:br/>
        <w:t>— Пішли нанівець мої чари... В Наталочки багато друзів!</w:t>
      </w:r>
    </w:p>
    <w:p>
      <w:r>
        <w:br/>
        <w:t>І він квапливо сховався в куток, не вчинивши ніякої шкоди. Наталочка спала, а місяць видивлявся в розгорнутий зошит, де під учорашньою задачею стояла велика п’ятірка.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Цикламен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