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Циганка</w:t>
      </w:r>
    </w:p>
    <w:p>
      <w:r>
        <w:br/>
        <w:t xml:space="preserve"> Николаєві Кочеранюкові з Великого Села на поклін</w:t>
      </w:r>
    </w:p>
    <w:p>
      <w:r>
        <w:br/>
        <w:t>Оба і в попелі ми грались,&lt;br /&gt;</w:t>
        <w:br/>
        <w:t>Оба ходили й гнізда драть,&lt;br /&gt;</w:t>
        <w:br/>
        <w:t>Обом і чупер обрубали,&lt;br /&gt;</w:t>
        <w:br/>
        <w:t>Оба ходили й франка знать,&lt;br /&gt;</w:t>
        <w:br/>
        <w:t>І солоного моря пити,&lt;br /&gt;</w:t>
        <w:br/>
        <w:t>Обом нам дали і абшити;&lt;br /&gt;</w:t>
        <w:br/>
        <w:t>Оба чи в діло, чи гулять —&lt;br /&gt;</w:t>
        <w:br/>
        <w:t>Як рідний брат із рідним братом.&lt;br /&gt;</w:t>
        <w:br/>
        <w:t>І в парі, брате, ми, мабіть,&lt;br /&gt;</w:t>
        <w:br/>
        <w:t>На той помашеруєм світ,&lt;br /&gt;</w:t>
        <w:br/>
        <w:t>Як ті два близнюки на небі!&lt;br /&gt;</w:t>
        <w:br/>
        <w:t>Да там, мабіть, нас ще не треба, —&lt;br /&gt;</w:t>
        <w:br/>
        <w:t>Пожиймо, брате, лучче тут,&lt;br /&gt;</w:t>
        <w:br/>
        <w:t>Де ще гуляють, грають, п'ють.&lt;br /&gt;</w:t>
        <w:br/>
        <w:t>Воліє циган нам заграти,&lt;br /&gt;</w:t>
        <w:br/>
        <w:t>Ніж ті попи, товсті, пузаті,&lt;br /&gt;</w:t>
        <w:br/>
        <w:t>Нам вічну пам'ять мають гути.&lt;br /&gt;</w:t>
        <w:br/>
        <w:t>Да що вже буде, то вже буде,&lt;br /&gt;</w:t>
        <w:br/>
        <w:t>А ми до діла, побрати'!&lt;br /&gt;</w:t>
        <w:br/>
        <w:t>Коли немає що робити&lt;br /&gt;</w:t>
        <w:br/>
        <w:t>Ані за що біду пропити,&lt;br /&gt;</w:t>
        <w:br/>
        <w:t>Коли слота січе — а ти&lt;br /&gt;</w:t>
        <w:br/>
        <w:t>В сегельбі, друже, в жменю дуєш,&lt;br /&gt;</w:t>
        <w:br/>
        <w:t>То я сідаю та віршую&lt;br /&gt;</w:t>
        <w:br/>
        <w:t>(Не так-то я, як вражий нуд!)&lt;br /&gt;</w:t>
        <w:br/>
        <w:t>От сяду си та що-небудь&lt;br /&gt;</w:t>
        <w:br/>
        <w:t>Таке утешу, що аж дивно!&lt;br /&gt;</w:t>
        <w:br/>
        <w:t>А щоб віршоване те мливо&lt;br /&gt;</w:t>
        <w:br/>
        <w:t>Борше мололось, — а я взяв&lt;br /&gt;</w:t>
        <w:br/>
        <w:t>І кому-небудь го завдав —&lt;br /&gt;</w:t>
        <w:br/>
        <w:t>От як би се тобі, мій брате!</w:t>
      </w:r>
    </w:p>
    <w:p>
      <w:r>
        <w:br/>
        <w:t>Чи ще нагадуєш ту хату,&lt;br /&gt;</w:t>
        <w:br/>
        <w:t>Тоту хатиночку в гаю,&lt;br /&gt;</w:t>
        <w:br/>
        <w:t>Геть аж за місто на краю,&lt;br /&gt;</w:t>
        <w:br/>
        <w:t>У кучерявій черемшині?&lt;br /&gt;</w:t>
        <w:br/>
        <w:t>Донині, братику, донині&lt;br /&gt;</w:t>
        <w:br/>
        <w:t>Не може серденько забуть...&lt;br /&gt;</w:t>
        <w:br/>
        <w:t>Дурне ти серце!.. Ану, в кут,&lt;br /&gt;</w:t>
        <w:br/>
        <w:t>Ви, давні думи, — бо заплачу!..&lt;br /&gt;</w:t>
        <w:br/>
        <w:t>Пішло то серденько козаче&lt;br /&gt;</w:t>
        <w:br/>
        <w:t>До циган в найми... Що ж робить!&lt;br /&gt;</w:t>
        <w:br/>
        <w:t>Що серцю любе — лиш любить.&lt;br /&gt;</w:t>
        <w:br/>
        <w:t>Чи як ти кажеш, друже-брате?&lt;br /&gt;</w:t>
        <w:br/>
        <w:t>Ти добре радив, коли ж кляте&lt;br /&gt;</w:t>
        <w:br/>
        <w:t>Годі навчити було!.. Гляв —&lt;br /&gt;</w:t>
        <w:br/>
        <w:t>І, як у той крутіж, упав&lt;br /&gt;</w:t>
        <w:br/>
        <w:t>У ті прокляті чорні очі!&lt;br /&gt;</w:t>
        <w:br/>
        <w:t>І хочеться, і ще ся хоче —&lt;br /&gt;</w:t>
        <w:br/>
        <w:t>Хоть серце зна, що пропадає —&lt;br /&gt;</w:t>
        <w:br/>
        <w:t>У ту хатиночку у гаю!&lt;br /&gt;</w:t>
        <w:br/>
        <w:t>....................................................................................&lt;br /&gt;</w:t>
        <w:br/>
        <w:t>Да що ж я маю нарікать —&lt;br /&gt;</w:t>
        <w:br/>
        <w:t>Хіба не вірне вна любила?&lt;br /&gt;</w:t>
        <w:br/>
        <w:t>О боже правий, боже милий,&lt;br /&gt;</w:t>
        <w:br/>
        <w:t>Один, один я виноват:&lt;br /&gt;</w:t>
        <w:br/>
        <w:t>Одного серця було мало!&lt;br /&gt;</w:t>
        <w:br/>
        <w:t>А як коханого не стало —&lt;br /&gt;</w:t>
        <w:br/>
        <w:t>Тоді я догадавсь, коли&lt;br /&gt;</w:t>
        <w:br/>
        <w:t>Той гострий ніж, бо затроєний&lt;br /&gt;</w:t>
        <w:br/>
        <w:t>Таков отрутою, що й гинуть,&lt;br /&gt;</w:t>
        <w:br/>
        <w:t>І жити годі!.. А ти знав&lt;br /&gt;</w:t>
        <w:br/>
        <w:t>І все казав, — а я не слухав...&lt;br /&gt;</w:t>
        <w:br/>
        <w:t>Де вже в кохання того уха! —&lt;br /&gt;</w:t>
        <w:br/>
        <w:t>І ю втопив, і сам пропав!</w:t>
      </w:r>
    </w:p>
    <w:p>
      <w:r>
        <w:br/>
        <w:t>Прийми ж, брате Николаю,&lt;br /&gt;</w:t>
        <w:br/>
        <w:t>Оцю мою думу&lt;br /&gt;</w:t>
        <w:br/>
        <w:t>Да ще й другими дай читати,&lt;br /&gt;</w:t>
        <w:br/>
        <w:t>Най вчаться розуму&lt;br /&gt;</w:t>
        <w:br/>
        <w:t>Та з коханням не жартують —&lt;br /&gt;</w:t>
        <w:br/>
        <w:t>Кохання не жарти!&lt;br /&gt;</w:t>
        <w:br/>
        <w:t>Серце наше невеличке&lt;br /&gt;</w:t>
        <w:br/>
        <w:t>Не тяжко роздерти,&lt;br /&gt;</w:t>
        <w:br/>
        <w:t>А загоїть єго тяжко:&lt;br /&gt;</w:t>
        <w:br/>
        <w:t>Криваве і згине...&lt;br /&gt;</w:t>
        <w:br/>
        <w:t>То не болить, пане-брате,&lt;br /&gt;</w:t>
        <w:br/>
        <w:t>Що підеш в могилу&lt;br /&gt;</w:t>
        <w:br/>
        <w:t>З неубитим цілим серцем —&lt;br /&gt;</w:t>
        <w:br/>
        <w:t>А болить з убитим!&lt;br /&gt;</w:t>
        <w:br/>
        <w:t>Ліпше на сім білім світі&lt;br /&gt;</w:t>
        <w:br/>
        <w:t>Душу загубити,&lt;br /&gt;</w:t>
        <w:br/>
        <w:t>Як серденько зарізати!&lt;br /&gt;</w:t>
        <w:br/>
        <w:t>Уб'єшся — спочинеш,&lt;br /&gt;</w:t>
        <w:br/>
        <w:t>А так — годі в світі жити,&lt;br /&gt;</w:t>
        <w:br/>
        <w:t>І гинуть не згинеш.&lt;br /&gt;</w:t>
        <w:br/>
        <w:t>Чи як кажеш, Николаю?&lt;br /&gt;</w:t>
        <w:br/>
        <w:t>Хтозна, може, й брешу!..&lt;br /&gt;</w:t>
        <w:br/>
        <w:t>Да що робить: коли зачав —&lt;br /&gt;</w:t>
        <w:br/>
        <w:t>Нехай вже допишу...</w:t>
      </w:r>
    </w:p>
    <w:p>
      <w:r>
        <w:br/>
        <w:t>Du, braunes Kind, was starrst du so&lt;br /&gt;</w:t>
        <w:br/>
        <w:t>Hidden in die silbernen Wellen?&lt;br /&gt;</w:t>
        <w:br/>
        <w:t>Neubauer</w:t>
      </w:r>
    </w:p>
    <w:p>
      <w:r>
        <w:br/>
        <w:t>ПРОЛОГ&lt;br /&gt;</w:t>
        <w:br/>
        <w:t>У неділю вранці-рано&lt;br /&gt;</w:t>
        <w:br/>
        <w:t>В'ють залізо два цигани.&lt;br /&gt;</w:t>
        <w:br/>
        <w:t>А у лісі в матридуні&lt;br /&gt;</w:t>
        <w:br/>
        <w:t>Сидить собі пишно-думно&lt;br /&gt;</w:t>
        <w:br/>
        <w:t>Циганочка молодая —&lt;br /&gt;</w:t>
        <w:br/>
        <w:t>Матридуну обриває —&lt;br /&gt;</w:t>
        <w:br/>
        <w:t>Та й словами промовляє:</w:t>
      </w:r>
    </w:p>
    <w:p>
      <w:r>
        <w:br/>
        <w:t>"Матридуно, матридуно,&lt;br /&gt;</w:t>
        <w:br/>
        <w:t>Кривавії квіти!&lt;br /&gt;</w:t>
        <w:br/>
        <w:t>Чо я така нещаслива&lt;br /&gt;</w:t>
        <w:br/>
        <w:t>В широкому світі?&lt;br /&gt;</w:t>
        <w:br/>
        <w:t>Чого мене убивають,&lt;br /&gt;</w:t>
        <w:br/>
        <w:t>Як теє залізо?&lt;br /&gt;</w:t>
        <w:br/>
        <w:t>Чо він мене не зарізав,&lt;br /&gt;</w:t>
        <w:br/>
        <w:t>Ножем не зарізав&lt;br /&gt;</w:t>
        <w:br/>
        <w:t>На неділю в опівночі?&lt;br /&gt;</w:t>
        <w:br/>
        <w:t>Була б я не знала,&lt;br /&gt;</w:t>
        <w:br/>
        <w:t>Як він з другов кохається,&lt;br /&gt;</w:t>
        <w:br/>
        <w:t>Мене забуває, —&lt;br /&gt;</w:t>
        <w:br/>
        <w:t>Той невірний багацький син...&lt;br /&gt;</w:t>
        <w:br/>
        <w:t>А я го кохала,&lt;br /&gt;</w:t>
        <w:br/>
        <w:t>Я му волю учинила,&lt;br /&gt;</w:t>
        <w:br/>
        <w:t>Я все єму дала,&lt;br /&gt;</w:t>
        <w:br/>
        <w:t>Усьо, усьо!.. Матридуно,&lt;br /&gt;</w:t>
        <w:br/>
        <w:t>Єдина ти моя, —&lt;br /&gt;</w:t>
        <w:br/>
        <w:t>Я го вірне полюбила...&lt;br /&gt;</w:t>
        <w:br/>
        <w:t>Гоя, гоя, гоя...&lt;br /&gt;</w:t>
        <w:br/>
        <w:t>Горе моє несповіте!&lt;br /&gt;</w:t>
        <w:br/>
        <w:t>Я вірне любила!..&lt;br /&gt;</w:t>
        <w:br/>
        <w:t>Я він лишив свою Цору,&lt;br /&gt;</w:t>
        <w:br/>
        <w:t>Він мене покинув,&lt;br /&gt;</w:t>
        <w:br/>
        <w:t>Ні ту квітку серед степу,&lt;br /&gt;</w:t>
        <w:br/>
        <w:t>Стоптану ногою.&lt;br /&gt;</w:t>
        <w:br/>
        <w:t>О!.. я єго нагодую,&lt;br /&gt;</w:t>
        <w:br/>
        <w:t>Я єго напою —&lt;br /&gt;</w:t>
        <w:br/>
        <w:t>Да не медом, не ситою,&lt;br /&gt;</w:t>
        <w:br/>
        <w:t>Як досі поїла!&lt;br /&gt;</w:t>
        <w:br/>
        <w:t>Матридуно, матридуно,&lt;br /&gt;</w:t>
        <w:br/>
        <w:t>Кривава та біла, —&lt;br /&gt;</w:t>
        <w:br/>
        <w:t>Я тобою го напою...&lt;br /&gt;</w:t>
        <w:br/>
        <w:t>Гоя, гоя, гоя!..&lt;br /&gt;</w:t>
        <w:br/>
        <w:t>Доле моя нещаслива,&lt;br /&gt;</w:t>
        <w:br/>
        <w:t>Доле моя, доле!.."</w:t>
      </w:r>
    </w:p>
    <w:p>
      <w:r>
        <w:br/>
        <w:t>Пішла лісом, ридаючи,&lt;br /&gt;</w:t>
        <w:br/>
        <w:t>Під березов сіла;&lt;br /&gt;</w:t>
        <w:br/>
        <w:t>То сміялась-реготалась,&lt;br /&gt;</w:t>
        <w:br/>
        <w:t>То плакала-мліла,&lt;br /&gt;</w:t>
        <w:br/>
        <w:t>То знов коси розплітала,&lt;br /&gt;</w:t>
        <w:br/>
        <w:t>То знов заплітала.&lt;br /&gt;</w:t>
        <w:br/>
        <w:t>А цигани Нестерюка&lt;br /&gt;</w:t>
        <w:br/>
        <w:t>У шатрі співали:</w:t>
      </w:r>
    </w:p>
    <w:p>
      <w:r>
        <w:br/>
        <w:t>"Під білою березою —&lt;br /&gt;</w:t>
        <w:br/>
        <w:t>недоле моя!&lt;br /&gt;</w:t>
        <w:br/>
        <w:t>П'є Нестерюк з циганочков&lt;br /&gt;</w:t>
        <w:br/>
        <w:t>в неділю до дна.&lt;br /&gt;</w:t>
        <w:br/>
        <w:t>— Циганочко-волошечко,&lt;br /&gt;</w:t>
        <w:br/>
        <w:t>анумо здоров!&lt;br /&gt;</w:t>
        <w:br/>
        <w:t>— Чого в тебе, Нестерюку,&lt;br /&gt;</w:t>
        <w:br/>
        <w:t>на полах да кров?&lt;br /&gt;</w:t>
        <w:br/>
        <w:t>— Циганочко-волошечко,&lt;br /&gt;</w:t>
        <w:br/>
        <w:t>я кругав'я вбив,&lt;br /&gt;</w:t>
        <w:br/>
        <w:t>А він мені рантух-полу&lt;br /&gt;</w:t>
        <w:br/>
        <w:t>кров'ю да збрудив.&lt;br /&gt;</w:t>
        <w:br/>
        <w:t>— Гой-гой, ти мій Нестерюку,&lt;br /&gt;</w:t>
        <w:br/>
        <w:t>не птаха це кров!&lt;br /&gt;</w:t>
        <w:br/>
        <w:t>— Цить-цить, душко-циганочко!&lt;br /&gt;</w:t>
        <w:br/>
        <w:t>Анумо здоров!&lt;br /&gt;</w:t>
        <w:br/>
        <w:t>— Здоров, білий Нестерюку,&lt;br /&gt;</w:t>
        <w:br/>
        <w:t>пий, серце, до дна!..&lt;br /&gt;</w:t>
        <w:br/>
        <w:t>Поховали Нестерюка&lt;br /&gt;</w:t>
        <w:br/>
        <w:t>в вівторок до дня.&lt;br /&gt;</w:t>
        <w:br/>
        <w:t>А циганка чесалася&lt;br /&gt;</w:t>
        <w:br/>
        <w:t>да коси плела...&lt;br /&gt;</w:t>
        <w:br/>
        <w:t>Засміялась — та у воду:&lt;br /&gt;</w:t>
        <w:br/>
        <w:t>долів поплила".</w:t>
      </w:r>
    </w:p>
    <w:p>
      <w:r>
        <w:br/>
        <w:t>І&lt;br /&gt;</w:t>
        <w:br/>
        <w:t>Кохайтеся, пани-браття,&lt;br /&gt;</w:t>
        <w:br/>
        <w:t>Коли серце воля,&lt;br /&gt;</w:t>
        <w:br/>
        <w:t>Тільки з серцем не жартуйте&lt;br /&gt;</w:t>
        <w:br/>
        <w:t>З дівочим ніколи!&lt;br /&gt;</w:t>
        <w:br/>
        <w:t>Бо го легко розкохати,&lt;br /&gt;</w:t>
        <w:br/>
        <w:t>А тяжко впинити:&lt;br /&gt;</w:t>
        <w:br/>
        <w:t>Кого вірне полюбило,&lt;br /&gt;</w:t>
        <w:br/>
        <w:t>З тим вірне полюбило,&lt;br /&gt;</w:t>
        <w:br/>
        <w:t>З тим хоче і жити.&lt;br /&gt;</w:t>
        <w:br/>
        <w:t>А не зможе — чого жити?&lt;br /&gt;</w:t>
        <w:br/>
        <w:t>Краще у могилу —&lt;br /&gt;</w:t>
        <w:br/>
        <w:t>Аби тільки з милим,&lt;br /&gt;</w:t>
        <w:br/>
        <w:t>Аби тільки без розлуки!&lt;br /&gt;</w:t>
        <w:br/>
        <w:t>Отак, пани-браття:&lt;br /&gt;</w:t>
        <w:br/>
        <w:t>Коли годі кохатися,&lt;br /&gt;</w:t>
        <w:br/>
        <w:t>Навіщо займати!?</w:t>
      </w:r>
    </w:p>
    <w:p>
      <w:r>
        <w:br/>
        <w:t>Помер старий козак Соколій,&lt;br /&gt;</w:t>
        <w:br/>
        <w:t>І ввесь маєток, бач, остав&lt;br /&gt;</w:t>
        <w:br/>
        <w:t>По Соколієві удові:&lt;br /&gt;</w:t>
        <w:br/>
        <w:t>Лани, степи, одая, став,&lt;br /&gt;</w:t>
        <w:br/>
        <w:t>Стайні, побої прехороші,&lt;br /&gt;</w:t>
        <w:br/>
        <w:t>Скриней чи три, чи штири грошей;&lt;br /&gt;</w:t>
        <w:br/>
        <w:t>А що вже син — так що легінь!&lt;br /&gt;</w:t>
        <w:br/>
        <w:t>Щоб добрим людям хоч усім&lt;br /&gt;</w:t>
        <w:br/>
        <w:t>Такого козака діждатись!&lt;br /&gt;</w:t>
        <w:br/>
        <w:t>Чи до роботи, чи гуляти —&lt;br /&gt;</w:t>
        <w:br/>
        <w:t>Він перший на цілий окіл.&lt;br /&gt;</w:t>
        <w:br/>
        <w:t>Недурно звали го й Сокіл,&lt;br /&gt;</w:t>
        <w:br/>
        <w:t>Бо був раз парубок за себе!&lt;br /&gt;</w:t>
        <w:br/>
        <w:t>Да лиш одна му була хиба:&lt;br /&gt;</w:t>
        <w:br/>
        <w:t>З циганков покохавсь — та й ну!..&lt;br /&gt;</w:t>
        <w:br/>
        <w:t>Да я не дуже і вину&lt;br /&gt;</w:t>
        <w:br/>
        <w:t>Даю єму, бо раз циганка:&lt;br /&gt;</w:t>
        <w:br/>
        <w:t>І в таліянина, і в франка&lt;br /&gt;</w:t>
        <w:br/>
        <w:t>Таке я диво не видав!&lt;br /&gt;</w:t>
        <w:br/>
        <w:t>Уздрів наш Марко — та й пропав,&lt;br /&gt;</w:t>
        <w:br/>
        <w:t>Як той метеличок у цвіті!..&lt;br /&gt;</w:t>
        <w:br/>
        <w:t>Коби на сім веселім світі&lt;br /&gt;</w:t>
        <w:br/>
        <w:t>Очей лиш чорних не видать:&lt;br /&gt;</w:t>
        <w:br/>
        <w:t>Побачив — вже й вдавився кат&lt;br /&gt;</w:t>
        <w:br/>
        <w:t>І серцем, і душев, і волев!&lt;br /&gt;</w:t>
        <w:br/>
        <w:t>Чи будь вірлом, чи будь соколом —&lt;br /&gt;</w:t>
        <w:br/>
        <w:t>Вони приборкають на час!..&lt;br /&gt;</w:t>
        <w:br/>
        <w:t>Так, бачите, і Марко наш&lt;br /&gt;</w:t>
        <w:br/>
        <w:t>Гостив у світі. Бідний Марко!&lt;br /&gt;</w:t>
        <w:br/>
        <w:t>Так б'ється, в'ється за циганков,&lt;br /&gt;</w:t>
        <w:br/>
        <w:t>Аж пропадає! Що ж робить?&lt;br /&gt;</w:t>
        <w:br/>
        <w:t>На те ми люди, щоб любить&lt;br /&gt;</w:t>
        <w:br/>
        <w:t>Дівоче серце... Не іначе!..&lt;br /&gt;</w:t>
        <w:br/>
        <w:t>А мати журиться та плаче,&lt;br /&gt;</w:t>
        <w:br/>
        <w:t>Аж в стіни головов товче,&lt;br /&gt;</w:t>
        <w:br/>
        <w:t>Та аж на колінках го молить:&lt;br /&gt;</w:t>
        <w:br/>
        <w:t>— Покинь, покинь ту дику долю!&lt;br /&gt;</w:t>
        <w:br/>
        <w:t>Люди стикаються — покинь!&lt;br /&gt;</w:t>
        <w:br/>
        <w:t>Згадай, хто ти, і чий ти син,&lt;br /&gt;</w:t>
        <w:br/>
        <w:t>І що у парі вам не бути!&lt;br /&gt;</w:t>
        <w:br/>
        <w:t>Не діждала б я була чути&lt;br /&gt;</w:t>
        <w:br/>
        <w:t>Такові речі!.. Онде ніж:&lt;br /&gt;</w:t>
        <w:br/>
        <w:t>Возьми го, сину, та доріж&lt;br /&gt;</w:t>
        <w:br/>
        <w:t>Нещасну матір!.. Поховаєш,&lt;br /&gt;</w:t>
        <w:br/>
        <w:t>А на гробу ся повінчаєш&lt;br /&gt;</w:t>
        <w:br/>
        <w:t>З циганкою!..</w:t>
      </w:r>
    </w:p>
    <w:p>
      <w:r>
        <w:br/>
        <w:t>— Боже, боже!&lt;br /&gt;</w:t>
        <w:br/>
        <w:t>Чо плачете, мамо?&lt;br /&gt;</w:t>
        <w:br/>
        <w:t>Думаєте, що я справді&lt;br /&gt;</w:t>
        <w:br/>
        <w:t>Циганку кохаю&lt;br /&gt;</w:t>
        <w:br/>
        <w:t>Чи там з дівок яку-небудь? —&lt;br /&gt;</w:t>
        <w:br/>
        <w:t>Не мав би-м роботи!&lt;br /&gt;</w:t>
        <w:br/>
        <w:t>Я їх много перелюбив&lt;br /&gt;</w:t>
        <w:br/>
        <w:t>Людям на охоту.&lt;br /&gt;</w:t>
        <w:br/>
        <w:t>Нащо ліпше і кохати? —&lt;br /&gt;</w:t>
        <w:br/>
        <w:t>А я вже сам, мамо,&lt;br /&gt;</w:t>
        <w:br/>
        <w:t>Хотів її покидати,&lt;br /&gt;</w:t>
        <w:br/>
        <w:t>Як учув, що слава&lt;br /&gt;</w:t>
        <w:br/>
        <w:t>Пішла селом недобрая...&lt;br /&gt;</w:t>
        <w:br/>
        <w:t>Я не люблю слави.&lt;br /&gt;</w:t>
        <w:br/>
        <w:t>А хоть тоту дуритиму,&lt;br /&gt;</w:t>
        <w:br/>
        <w:t>Котру згадаю,&lt;br /&gt;</w:t>
        <w:br/>
        <w:t>А вженитися вже мушу,&lt;br /&gt;</w:t>
        <w:br/>
        <w:t>Щоб мовчали люде.&lt;br /&gt;</w:t>
        <w:br/>
        <w:t>Я женюся! А дівками&lt;br /&gt;</w:t>
        <w:br/>
        <w:t>Потом хоть воду&lt;br /&gt;</w:t>
        <w:br/>
        <w:t>Гатитиму — тільки буде!&lt;br /&gt;</w:t>
        <w:br/>
        <w:t>Хорошов уродов&lt;br /&gt;</w:t>
        <w:br/>
        <w:t>І вкрай світа їх загулиш —&lt;br /&gt;</w:t>
        <w:br/>
        <w:t>Ледачі, та й тільки!&lt;br /&gt;</w:t>
        <w:br/>
        <w:t>Пошукайте ж мені, мамо,&lt;br /&gt;</w:t>
        <w:br/>
        <w:t>Хорошої дівки,&lt;br /&gt;</w:t>
        <w:br/>
        <w:t>Але з грішми — чуєте?&lt;br /&gt;</w:t>
        <w:br/>
        <w:t>Та й будемо сватать.&lt;br /&gt;</w:t>
        <w:br/>
        <w:t>А як підем — то перший раз&lt;br /&gt;</w:t>
        <w:br/>
        <w:t>Я, мамо, у хаті&lt;br /&gt;</w:t>
        <w:br/>
        <w:t>І не гляну на дівчину:&lt;br /&gt;</w:t>
        <w:br/>
        <w:t>Вона одуріє!&lt;br /&gt;</w:t>
        <w:br/>
        <w:t>О, я їх налогу знаю!&lt;br /&gt;</w:t>
        <w:br/>
        <w:t>Так, мамо, що вмію&lt;br /&gt;</w:t>
        <w:br/>
        <w:t>Я згадувать ті зазулі? —&lt;br /&gt;</w:t>
        <w:br/>
        <w:t>Отак, паніматко!..</w:t>
      </w:r>
    </w:p>
    <w:p>
      <w:r>
        <w:br/>
        <w:t>Виймив люльку, зажог губку&lt;br /&gt;</w:t>
        <w:br/>
        <w:t>Та й вийшов із хати&lt;br /&gt;</w:t>
        <w:br/>
        <w:t>Сміючися. А удова&lt;br /&gt;</w:t>
        <w:br/>
        <w:t>На сто коньох їде!&lt;br /&gt;</w:t>
        <w:br/>
        <w:t>Ухопила ціпок в руки —&lt;br /&gt;</w:t>
        <w:br/>
        <w:t>Пішла до сусіди,&lt;br /&gt;</w:t>
        <w:br/>
        <w:t>Щоб гарнесенько порадитись,&lt;br /&gt;</w:t>
        <w:br/>
        <w:t>Як дальше робити&lt;br /&gt;</w:t>
        <w:br/>
        <w:t>І де би то невісточку&lt;br /&gt;</w:t>
        <w:br/>
        <w:t>Багату добити;&lt;br /&gt;</w:t>
        <w:br/>
        <w:t>І такі-то часом люде&lt;br /&gt;</w:t>
        <w:br/>
        <w:t>Бувають на світі!&lt;br /&gt;</w:t>
        <w:br/>
        <w:t>Не все золото та срібло,&lt;br /&gt;</w:t>
        <w:br/>
        <w:t>Що в очі ся світить;&lt;br /&gt;</w:t>
        <w:br/>
        <w:t>Не всім треба дати віру,&lt;br /&gt;</w:t>
        <w:br/>
        <w:t>Хто каже, що любить...&lt;br /&gt;</w:t>
        <w:br/>
        <w:t>Да нехай це! Побачимо,&lt;br /&gt;</w:t>
        <w:br/>
        <w:t>Що далі буде.</w:t>
      </w:r>
    </w:p>
    <w:p>
      <w:r>
        <w:br/>
        <w:t>ІІ&lt;br /&gt;</w:t>
        <w:br/>
        <w:t>Хто шукає, той і найде,&lt;br /&gt;</w:t>
        <w:br/>
        <w:t>Як то люди кажуть.&lt;br /&gt;</w:t>
        <w:br/>
        <w:t>І Маркові вишукали&lt;br /&gt;</w:t>
        <w:br/>
        <w:t>Таку, що й за князя&lt;br /&gt;</w:t>
        <w:br/>
        <w:t>Не сором би — таке чудо!&lt;br /&gt;</w:t>
        <w:br/>
        <w:t>Що красна, що врода,&lt;br /&gt;</w:t>
        <w:br/>
        <w:t>А що віно: лиш гай один —&lt;br /&gt;</w:t>
        <w:br/>
        <w:t>За днину не сходиш,&lt;br /&gt;</w:t>
        <w:br/>
        <w:t>А про решту і не кажи!&lt;br /&gt;</w:t>
        <w:br/>
        <w:t>От взялись за діло:&lt;br /&gt;</w:t>
        <w:br/>
        <w:t>Зговорили, злагодились,&lt;br /&gt;</w:t>
        <w:br/>
        <w:t>А в другу неділю&lt;br /&gt;</w:t>
        <w:br/>
        <w:t>Вже й рушники Катерина&lt;br /&gt;</w:t>
        <w:br/>
        <w:t>З кедрової скрині&lt;br /&gt;</w:t>
        <w:br/>
        <w:t>Подавали — кращий Марку...&lt;br /&gt;</w:t>
        <w:br/>
        <w:t>А сама аж гине,&lt;br /&gt;</w:t>
        <w:br/>
        <w:t>Що погляне на легіня!&lt;br /&gt;</w:t>
        <w:br/>
        <w:t>Да легінь не конче&lt;br /&gt;</w:t>
        <w:br/>
        <w:t>Нев журиться. Сидить собі&lt;br /&gt;</w:t>
        <w:br/>
        <w:t>Веселий, як сонце,&lt;br /&gt;</w:t>
        <w:br/>
        <w:t>Та з газдами розмовляє,&lt;br /&gt;</w:t>
        <w:br/>
        <w:t>Торги якісь ладить.&lt;br /&gt;</w:t>
        <w:br/>
        <w:t>А Орлиха (се би теща)&lt;br /&gt;</w:t>
        <w:br/>
        <w:t>Така уже рада,&lt;br /&gt;</w:t>
        <w:br/>
        <w:t>Що аж гуля! "От господар!&lt;br /&gt;</w:t>
        <w:br/>
        <w:t>Значно, що господар".&lt;br /&gt;</w:t>
        <w:br/>
        <w:t>Соколиха собі рада,&lt;br /&gt;</w:t>
        <w:br/>
        <w:t>Що з багатим родом&lt;br /&gt;</w:t>
        <w:br/>
        <w:t>Посвахалась. Лиш Катруся&lt;br /&gt;</w:t>
        <w:br/>
        <w:t>Думає-гадає,&lt;br /&gt;</w:t>
        <w:br/>
        <w:t>Як то вона жити буде!&lt;br /&gt;</w:t>
        <w:br/>
        <w:t>Чому ж не займає&lt;br /&gt;</w:t>
        <w:br/>
        <w:t>Той царевич мальований?..&lt;br /&gt;</w:t>
        <w:br/>
        <w:t>І сльози линули.&lt;br /&gt;</w:t>
        <w:br/>
        <w:t>А Орлиха: — Що ти робиш?&lt;br /&gt;</w:t>
        <w:br/>
        <w:t>Щоб я і не чула&lt;br /&gt;</w:t>
        <w:br/>
        <w:t>Твоїх плачів! Він — господар:&lt;br /&gt;</w:t>
        <w:br/>
        <w:t>Єму інше діло,&lt;br /&gt;</w:t>
        <w:br/>
        <w:t>Моя доню, у голові,&lt;br /&gt;</w:t>
        <w:br/>
        <w:t>Як за ручку білу&lt;br /&gt;</w:t>
        <w:br/>
        <w:t>Істискати. Утрись, дочко!..</w:t>
      </w:r>
    </w:p>
    <w:p>
      <w:r>
        <w:br/>
        <w:t>Отакі-то люди:&lt;br /&gt;</w:t>
        <w:br/>
        <w:t>Вони судять — як нас видять,&lt;br /&gt;</w:t>
        <w:br/>
        <w:t>Не заздрівши в груди,&lt;br /&gt;</w:t>
        <w:br/>
        <w:t>Чим то серце потайливе&lt;br /&gt;</w:t>
        <w:br/>
        <w:t>У нас нишком грає!..&lt;br /&gt;</w:t>
        <w:br/>
        <w:t>А що Марко мій розумний&lt;br /&gt;</w:t>
        <w:br/>
        <w:t>За столом гадає?&lt;br /&gt;</w:t>
        <w:br/>
        <w:t>Нехороше він гадає:&lt;br /&gt;</w:t>
        <w:br/>
        <w:t>Серце одурити,&lt;br /&gt;</w:t>
        <w:br/>
        <w:t>Свіже серденько дівоче.&lt;br /&gt;</w:t>
        <w:br/>
        <w:t>Неситий, неситий,&lt;br /&gt;</w:t>
        <w:br/>
        <w:t>Нерозумний мій легіню!&lt;br /&gt;</w:t>
        <w:br/>
        <w:t>Ти, друже, не знаєш,&lt;br /&gt;</w:t>
        <w:br/>
        <w:t>Що то серце хоть маленьке,&lt;br /&gt;</w:t>
        <w:br/>
        <w:t>А світ підбиває —&lt;br /&gt;</w:t>
        <w:br/>
        <w:t>Цілий цей світ незмірений...&lt;br /&gt;</w:t>
        <w:br/>
        <w:t>Така божа воля!&lt;br /&gt;</w:t>
        <w:br/>
        <w:t>Не бо — серце орудує&lt;br /&gt;</w:t>
        <w:br/>
        <w:t>Усев наша долев.&lt;br /&gt;</w:t>
        <w:br/>
        <w:t>А де розум хоче вершить —&lt;br /&gt;</w:t>
        <w:br/>
        <w:t>Пропав-єсь навіки!..&lt;br /&gt;</w:t>
        <w:br/>
        <w:t>Серце першим, серце старшим&lt;br /&gt;</w:t>
        <w:br/>
        <w:t>Паном чоловіка!</w:t>
      </w:r>
    </w:p>
    <w:p>
      <w:r>
        <w:br/>
        <w:t>Уже зорі погасають,&lt;br /&gt;</w:t>
        <w:br/>
        <w:t>Ранок наступає,&lt;br /&gt;</w:t>
        <w:br/>
        <w:t>Устав Марко із-за стола,&lt;br /&gt;</w:t>
        <w:br/>
        <w:t>Домів ся збирає.&lt;br /&gt;</w:t>
        <w:br/>
        <w:t>— А що, мамо, хіба підем?&lt;br /&gt;</w:t>
        <w:br/>
        <w:t>— Посидь ще, соколе! —&lt;br /&gt;</w:t>
        <w:br/>
        <w:t>Просить теща. — Та я б сидів,&lt;br /&gt;</w:t>
        <w:br/>
        <w:t>Так робота в полі,&lt;br /&gt;</w:t>
        <w:br/>
        <w:t>Паніматко. Тепер весна!&lt;br /&gt;</w:t>
        <w:br/>
        <w:t>— Нічо, нічо, сину!&lt;br /&gt;</w:t>
        <w:br/>
        <w:t>Й я так люблю!.. От господар!&lt;br /&gt;</w:t>
        <w:br/>
        <w:t>Но де Катерина,&lt;br /&gt;</w:t>
        <w:br/>
        <w:t>Де вна ділась? — Лишіть, нене:&lt;br /&gt;</w:t>
        <w:br/>
        <w:t>Може, пішла спати,&lt;br /&gt;</w:t>
        <w:br/>
        <w:t>Протомилась — лишіть єї!&lt;br /&gt;</w:t>
        <w:br/>
        <w:t>— Золотий мій зятю!&lt;br /&gt;</w:t>
        <w:br/>
        <w:t>Як жалує свою рибку...&lt;br /&gt;</w:t>
        <w:br/>
        <w:t>Розумний — та й годі!&lt;br /&gt;</w:t>
        <w:br/>
        <w:t>Та як кажеш, мій соколе:&lt;br /&gt;</w:t>
        <w:br/>
        <w:t>Остає при згоді?&lt;br /&gt;</w:t>
        <w:br/>
        <w:t>На пречисту? — На пречисту.&lt;br /&gt;</w:t>
        <w:br/>
        <w:t>Що слово, то слово!&lt;br /&gt;</w:t>
        <w:br/>
        <w:t>— Нічо, синку! Добраніч же!&lt;br /&gt;</w:t>
        <w:br/>
        <w:t>— Ідіте здорові,&lt;br /&gt;</w:t>
        <w:br/>
        <w:t>Та й приходіть до нас зчаста,&lt;br /&gt;</w:t>
        <w:br/>
        <w:t>Аби обізнатись&lt;br /&gt;</w:t>
        <w:br/>
        <w:t>З Катрусечкою! Чи як кажеш?&lt;br /&gt;</w:t>
        <w:br/>
        <w:t>— За то вже не знаю,&lt;br /&gt;</w:t>
        <w:br/>
        <w:t>Паніматко: тепер весна —&lt;br /&gt;</w:t>
        <w:br/>
        <w:t>Чи нам часу стане!&lt;br /&gt;</w:t>
        <w:br/>
        <w:t>Да я буду приходити...&lt;br /&gt;</w:t>
        <w:br/>
        <w:t>Ходім!.. — Попрощались.&lt;br /&gt;</w:t>
        <w:br/>
        <w:t>Марко пішов. А Орлиха&lt;br /&gt;</w:t>
        <w:br/>
        <w:t>Гуля по господі&lt;br /&gt;</w:t>
        <w:br/>
        <w:t>Та аж свище, така рада:&lt;br /&gt;</w:t>
        <w:br/>
        <w:t>"Господар — та й годі!"</w:t>
      </w:r>
    </w:p>
    <w:p>
      <w:r>
        <w:br/>
        <w:t>І отакі часом люди&lt;br /&gt;</w:t>
        <w:br/>
        <w:t>Бувають на світі!&lt;br /&gt;</w:t>
        <w:br/>
        <w:t>У них срібло, у них злото,&lt;br /&gt;</w:t>
        <w:br/>
        <w:t>Усе, що ся світить,&lt;br /&gt;</w:t>
        <w:br/>
        <w:t>Як в тих дітей нерозумних, —&lt;br /&gt;</w:t>
        <w:br/>
        <w:t>А такі щасливі&lt;br /&gt;</w:t>
        <w:br/>
        <w:t>В широкому сему світі!&lt;br /&gt;</w:t>
        <w:br/>
        <w:t>Таки своє мливо&lt;br /&gt;</w:t>
        <w:br/>
        <w:t>Молотимуть, сіятимуть&lt;br /&gt;</w:t>
        <w:br/>
        <w:t>До самого гробу,&lt;br /&gt;</w:t>
        <w:br/>
        <w:t>А ще, може, і в гріб возьмуть!&lt;br /&gt;</w:t>
        <w:br/>
        <w:t>"Господар — та й годі!"&lt;br /&gt;</w:t>
        <w:br/>
        <w:t>Лиш та Катря безталанна&lt;br /&gt;</w:t>
        <w:br/>
        <w:t>Не ликує з мамов:&lt;br /&gt;</w:t>
        <w:br/>
        <w:t>Лежить собі у кімнаті,&lt;br /&gt;</w:t>
        <w:br/>
        <w:t>Умита сльозами.&lt;br /&gt;</w:t>
        <w:br/>
        <w:t>"Колись прийду... нема коли!.. —&lt;br /&gt;</w:t>
        <w:br/>
        <w:t>Він мене не любить!&lt;br /&gt;</w:t>
        <w:br/>
        <w:t>Боже, боже: себе й мене&lt;br /&gt;</w:t>
        <w:br/>
        <w:t>Він марно загубить!&lt;br /&gt;</w:t>
        <w:br/>
        <w:t>Так... не любить! — я виділа!..&lt;br /&gt;</w:t>
        <w:br/>
        <w:t>Чого ж бо я плачу,&lt;br /&gt;</w:t>
        <w:br/>
        <w:t>Коли ми ще ні вінчані?..&lt;br /&gt;</w:t>
        <w:br/>
        <w:t>О, єго побачить —&lt;br /&gt;</w:t>
        <w:br/>
        <w:t>Гірше шлюбу... що то шлюби!..&lt;br /&gt;</w:t>
        <w:br/>
        <w:t>Що буде, то й буде:&lt;br /&gt;</w:t>
        <w:br/>
        <w:t>Я без нього жить не можу!&lt;br /&gt;</w:t>
        <w:br/>
        <w:t>Чому ж він не любить?.."</w:t>
      </w:r>
    </w:p>
    <w:p>
      <w:r>
        <w:br/>
        <w:t>ІІІ&lt;br /&gt;</w:t>
        <w:br/>
        <w:t>Сяють зорі, місяць оре,&lt;br /&gt;</w:t>
        <w:br/>
        <w:t>Люди спочивають;&lt;br /&gt;</w:t>
        <w:br/>
        <w:t>Серед шатра циганського&lt;br /&gt;</w:t>
        <w:br/>
        <w:t>Вогник погоряє —&lt;br /&gt;</w:t>
        <w:br/>
        <w:t>То палахне, то потахне.&lt;br /&gt;</w:t>
        <w:br/>
        <w:t>А дівка-циганка&lt;br /&gt;</w:t>
        <w:br/>
        <w:t>Сидить собі підпершися:&lt;br /&gt;</w:t>
        <w:br/>
        <w:t>"А де ж гордий Марко,&lt;br /&gt;</w:t>
        <w:br/>
        <w:t>Що то личко не цілує&lt;br /&gt;</w:t>
        <w:br/>
        <w:t>Та ті чорні коси&lt;br /&gt;</w:t>
        <w:br/>
        <w:t>Не розплете, не грається,&lt;br /&gt;</w:t>
        <w:br/>
        <w:t>Як бувало досі? —&lt;br /&gt;</w:t>
        <w:br/>
        <w:t>Нема Марка: заручений!&lt;br /&gt;</w:t>
        <w:br/>
        <w:t>Десь у свої рибки&lt;br /&gt;</w:t>
        <w:br/>
        <w:t>Сю темную ніч ночує!.."&lt;br /&gt;</w:t>
        <w:br/>
        <w:t>І циганка швидко&lt;br /&gt;</w:t>
        <w:br/>
        <w:t>Втерла сльози, бо хтось іде!&lt;br /&gt;</w:t>
        <w:br/>
        <w:t>Хіба кучерявий&lt;br /&gt;</w:t>
        <w:br/>
        <w:t>Єї Марко?.. Ні, не Марко,&lt;br /&gt;</w:t>
        <w:br/>
        <w:t>Не доля кохана!..</w:t>
      </w:r>
    </w:p>
    <w:p>
      <w:r>
        <w:br/>
        <w:t>— Чи спиш, душко-циганочко?&lt;br /&gt;</w:t>
        <w:br/>
        <w:t>Втвори, сизокрила!&lt;br /&gt;</w:t>
        <w:br/>
        <w:t>Побила мня на сім світі&lt;br /&gt;</w:t>
        <w:br/>
        <w:t>Лихая година&lt;br /&gt;</w:t>
        <w:br/>
        <w:t>Та нещасна! — А ти ж відки?&lt;br /&gt;</w:t>
        <w:br/>
        <w:t>— Та я з-за Кедриня.&lt;br /&gt;</w:t>
        <w:br/>
        <w:t>— Там, де вдова Соколиха&lt;br /&gt;</w:t>
        <w:br/>
        <w:t>Посватала сина&lt;br /&gt;</w:t>
        <w:br/>
        <w:t>З багачкою? — Се я ж сама!&lt;br /&gt;</w:t>
        <w:br/>
        <w:t>Сама я, голубко!..&lt;br /&gt;</w:t>
        <w:br/>
        <w:t>А він мене не кохає,&lt;br /&gt;</w:t>
        <w:br/>
        <w:t>Він мене не любить,&lt;br /&gt;</w:t>
        <w:br/>
        <w:t>Він мене не любить, сиза, —&lt;br /&gt;</w:t>
        <w:br/>
        <w:t>Я се добре знаю!&lt;br /&gt;</w:t>
        <w:br/>
        <w:t>А я єго вірне люб'ю;&lt;br /&gt;</w:t>
        <w:br/>
        <w:t>Гину, пропадаю&lt;br /&gt;</w:t>
        <w:br/>
        <w:t>За невірним!.. Боже, боже!&lt;br /&gt;</w:t>
        <w:br/>
        <w:t>О боже наш, боже!&lt;br /&gt;</w:t>
        <w:br/>
        <w:t>Ти ж сам знаєш, що без нього&lt;br /&gt;</w:t>
        <w:br/>
        <w:t>Я жити не можу...&lt;br /&gt;</w:t>
        <w:br/>
        <w:t>Ні, не можу я так жити!..&lt;br /&gt;</w:t>
        <w:br/>
        <w:t>Чому ж він не любить?&lt;br /&gt;</w:t>
        <w:br/>
        <w:t>Чи я в світі не хороша,&lt;br /&gt;</w:t>
        <w:br/>
        <w:t>Чи чув серед люди&lt;br /&gt;</w:t>
        <w:br/>
        <w:t>Недобрую яку славу?..&lt;br /&gt;</w:t>
        <w:br/>
        <w:t>Ні, моя ти зоре:&lt;br /&gt;</w:t>
        <w:br/>
        <w:t>Я не хочу, щоб він любив,&lt;br /&gt;</w:t>
        <w:br/>
        <w:t>Лиш най заговорить&lt;br /&gt;</w:t>
        <w:br/>
        <w:t>Яке слово довподоби!&lt;br /&gt;</w:t>
        <w:br/>
        <w:t>Лиш най хоть подурить,&lt;br /&gt;</w:t>
        <w:br/>
        <w:t>Що мня любить, — я повірю!..&lt;br /&gt;</w:t>
        <w:br/>
        <w:t>Чо ж ти так похмуро&lt;br /&gt;</w:t>
        <w:br/>
        <w:t>Подивилася на мене?&lt;br /&gt;</w:t>
        <w:br/>
        <w:t>Може, й ти любила?&lt;br /&gt;</w:t>
        <w:br/>
        <w:t>Тож вір мені, моя пташко,&lt;br /&gt;</w:t>
        <w:br/>
        <w:t>Повір, сизокрила,&lt;br /&gt;</w:t>
        <w:br/>
        <w:t>Як то болить!.. Може, тебе&lt;br /&gt;</w:t>
        <w:br/>
        <w:t>Отак не боліло?..&lt;br /&gt;</w:t>
        <w:br/>
        <w:t>Циганочко! Циганочко,&lt;br /&gt;</w:t>
        <w:br/>
        <w:t>Ти не знаєш зілля,&lt;br /&gt;</w:t>
        <w:br/>
        <w:t>Щоб він любив мене одну?&lt;br /&gt;</w:t>
        <w:br/>
        <w:t>Що хочеш, даю ти,&lt;br /&gt;</w:t>
        <w:br/>
        <w:t>Лиш зроби так, аби любив!..&lt;br /&gt;</w:t>
        <w:br/>
        <w:t>Або дай отрути&lt;br /&gt;</w:t>
        <w:br/>
        <w:t>Напитися, нехай гину!&lt;br /&gt;</w:t>
        <w:br/>
        <w:t>Я не можу жити!..&lt;br /&gt;</w:t>
        <w:br/>
        <w:t>— Цить, сердечко, цить, рибочко!&lt;br /&gt;</w:t>
        <w:br/>
        <w:t>Щось будем робити,&lt;br /&gt;</w:t>
        <w:br/>
        <w:t>Аби єго приборкати!&lt;br /&gt;</w:t>
        <w:br/>
        <w:t>І я таке знаю...&lt;br /&gt;</w:t>
        <w:br/>
        <w:t>Я ще гірше в світі знаю...&lt;br /&gt;</w:t>
        <w:br/>
        <w:t>Не те "не кохає", —&lt;br /&gt;</w:t>
        <w:br/>
        <w:t>А кохає та покине!..&lt;br /&gt;</w:t>
        <w:br/>
        <w:t>О, моя ти зоре, —&lt;br /&gt;</w:t>
        <w:br/>
        <w:t>Ти ще цего не зазнала...&lt;br /&gt;</w:t>
        <w:br/>
        <w:t>Да щоб і ніколи&lt;br /&gt;</w:t>
        <w:br/>
        <w:t>Не зазнала цего горя!&lt;br /&gt;</w:t>
        <w:br/>
        <w:t>А я його знаю!..&lt;br /&gt;</w:t>
        <w:br/>
        <w:t>Минулося... Коли хочеш,&lt;br /&gt;</w:t>
        <w:br/>
        <w:t>Я тебе нараю.&lt;br /&gt;</w:t>
        <w:br/>
        <w:t>Ось на тобі цю плящинку:&lt;br /&gt;</w:t>
        <w:br/>
        <w:t>Дай це у напою&lt;br /&gt;</w:t>
        <w:br/>
        <w:t>Єму випить по шлюбові —&lt;br /&gt;</w:t>
        <w:br/>
        <w:t>Відразу загоїть&lt;br /&gt;</w:t>
        <w:br/>
        <w:t>Твоє горе, моя зоре...&lt;br /&gt;</w:t>
        <w:br/>
        <w:t>Полюбить відразу!&lt;br /&gt;</w:t>
        <w:br/>
        <w:t>Та не забудь, моя пташко,&lt;br /&gt;</w:t>
        <w:br/>
        <w:t>Що це тобі кажу:&lt;br /&gt;</w:t>
        <w:br/>
        <w:t>По шлюбові — у напитку!..&lt;br /&gt;</w:t>
        <w:br/>
        <w:t>— Нічо, моя кришко! —&lt;br /&gt;</w:t>
        <w:br/>
        <w:t>Заплатила, вийшла з шатра,&lt;br /&gt;</w:t>
        <w:br/>
        <w:t>А циганка нишком&lt;br /&gt;</w:t>
        <w:br/>
        <w:t>Засміялась — аж зайшлася!&lt;br /&gt;</w:t>
        <w:br/>
        <w:t>І гарячі сльози&lt;br /&gt;</w:t>
        <w:br/>
        <w:t>Посипались з очей чорних&lt;br /&gt;</w:t>
        <w:br/>
        <w:t>"Боже, боже, боже...&lt;br /&gt;</w:t>
        <w:br/>
        <w:t>Боже, боже!.." Як стояла,&lt;br /&gt;</w:t>
        <w:br/>
        <w:t>Так упала в спузу!..&lt;br /&gt;</w:t>
        <w:br/>
        <w:t>А Катруся, вертаючи&lt;br /&gt;</w:t>
        <w:br/>
        <w:t>По зеленім лузі,&lt;br /&gt;</w:t>
        <w:br/>
        <w:t>Чобана си виспівує:&lt;br /&gt;</w:t>
        <w:br/>
        <w:t>"Ой у полі, у гаю&lt;br /&gt;</w:t>
        <w:br/>
        <w:t>Чобан хлопців корняє:&lt;br /&gt;</w:t>
        <w:br/>
        <w:t>— Гей ви, хлопці, молодці,&lt;br /&gt;</w:t>
        <w:br/>
        <w:t>Скажіть моїй дівочці,&lt;br /&gt;</w:t>
        <w:br/>
        <w:t>Нехай мене не любить,&lt;br /&gt;</w:t>
        <w:br/>
        <w:t>Марно літа не губить! —&lt;br /&gt;</w:t>
        <w:br/>
        <w:t>А дівчина учула —&lt;br /&gt;</w:t>
        <w:br/>
        <w:t>До ворожки майнула?&lt;br /&gt;</w:t>
        <w:br/>
        <w:t>— Що, бабусю, робити?&lt;br /&gt;</w:t>
        <w:br/>
        <w:t>Лишив чобан любити!&lt;br /&gt;</w:t>
        <w:br/>
        <w:t>— Ой на, доню, коріня&lt;br /&gt;</w:t>
        <w:br/>
        <w:t>З-під білого каміня&lt;br /&gt;</w:t>
        <w:br/>
        <w:t>Та звари го у пиві&lt;br /&gt;</w:t>
        <w:br/>
        <w:t>Всему світу на диво! —&lt;br /&gt;</w:t>
        <w:br/>
        <w:t>Став ся корінь варити —&lt;br /&gt;</w:t>
        <w:br/>
        <w:t>Став ся чобан журити;&lt;br /&gt;</w:t>
        <w:br/>
        <w:t>А ще корінь не вкипів —&lt;br /&gt;</w:t>
        <w:br/>
        <w:t>А вже чобан прилетів&lt;br /&gt;</w:t>
        <w:br/>
        <w:t>До дівчини-душки&lt;br /&gt;</w:t>
        <w:br/>
        <w:t>У білі подушки!"</w:t>
      </w:r>
    </w:p>
    <w:p>
      <w:r>
        <w:br/>
        <w:t>ІV&lt;br /&gt;</w:t>
        <w:br/>
        <w:t>Після пречистої в неділю&lt;br /&gt;</w:t>
        <w:br/>
        <w:t>Да після першої зляг мир:&lt;br /&gt;</w:t>
        <w:br/>
        <w:t>У Орлихи-вдови весілля!&lt;br /&gt;</w:t>
        <w:br/>
        <w:t>Сутки, гостинець, хата, двір —&lt;br /&gt;</w:t>
        <w:br/>
        <w:t>Набито народу, аж гнеться!&lt;br /&gt;</w:t>
        <w:br/>
        <w:t>А у мальованій світлиці&lt;br /&gt;</w:t>
        <w:br/>
        <w:t>Позолочена молода&lt;br /&gt;</w:t>
        <w:br/>
        <w:t>Поза кедровими столами&lt;br /&gt;</w:t>
        <w:br/>
        <w:t>Сидить собі між дружечками,&lt;br /&gt;</w:t>
        <w:br/>
        <w:t>Як тая тихая вода, —&lt;br /&gt;</w:t>
        <w:br/>
        <w:t>Гордого князя дожидає.&lt;br /&gt;</w:t>
        <w:br/>
        <w:t>А тут нараз як не заграють&lt;br /&gt;</w:t>
        <w:br/>
        <w:t>Єго музики в воротах!&lt;br /&gt;</w:t>
        <w:br/>
        <w:t>І молодий, як райський птах,&lt;br /&gt;</w:t>
        <w:br/>
        <w:t>Своїм буланим в сріблі-злоті&lt;br /&gt;</w:t>
        <w:br/>
        <w:t>Перелетів нові ворота —&lt;br /&gt;</w:t>
        <w:br/>
        <w:t>Боярів півсотця за ним!&lt;br /&gt;</w:t>
        <w:br/>
        <w:t>Стрільба гукнула, звівся дим,&lt;br /&gt;</w:t>
        <w:br/>
        <w:t>А доки браття не успіли, —&lt;br /&gt;</w:t>
        <w:br/>
        <w:t>Уже й в світлицю улетіли.&lt;br /&gt;</w:t>
        <w:br/>
        <w:t>І молодий, як той сокіл,&lt;br /&gt;</w:t>
        <w:br/>
        <w:t>Коло Катрусечки вже й сів&lt;br /&gt;</w:t>
        <w:br/>
        <w:t>Та й цмок! — в личко тото рожеве.&lt;br /&gt;</w:t>
        <w:br/>
        <w:t>А сам охіч, а сам веселий,&lt;br /&gt;</w:t>
        <w:br/>
        <w:t>Аж сам дивується!&lt;br /&gt;</w:t>
        <w:br/>
        <w:t>— Брати!&lt;br /&gt;</w:t>
        <w:br/>
        <w:t>А много прийде заплатить&lt;br /&gt;</w:t>
        <w:br/>
        <w:t>Вам за сестру, мою царицю?&lt;br /&gt;</w:t>
        <w:br/>
        <w:t>— По келепу, по порошницях! —&lt;br /&gt;</w:t>
        <w:br/>
        <w:t>Крикнули браття.&lt;br /&gt;</w:t>
        <w:br/>
        <w:t>— Прибивай!&lt;br /&gt;</w:t>
        <w:br/>
        <w:t>— Ні, не б'ємо ще! Ще додай&lt;br /&gt;</w:t>
        <w:br/>
        <w:t>Двісті червінців!&lt;br /&gt;</w:t>
        <w:br/>
        <w:t>— Триста буде!..&lt;br /&gt;</w:t>
        <w:br/>
        <w:t>А вна, як той листок, на груди&lt;br /&gt;</w:t>
        <w:br/>
        <w:t>Єму і впала...&lt;br /&gt;</w:t>
        <w:br/>
        <w:t>— Марку мій!&lt;br /&gt;</w:t>
        <w:br/>
        <w:t>Марку — життя моє єдине!&lt;br /&gt;</w:t>
        <w:br/>
        <w:t>Що я наплакалась... і нині...&lt;br /&gt;</w:t>
        <w:br/>
        <w:t>Я думала... О, друже мій,&lt;br /&gt;</w:t>
        <w:br/>
        <w:t>Прости мені — я вже не буду!..&lt;br /&gt;</w:t>
        <w:br/>
        <w:t>Марку, о Марку! — ти вже любиш,&lt;br /&gt;</w:t>
        <w:br/>
        <w:t>Ти любиш вже мене?.. А я,&lt;br /&gt;</w:t>
        <w:br/>
        <w:t>Я думала, що ти не любиш! —&lt;br /&gt;</w:t>
        <w:br/>
        <w:t>І знов прилипла му на груди. —&lt;br /&gt;</w:t>
        <w:br/>
        <w:t>О, доле щасная моя!</w:t>
      </w:r>
    </w:p>
    <w:p>
      <w:r>
        <w:br/>
        <w:t>Боже ти мій, раю ти мій!&lt;br /&gt;</w:t>
        <w:br/>
        <w:t>Я з щастя загину!..&lt;br /&gt;</w:t>
        <w:br/>
        <w:t>Марочку мій, життя моє!&lt;br /&gt;</w:t>
        <w:br/>
        <w:t>Ану, мій ти милий, —&lt;br /&gt;</w:t>
        <w:br/>
        <w:t>Сього мідку солодкого,&lt;br /&gt;</w:t>
        <w:br/>
        <w:t>Що я наточила!&lt;br /&gt;</w:t>
        <w:br/>
        <w:t>— Для чого б ні, серце моє?&lt;br /&gt;</w:t>
        <w:br/>
        <w:t>Здоров, моя мила!&lt;br /&gt;</w:t>
        <w:br/>
        <w:t>Здоров, серце! Будем жити&lt;br /&gt;</w:t>
        <w:br/>
        <w:t>Вовік без розлуки!&lt;br /&gt;</w:t>
        <w:br/>
        <w:t>Я вже забув давну... пиху.&lt;br /&gt;</w:t>
        <w:br/>
        <w:t>Дай, сердечко, руку,&lt;br /&gt;</w:t>
        <w:br/>
        <w:t>Ще й ті губки... Здоров, мила!&lt;br /&gt;</w:t>
        <w:br/>
        <w:t>На наше кохання!..&lt;br /&gt;</w:t>
        <w:br/>
        <w:t>Видиш, рибко, як я випив?&lt;br /&gt;</w:t>
        <w:br/>
        <w:t>Ні каплі не стало&lt;br /&gt;</w:t>
        <w:br/>
        <w:t>У пугарі! Який добрий!..&lt;br /&gt;</w:t>
        <w:br/>
        <w:t>Щоб наші прибутки&lt;br /&gt;</w:t>
        <w:br/>
        <w:t>Такі добрі та солодкі...&lt;br /&gt;</w:t>
        <w:br/>
        <w:t>— Нене, де ви?.. Люди!&lt;br /&gt;</w:t>
        <w:br/>
        <w:t>Як посинів!.. Марку, що ти!?&lt;br /&gt;</w:t>
        <w:br/>
        <w:t>— Рятуй, душко, — гину!&lt;br /&gt;</w:t>
        <w:br/>
        <w:t>Ох, як пече у сердечка!..&lt;br /&gt;</w:t>
        <w:br/>
        <w:t>Як гарячов шинов,&lt;br /&gt;</w:t>
        <w:br/>
        <w:t>Жже, душко, мя!!! — Умер, умер!&lt;br /&gt;</w:t>
        <w:br/>
        <w:t>Марку, за що?.. Марку!..&lt;br /&gt;</w:t>
        <w:br/>
        <w:t>Під вікном хтось зареготавсь:&lt;br /&gt;</w:t>
        <w:br/>
        <w:t>— За бідну циганку!..</w:t>
      </w:r>
    </w:p>
    <w:p>
      <w:r>
        <w:br/>
        <w:t>Кохайтеся, пани-браття,&lt;br /&gt;</w:t>
        <w:br/>
        <w:t>З ким серденьку воля,&lt;br /&gt;</w:t>
        <w:br/>
        <w:t>Лиш з циганков не кохайтесь,&lt;br /&gt;</w:t>
        <w:br/>
        <w:t>Єдині, ніколи!&lt;br /&gt;</w:t>
        <w:br/>
        <w:t>Бо циганка вміє кохать,&lt;br /&gt;</w:t>
        <w:br/>
        <w:t>А впинить не вміє.&lt;br /&gt;</w:t>
        <w:br/>
        <w:t>У ній серце — не то сонце,&lt;br /&gt;</w:t>
        <w:br/>
        <w:t>Що навесні гріє,&lt;br /&gt;</w:t>
        <w:br/>
        <w:t>А залізо, в грані гріте —&lt;br /&gt;</w:t>
        <w:br/>
        <w:t>Спече тя, небоже!&lt;br /&gt;</w:t>
        <w:br/>
        <w:t>Може, думаш підсунуться? —&lt;br /&gt;</w:t>
        <w:br/>
        <w:t>Не можеш, не можеш!..&lt;br /&gt;</w:t>
        <w:br/>
        <w:t>Як до шини гарячої&lt;br /&gt;</w:t>
        <w:br/>
        <w:t>Прикипиш — загинеш...&lt;br /&gt;</w:t>
        <w:br/>
        <w:t>Браття мої войськовії,&lt;br /&gt;</w:t>
        <w:br/>
        <w:t>Братикі єдині.</w:t>
      </w:r>
    </w:p>
    <w:p>
      <w:r>
        <w:br/>
        <w:t>ЕПІЛОГ&lt;br /&gt;</w:t>
        <w:br/>
        <w:t>Зеленіє на цвинтарі&lt;br /&gt;</w:t>
        <w:br/>
        <w:t>Висока могила, —&lt;br /&gt;</w:t>
        <w:br/>
        <w:t>А кого в ню поховали,&lt;br /&gt;</w:t>
        <w:br/>
        <w:t>Кого вна покрила?&lt;br /&gt;</w:t>
        <w:br/>
        <w:t>Препишного того Марка! —&lt;br /&gt;</w:t>
        <w:br/>
        <w:t>Така його доля.&lt;br /&gt;</w:t>
        <w:br/>
        <w:t>А та моя Катрусечка,&lt;br /&gt;</w:t>
        <w:br/>
        <w:t>Та моя небога,&lt;br /&gt;</w:t>
        <w:br/>
        <w:t>Тото дитя безталанне&lt;br /&gt;</w:t>
        <w:br/>
        <w:t>З чаркою ся грає!&lt;br /&gt;</w:t>
        <w:br/>
        <w:t>— А так, мамо, що він любить?&lt;br /&gt;</w:t>
        <w:br/>
        <w:t>Він мене кохає,&lt;br /&gt;</w:t>
        <w:br/>
        <w:t>Мій Марочко. О, він любить!..&lt;br /&gt;</w:t>
        <w:br/>
        <w:t>Внесіть мені меду.&lt;br /&gt;</w:t>
        <w:br/>
        <w:t>Внесіть, внесіть!.. — Нащо, доню?&lt;br /&gt;</w:t>
        <w:br/>
        <w:t>— Внесіть, мені треба,&lt;br /&gt;</w:t>
        <w:br/>
        <w:t>Циганочка так казала!&lt;br /&gt;</w:t>
        <w:br/>
        <w:t>Я його напою —&lt;br /&gt;</w:t>
        <w:br/>
        <w:t>Він полюбить мене, мамо,&lt;br /&gt;</w:t>
        <w:br/>
        <w:t>Все лихо загоїть!&lt;br /&gt;</w:t>
        <w:br/>
        <w:t>А так, мамо, — він полюбить?..&lt;br /&gt;</w:t>
        <w:br/>
        <w:t>О, він мня кохає!..</w:t>
      </w:r>
    </w:p>
    <w:p>
      <w:r>
        <w:br/>
        <w:t>А під пишнов жеребинов&lt;br /&gt;</w:t>
        <w:br/>
        <w:t>В зеленому гаю&lt;br /&gt;</w:t>
        <w:br/>
        <w:t>Сидить собі циганочка,&lt;br /&gt;</w:t>
        <w:br/>
        <w:t>Плете чорні коси;&lt;br /&gt;</w:t>
        <w:br/>
        <w:t>То засмієсь, то зайдеться,&lt;br /&gt;</w:t>
        <w:br/>
        <w:t>То знов заголосить:&lt;br /&gt;</w:t>
        <w:br/>
        <w:t>"Жже, душко, мя!" — "Умер, умер!&lt;br /&gt;</w:t>
        <w:br/>
        <w:t>Марку, за що?.. Марку!"&lt;br /&gt;</w:t>
        <w:br/>
        <w:t>А під стінов засміялось:&lt;br /&gt;</w:t>
        <w:br/>
        <w:t>"За бідну циганку!"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Циганка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