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Ця стежка – без щасливого кінця...</w:t>
      </w:r>
    </w:p>
    <w:p>
      <w:r>
        <w:br/>
        <w:t xml:space="preserve"> ,&lt;br /&gt;</w:t>
        <w:br/>
        <w:t>Так швидко тоне в натиску отав,&lt;br /&gt;</w:t>
        <w:br/>
        <w:t>Забулося ім’я того співця,&lt;br /&gt;</w:t>
        <w:br/>
        <w:t>Який її уперше протоптав.</w:t>
      </w:r>
    </w:p>
    <w:p>
      <w:r>
        <w:br/>
        <w:t>По ній ніхто вже більше не спішить,&lt;br /&gt;</w:t>
        <w:br/>
        <w:t>Там урвища, там звори. І ніхто&lt;br /&gt;</w:t>
        <w:br/>
        <w:t>Не прагне утрапляти ні на мить&lt;br /&gt;</w:t>
        <w:br/>
        <w:t>В її гулке камінне решето.</w:t>
      </w:r>
    </w:p>
    <w:p>
      <w:r>
        <w:br/>
        <w:t>Стежина заростає, запада.&lt;br /&gt;</w:t>
        <w:br/>
        <w:t>Новітні пілігрими обминуть…&lt;br /&gt;</w:t>
        <w:br/>
        <w:t>У них така упевнена хода,&lt;br /&gt;</w:t>
        <w:br/>
        <w:t>І зорями розцвічено їх путь.</w:t>
      </w:r>
    </w:p>
    <w:p>
      <w:r>
        <w:br/>
        <w:t>Пощо їм туга непрохідних хащ?&lt;br /&gt;</w:t>
        <w:br/>
        <w:t>Сі кам’яні невидимі пастки?&lt;br /&gt;</w:t>
        <w:br/>
        <w:t>Наскрізний холод розпачу, невдач,&lt;br /&gt;</w:t>
        <w:br/>
        <w:t>Прохід над темним урвищем хисткий,</w:t>
      </w:r>
    </w:p>
    <w:p>
      <w:r>
        <w:br/>
        <w:t>Вітри, що налітають зусібіч,&lt;br /&gt;</w:t>
        <w:br/>
        <w:t>Далекий зойк забутої луни,&lt;br /&gt;</w:t>
        <w:br/>
        <w:t>Та ще туман одвічних протиріч,&lt;br /&gt;</w:t>
        <w:br/>
        <w:t>Розкладений на звуки і тони?</w:t>
      </w:r>
    </w:p>
    <w:p>
      <w:r>
        <w:br/>
        <w:t>Мандрівка… Так. По лезу, по струні…&lt;br /&gt;</w:t>
        <w:br/>
        <w:t>Це як пробіг по тонкому льоду —&lt;br /&gt;</w:t>
        <w:br/>
        <w:t>Вершини, що береш в самотині,&lt;br /&gt;</w:t>
        <w:br/>
        <w:t>Переповзаєш мовчки крізь гряду.</w:t>
      </w:r>
    </w:p>
    <w:p>
      <w:r>
        <w:br/>
        <w:t>І тільки може… якось… занесе&lt;br /&gt;</w:t>
        <w:br/>
        <w:t>За хвильку, на один єдиний крок…&lt;br /&gt;</w:t>
        <w:br/>
        <w:t>І ти почуєш зойк нових пісень,&lt;br /&gt;</w:t>
        <w:br/>
        <w:t>І шерхіт ще не знайдених стежок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Ця стежка – без щасливого кінця...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