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Цей проминальний світ, де ворогів і друзів...</w:t>
      </w:r>
    </w:p>
    <w:p>
      <w:r>
        <w:br/>
        <w:t xml:space="preserve"> Цей проминальний світ, де ворогів і друзів&lt;br /&gt;</w:t>
        <w:br/>
        <w:t>єднає часолет, єднає часоплин.&lt;br /&gt;</w:t>
        <w:br/>
        <w:t>Незчуєшся — аж ти вже на останнім прузі,&lt;br /&gt;</w:t>
        <w:br/>
        <w:t>ну а за ним, за ним — лише гіркий полин.</w:t>
      </w:r>
    </w:p>
    <w:p>
      <w:r>
        <w:br/>
        <w:t>Цей неповторний світ, де зненависть з любов'ю&lt;br /&gt;</w:t>
        <w:br/>
        <w:t>у спалаху життя переплелись навік,&lt;br /&gt;</w:t>
        <w:br/>
        <w:t>де поклик джерела і прагнення оновлень —&lt;br /&gt;</w:t>
        <w:br/>
        <w:t>як прихисток труни, як немовляти крик.</w:t>
      </w:r>
    </w:p>
    <w:p>
      <w:r>
        <w:br/>
        <w:t>Цей незникомий світ, жорстокий і ласкавий,&lt;br /&gt;</w:t>
        <w:br/>
        <w:t>котрий мене й тебе виґойдував і вчив,&lt;br /&gt;</w:t>
        <w:br/>
        <w:t>аби ніхто із нас не скис і не розкаявсь&lt;br /&gt;</w:t>
        <w:br/>
        <w:t>утому, що любив, ненавидів, грішив.</w:t>
      </w:r>
    </w:p>
    <w:p>
      <w:r>
        <w:br/>
        <w:t>Цей незабутній світ — із темряви і світла,&lt;br /&gt;</w:t>
        <w:br/>
        <w:t>із щастя і добра, із горя і біди,&lt;br /&gt;</w:t>
        <w:br/>
        <w:t>залишиться по нас, як прокурор і свідок&lt;br /&gt;</w:t>
        <w:br/>
        <w:t>людських химерних доль, що зникли назавжди.</w:t>
      </w:r>
    </w:p>
    <w:p>
      <w:r>
        <w:br/>
        <w:t>Цей несходимий світ, що хлюпає у вени&lt;br /&gt;</w:t>
        <w:br/>
        <w:t>прийдешніх поколінь прийдешньої доби...&lt;br /&gt;</w:t>
        <w:br/>
        <w:t>Хай що б там не було — він щедрим був для мене&lt;br /&gt;</w:t>
        <w:br/>
        <w:t>на радість і біду, на цей прощальний біль.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Цей проминальний світ, де ворогів і друзів...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