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розчавлені арфи — есенція ладану з мороком...</w:t>
      </w:r>
    </w:p>
    <w:p>
      <w:r>
        <w:br/>
        <w:t xml:space="preserve"> Пам'яті Любові Дручків</w:t>
      </w:r>
    </w:p>
    <w:p>
      <w:r>
        <w:br/>
        <w:t>це розчавлені арфи — есенція ладану з мороком&lt;br /&gt;</w:t>
        <w:br/>
        <w:t>де на лобі кайлом поцілунок воскресе&lt;br /&gt;</w:t>
        <w:br/>
        <w:t>заїжджають планети — одна за одною — по мокрому&lt;br /&gt;</w:t>
        <w:br/>
        <w:t>і зшиває їх мізкі сумний потойбічний професор</w:t>
      </w:r>
    </w:p>
    <w:p>
      <w:r>
        <w:br/>
        <w:t>це тікають в портрети огорнуті ковдрою прірви&lt;br /&gt;</w:t>
        <w:br/>
        <w:t>де на струнах завис побілілий шматок язика&lt;br /&gt;</w:t>
        <w:br/>
        <w:t>то Небесний Бухгалтер визбирує шкалки дзеркал&lt;br /&gt;</w:t>
        <w:br/>
        <w:t>і оранжеві френзлі на випуклих скронях обірве</w:t>
      </w:r>
    </w:p>
    <w:p>
      <w:r>
        <w:br/>
        <w:t>так кирпато живуть і так ніжно стікають по шиї&lt;br /&gt;</w:t>
        <w:br/>
        <w:t>так нап'ються води і раптово вертають назад&lt;br /&gt;</w:t>
        <w:br/>
        <w:t>тільки в камері смертників — довгій дубовій машині —&lt;br /&gt;</w:t>
        <w:br/>
        <w:t>виростає холодний сад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розчавлені арфи — есенція ладану з мороком...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