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є місто — мерехтіння вогнів</w:t>
      </w:r>
    </w:p>
    <w:p>
      <w:r>
        <w:br/>
        <w:t xml:space="preserve"> &lt;p&gt;Ольга Данилова, чорнява, з трохи рудим відблиском на кінцях волосся і болотистими зеленими очима, задрімала в глибокому темно-сірому шкіряному кріслі, думаючи про своє життя. Ще у шкільні роки Ольга захопилася роботою психолога, і в неповні двадцять три вже мала ліцензію і власну контору. Молода жінка допомогла знайти впевненість у собі багатьом людям, та, ще маловідома, не мала грошей на "розкрутку" і в деякі дні сиділа без діла.</w:t>
      </w:r>
    </w:p>
    <w:p>
      <w:r>
        <w:br/>
        <w:t>На місто почала опускатися тепла вереснева ніч, коли у двері постукали. Ольга мимоволі здригнулася від тихого, але наполегливого стуку.</w:t>
      </w:r>
    </w:p>
    <w:p>
      <w:r>
        <w:br/>
        <w:t>До кабінету увійшла дівчина. Чорний оксамитовий комбінезон огортав струнку постать і відтіняв небесні риси ніжного обличчя. По плечах відвідувачки розсипався хвіст довгого темно-русявого прямого волосся. Ольга дала б &amp;#970;й років вісімнадцять, але гострий сірий погляд гості підказував, що ця людина насправді старша.</w:t>
      </w:r>
    </w:p>
    <w:p>
      <w:r>
        <w:br/>
        <w:t>Відвідувачка лише мимохідь глянула на вщент заповнені книжками шафи, стіл під дуб, стільці біля вікна, крісло навпроти психолога. Сірий погляд ковзнув по паркетній підлозі і неяскравим стінам з невибагливими малюночками й усілякими рідкісними дрібничками.</w:t>
      </w:r>
    </w:p>
    <w:p>
      <w:r>
        <w:br/>
        <w:t>— Добро&amp;#970; ночі. Зайти дозволите?</w:t>
      </w:r>
    </w:p>
    <w:p>
      <w:r>
        <w:br/>
        <w:t>Ользі здалося, наче цей голос і посмішка вплелися в оздоблення кімнати, мов картину поставили в рамку принишклого світла і бурштиново-сірих шпалер. Господиня почувалася зараз у своєму кабінеті чужою, застібнутий на всі гудзики вишневий костюм здавив горло.</w:t>
      </w:r>
    </w:p>
    <w:p>
      <w:r>
        <w:br/>
        <w:t>— Прошу, — запізно, бо гостя вже вмостилася у м'якому кріслі. — Ваше ім'я?</w:t>
      </w:r>
    </w:p>
    <w:p>
      <w:r>
        <w:br/>
        <w:t>— Хіба ім'я має значення у вашій роботі? — лукаво відгукнулася дівчина. — Тетяна, Катерина, Есмеральда... Яка різниця? Та коли ви не можете без імені, називайте мене, скажімо... Світланою.</w:t>
      </w:r>
    </w:p>
    <w:p>
      <w:r>
        <w:br/>
        <w:t>— Добре, Світлано, — якомога привітніше погодилась Ольга.</w:t>
      </w:r>
    </w:p>
    <w:p>
      <w:r>
        <w:br/>
        <w:t>— Мені не потрібна допомога, — неначе вгадала Світлана &amp;#970;&amp;#970; думки. — Я просто бажаю, щоб ви мене вислухали і поділилися сво&amp;#970;ми враженнями стосовно того, що почуєте. І більш нічого.</w:t>
      </w:r>
    </w:p>
    <w:p>
      <w:r>
        <w:br/>
        <w:t>Ольга кивнула і старанно налаштувалася слухати, а Світлана склала руки, опустила ві&amp;#970;, ніби пригадуючи давно забуте.</w:t>
      </w:r>
    </w:p>
    <w:p>
      <w:r>
        <w:br/>
        <w:t>— Сьогодні я зустріла тінь моє&amp;#970; подруги, — глухо проказала гостя, — і вона не впізнала мене, хоча раніше ми були як сестри.</w:t>
      </w:r>
    </w:p>
    <w:p>
      <w:r>
        <w:br/>
        <w:t>У дитинстві, нам тоді виповнилося по дванадцять, ми з Ірою, так називали мою подругу, товаришували. Та ми не хизувалися нашою дружбою, спокушаючи силою нашого почуття багатьох дітей. І в цих дітях віддзеркалювалися наші уподобання, тому так легко згуртувалася компанія з власною ідеологією і внутрішніми законами, — &amp;#970;&amp;#970; очі блиснули й одразу згасли. — Головне, що ми вчили добру, відданості, щирості, будили бажання допомагати. Ще була в нас одна особливість — захоплення містикою.</w:t>
      </w:r>
    </w:p>
    <w:p>
      <w:r>
        <w:br/>
        <w:t>Тоді багато молоді кохалось у містичному серіалі "Полтергейст: Спадок", але тільки в нашому колі жили справжня любов до паранормального і жага таємних знань. І ми дійсно робили надзвичайні відкриття, розуміли таке, про що інші навіть не здогадувалися, тому нас боялися і шанували. Хоча ми того ще не усвідомлювали.</w:t>
      </w:r>
    </w:p>
    <w:p>
      <w:r>
        <w:br/>
        <w:t>Я та Іра були серцем компані&amp;#970;, керували молодшими чесно і справедливо, не п'яніючи від влади, яку діти віддали нам добровільно. І ми пам'ятали, що істина не десь поряд, а лише попереду. Лише попереду, — &amp;#970;&amp;#970; мова прискорилась, та гостя не нервувала, контролюючи почуття.</w:t>
      </w:r>
    </w:p>
    <w:p>
      <w:r>
        <w:br/>
        <w:t>— Один день означився надзвичайним успіхом: до наших рук потрапила книга. Дивна, цікава книга... Ми багато вечорів провели над нею. І самі не помітили, як почали бачити аури людей, енергетичні течі&amp;#970;, навчилися спілкуватися подумки.</w:t>
      </w:r>
    </w:p>
    <w:p>
      <w:r>
        <w:br/>
        <w:t>Та книга ця не збереглася. Ми заховали &amp;#970;&amp;#970; на згарищі, і одніє&amp;#970; ночі уламки споруди зайнялися знову, лишивши на ранок новий попіл. Але ми не засмутилися через втрату книги, бо вірили, що попереду на нас чекають інші, ще неймовірніші знання, і не базікали про сво&amp;#970; нові вміння.</w:t>
      </w:r>
    </w:p>
    <w:p>
      <w:r>
        <w:br/>
        <w:t>Світлана замовкла, і до кімнати увійшла напружена тиша.</w:t>
      </w:r>
    </w:p>
    <w:p>
      <w:r>
        <w:br/>
        <w:t>— Продовжуйте, я вас уважно слухаю, — схвильовано проказала Ольга.</w:t>
      </w:r>
    </w:p>
    <w:p>
      <w:r>
        <w:br/>
        <w:t>— Так, — ніби опам'ятавшись від сновидіння, мовила дівчина та повернулася до оповіді.</w:t>
      </w:r>
    </w:p>
    <w:p>
      <w:r>
        <w:br/>
        <w:t>— Здавалося, мовби те, що нас зв'язує, міцніше за граніт, а майбутнє зрозуміле і не сповнене пасток. Та ми помилилися... Дивні речі почали траплятися з нашими друзями: вони забували. Спочатку &amp;#970;хня пам'ять позбувалася таємних знань, чи то стираючи, чи то блокуючи через підсвідомість. Потім почали зникати спогади. І найдивніше те, що в першу чергу втрачалось усе, пов'язане з нашою компанією. Було навіть таке: на початку розмови людина ще пам'ятає, а через півгодини дивується, не розуміючи співрозмовника.</w:t>
      </w:r>
    </w:p>
    <w:p>
      <w:r>
        <w:br/>
        <w:t>Лише ми з Ірою ще трималися. Але невдовзі сталося дещо, і воно було початком кінця. Ми з подругою посварилися через дрібничку. Минула ніч, і вранці ми вже були ворогами, а всі дивувалися: що ж могло відбутися, щоб ми враз розійшлися.</w:t>
      </w:r>
    </w:p>
    <w:p>
      <w:r>
        <w:br/>
        <w:t>Я думаю, треба розповісти про сон, що наснився мені тіє&amp;#970; ночі. Я пам'ятаю, як подруга моя покликала мене до себе і при зустрічі запропонувала поставити підпис на якомусь аркуші з літерами місячного світла, та я відмовилась і розірвала пергамент.</w:t>
      </w:r>
    </w:p>
    <w:p>
      <w:r>
        <w:br/>
        <w:t>А вранці ми були змушені витримати довгу розмову. І хоча наші руки бажали поєднатися, порожнеча між нами залишалася безоднею. Потім присутні розповідали, як повітря тихо дзвеніло, коли ми мовчали, а наші погляди кидали багряні блискавки. І вона відвела очі, не витримавши мого погляду.</w:t>
      </w:r>
    </w:p>
    <w:p>
      <w:r>
        <w:br/>
        <w:t>Ми розлучилися надовго, та перш ніж я побачила &amp;#970;&amp;#970; тінь, доля звела нас іще раз.</w:t>
      </w:r>
    </w:p>
    <w:p>
      <w:r>
        <w:br/>
        <w:t>У кімнаті стало задушливо, мов перед громовицею. Ольга підняла жалюзі і відчинила вікно. Свіже повітря крижаною хвилею омило &amp;#970;&amp;#970; з голови до ніг. Таємничо миготіли вогні нічного міста.</w:t>
      </w:r>
    </w:p>
    <w:p>
      <w:r>
        <w:br/>
        <w:t>Сама не розуміючи чому, вона проспівала:</w:t>
      </w:r>
    </w:p>
    <w:p>
      <w:r>
        <w:br/>
        <w:t>Це є місто — мерехтіння вогнів,</w:t>
      </w:r>
    </w:p>
    <w:p>
      <w:r>
        <w:br/>
        <w:t>Відображень закатованих днів,</w:t>
      </w:r>
    </w:p>
    <w:p>
      <w:r>
        <w:br/>
        <w:t>І притулок для тьмяних тіней,</w:t>
      </w:r>
    </w:p>
    <w:p>
      <w:r>
        <w:br/>
        <w:t>Покалічених гарних ідей,</w:t>
      </w:r>
    </w:p>
    <w:p>
      <w:r>
        <w:br/>
        <w:t>— і швидко спитала: — Ви прихильниця гурту "The Road of Dark"?</w:t>
      </w:r>
    </w:p>
    <w:p>
      <w:r>
        <w:br/>
        <w:t>— Ні, та я пишу для них тексти, — відповіла Світлана і продовжила:</w:t>
      </w:r>
    </w:p>
    <w:p>
      <w:r>
        <w:br/>
        <w:t>Ляку, болю, нудьги, метушні.</w:t>
      </w:r>
    </w:p>
    <w:p>
      <w:r>
        <w:br/>
        <w:t>До молитви глухі і німі</w:t>
      </w:r>
    </w:p>
    <w:p>
      <w:r>
        <w:br/>
        <w:t>Порожнечі лихі володіння.</w:t>
      </w:r>
    </w:p>
    <w:p>
      <w:r>
        <w:br/>
        <w:t>Тут розтрощено всі сновидіння.</w:t>
      </w:r>
    </w:p>
    <w:p>
      <w:r>
        <w:br/>
        <w:t>— Ви? — Ольга швидко обернулася, не в змозі приховати здивування і захоплення. — Ви пишете для них тексти? Ви той таємничий автор, чи&amp;#970; пісні найпопулярнішого рок-гурту співають і молоді, і літні, та ваші композиці&amp;#970; рекордно довго тримаються на перших сходинках хіт-парадів? Надзвичайно! Але чому ви, така не схожа на прихильників року, співпрацюєте з "The Road of Dark"?</w:t>
      </w:r>
    </w:p>
    <w:p>
      <w:r>
        <w:br/>
        <w:t>— Може, я продовжу, — мовила Світлана.</w:t>
      </w:r>
    </w:p>
    <w:p>
      <w:r>
        <w:br/>
        <w:t>— Так, так, — підтримала &amp;#970;&amp;#970; психолог.</w:t>
      </w:r>
    </w:p>
    <w:p>
      <w:r>
        <w:br/>
        <w:t>— Того дня я сиділа на лаві біля під'&amp;#970;зду, знесилена, сповнена відчаєм. Я заплющила очі, бо сонячне світло збуджувало головний біль. Але навіть у такому стані я відчула &amp;#970;&amp;#970; присутність, бо зв'язок, створений книгою, зберігався усі ці роки.</w:t>
      </w:r>
    </w:p>
    <w:p>
      <w:r>
        <w:br/>
        <w:t>— "Іди, залиш мене, дай померти у споко&amp;#970;", — попросила я, впевнена, що помираю.</w:t>
      </w:r>
    </w:p>
    <w:p>
      <w:r>
        <w:br/>
        <w:t>Вона мовчала. Зусиллям волі я відкрила очі і побачила &amp;#970;&amp;#970; у супроводі трьох подружок, які з цікавістю &amp;#970;ли мене поглядами. І в мені прокинулась лють, яка повертала до життя. Я підвелася та всміхнулася.</w:t>
      </w:r>
    </w:p>
    <w:p>
      <w:r>
        <w:br/>
        <w:t>— "А ти не змінилася зовсім, — сказала я. — І коли доля дозволила нам зустрітися, хочу попередити тебе про небезпеку. У день нашо&amp;#970; сварки я бачила мить з твого майбутнього: твоє бліде обличчя з вервечкою крові на скроні на тлі зім'ятого крила автомобіля".</w:t>
      </w:r>
    </w:p>
    <w:p>
      <w:r>
        <w:br/>
        <w:t>— "Я не вірю тво&amp;#970;м фантазіям! — засміялася вона мені в обличчя. — Я вирвалася з полону містичного маразму!"</w:t>
      </w:r>
    </w:p>
    <w:p>
      <w:r>
        <w:br/>
        <w:t>— "Але навіть звільнившись із полону, ти не можеш перемогти мене!" — відбила я &amp;#970;&amp;#970; образу.</w:t>
      </w:r>
    </w:p>
    <w:p>
      <w:r>
        <w:br/>
        <w:t>Вона спалахнула, і ще раз схрестилися наші погляди, гостріші за леза. Знову повітря тихо дзвеніло, і знову вона опустила очі та пішла, схиливши чоло, а за нею поплентались &amp;#970;&amp;#970; подружки.</w:t>
      </w:r>
    </w:p>
    <w:p>
      <w:r>
        <w:br/>
        <w:t>Іра тоді вже не пам'ятала про книгу й уявлення не мала про дитячу компанію, що розвалилася після нашо&amp;#970; суперечки.</w:t>
      </w:r>
    </w:p>
    <w:p>
      <w:r>
        <w:br/>
        <w:t>— Ви таке велике значення надаєте своєму погляду, — сказала Ольга, яка досі намагалася пояснити розповідь звичними моделями поведінки, яким &amp;#970;&amp;#970; вчили в університеті.</w:t>
      </w:r>
    </w:p>
    <w:p>
      <w:r>
        <w:br/>
        <w:t>— А ви спробуйте виграти в мене, пані психолог, — всміхнулася Світлана.</w:t>
      </w:r>
    </w:p>
    <w:p>
      <w:r>
        <w:br/>
        <w:t>Не пройшло й двадцяти секунд, як психолог визнала поразку, підвелася і, щоб краще почуватись, увімкнула радіо.</w:t>
      </w:r>
    </w:p>
    <w:p>
      <w:r>
        <w:br/>
        <w:t>Сірі стіни у давніх будинків,</w:t>
      </w:r>
    </w:p>
    <w:p>
      <w:r>
        <w:br/>
        <w:t>І з-за рогу волання і крики.</w:t>
      </w:r>
    </w:p>
    <w:p>
      <w:r>
        <w:br/>
        <w:t>Арки чорні мостів над водою,</w:t>
      </w:r>
    </w:p>
    <w:p>
      <w:r>
        <w:br/>
        <w:t>Ніч вкриває міста пеленою, —</w:t>
      </w:r>
    </w:p>
    <w:p>
      <w:r>
        <w:br/>
        <w:t>заверещало з динаміків, й електрогітара вибухнула штормом акордів.</w:t>
      </w:r>
    </w:p>
    <w:p>
      <w:r>
        <w:br/>
        <w:t>Ольга вимкнула звук.</w:t>
      </w:r>
    </w:p>
    <w:p>
      <w:r>
        <w:br/>
        <w:t>— Ваші хіти повсякчас в ефірі , — трошки з заздрістю зауважила вона.</w:t>
      </w:r>
    </w:p>
    <w:p>
      <w:r>
        <w:br/>
        <w:t>— Я не відповіла на ваше запитання, чому маю справу з "The Road of Dark", — спостерігаючи за психологом, нагадала Світлана. — А відповідь дуже проста: вони ще не перетворилися на тьмяні тіні, як багато хто у цьому місті. І, випереджаючи ваше наступне питання, додам, що мо&amp;#970; пісні подобаються навіть безлицим людям, бо в &amp;#970;хніх ритмах є віддзеркалення істини. А будь-яка людина, ким би вона не була, прагне істини. У цьому мій гурт учився в "Арі&amp;#970;" та "Queen".</w:t>
      </w:r>
    </w:p>
    <w:p>
      <w:r>
        <w:br/>
        <w:t>Ольга полинула у тишу, бо ця жінка знову вгадала &amp;#970;&amp;#970; думки.</w:t>
      </w:r>
    </w:p>
    <w:p>
      <w:r>
        <w:br/>
        <w:t>— Що ж сталося з вашою подругою? — запитала нарешті психолог.</w:t>
      </w:r>
    </w:p>
    <w:p>
      <w:r>
        <w:br/>
        <w:t>— Я зустріла &amp;#970;&amp;#970;, — Світлану огорнув морок, — гукнула, намагалась мовити, та вона не зберегла спогади ані про мене, ані про наше спільне минуле. "Ви, певно, помилилися", — сказала вона, а в &amp;#970;&amp;#970; очах плескотіла порожнеча.</w:t>
      </w:r>
    </w:p>
    <w:p>
      <w:r>
        <w:br/>
        <w:t>— Можливо, ви дійсно помилились, — обережно припустила господиня кабінету.</w:t>
      </w:r>
    </w:p>
    <w:p>
      <w:r>
        <w:br/>
        <w:t>— У Іри на руці є шрам. Такий самий, як і у вас, — Світлана приборкала спалах почуттів. — Такі оздоби не зникають, наскільки я розумію. Чи не так?</w:t>
      </w:r>
    </w:p>
    <w:p>
      <w:r>
        <w:br/>
        <w:t>Логіка гості завела Ольгу в глухий кут.</w:t>
      </w:r>
    </w:p>
    <w:p>
      <w:r>
        <w:br/>
        <w:t>— А інші також забули вас?</w:t>
      </w:r>
    </w:p>
    <w:p>
      <w:r>
        <w:br/>
        <w:t>— Так, — гірка відповідь. — І не лише мене, а й один одного. Скільки я не дзвонила, скільки не влаштовувала "випадкові" зустрічі — все дарма. А ви маєте чітке уявлення про своє минуле?</w:t>
      </w:r>
    </w:p>
    <w:p>
      <w:r>
        <w:br/>
        <w:t>— Маю, — замислившись, підтвердила Ольга, замріяно схиливши голову на плече. — Пам'ятаю, як перший раз цілувалася з хлопцем, як танцювала повільний танець, пам'ятаю всі дитячі різдвяні ялинки і як складала іспити у випускному класі...</w:t>
      </w:r>
    </w:p>
    <w:p>
      <w:r>
        <w:br/>
        <w:t>— А спогади кольорові?</w:t>
      </w:r>
    </w:p>
    <w:p>
      <w:r>
        <w:br/>
        <w:t>— Не кольорові.</w:t>
      </w:r>
    </w:p>
    <w:p>
      <w:r>
        <w:br/>
        <w:t>— Ось бачите, ви також починаєте забувати. Спочатку кольори...</w:t>
      </w:r>
    </w:p>
    <w:p>
      <w:r>
        <w:br/>
        <w:t>Погляд Світлани проштрикував серце як шампур, психолог зіщулилася.</w:t>
      </w:r>
    </w:p>
    <w:p>
      <w:r>
        <w:br/>
        <w:t>— Але кому все це треба?</w:t>
      </w:r>
    </w:p>
    <w:p>
      <w:r>
        <w:br/>
        <w:t>— Я не оракул і не знаю, хто за цим сто&amp;#970;ть та чим це закінчиться. Чи закінчиться... — раптом &amp;#970;&amp;#970; мова набула зловісно&amp;#970; пристрасті: — Та щоночі на місто падає дощ із чорних стріл, і можна побачити багряно-чорні і сріблясто-блакитні промені-вихори.</w:t>
      </w:r>
    </w:p>
    <w:p>
      <w:r>
        <w:br/>
        <w:t>Наче чорнота вдарила крилом у віконне скло, й Ольга підхопилася.</w:t>
      </w:r>
    </w:p>
    <w:p>
      <w:r>
        <w:br/>
        <w:t>— Я відчуваю, ви бо&amp;#970;теся, але бажаєте бачити і знати. Підете зі мною? — Світлана підвелася, простягаючи Ользі руку.</w:t>
      </w:r>
    </w:p>
    <w:p>
      <w:r>
        <w:br/>
        <w:t>Тремтіли ніжні довгі пальці.</w:t>
      </w:r>
    </w:p>
    <w:p>
      <w:r>
        <w:br/>
        <w:t>Психолога також била дрож.</w:t>
      </w:r>
    </w:p>
    <w:p>
      <w:r>
        <w:br/>
        <w:t>— Так, я піду.</w:t>
      </w:r>
    </w:p>
    <w:p>
      <w:r>
        <w:br/>
        <w:t>Вони зачинили кабінет і вийшли на вулицю.</w:t>
      </w:r>
    </w:p>
    <w:p>
      <w:r>
        <w:br/>
        <w:t>Холодно миготіли колючі зірки, дув крижаний вітер — йому було байдуже, що ще не скінчився вересень.</w:t>
      </w:r>
    </w:p>
    <w:p>
      <w:r>
        <w:br/>
        <w:t>Спочатку Ольга не бачила нічого особливого, та потім з &amp;#970;&amp;#970; очей ніби зсунулась мара: бруківка і стіни будинків зробилися майже прозорі, а людські постаті набули чіткості і кольорів. Вона озирнулась, і в тінях будинків роздивилася Світлану — полиски ліхтаря перетворили обличчя гості на жахливу маску.</w:t>
      </w:r>
    </w:p>
    <w:p>
      <w:r>
        <w:br/>
        <w:t>Несподівано з-під землі вирвався багряно-чорний промінь, й Ольга опинилася в його серці. Вихор миттєво відлетів, а дівчина залишилася непорушною.</w:t>
      </w:r>
    </w:p>
    <w:p>
      <w:r>
        <w:br/>
        <w:t>— Не підходь, відпусти мене, — одними губами шепотіла вона, бо Світлана уявлялась &amp;#970;й страховиськом із кошмарів.</w:t>
      </w:r>
    </w:p>
    <w:p>
      <w:r>
        <w:br/>
        <w:t>Ольга повільно відступала, очі &amp;#970;&amp;#970; палали безумством.</w:t>
      </w:r>
    </w:p>
    <w:p>
      <w:r>
        <w:br/>
        <w:t>Вереснули гальма яскраво-червоного "мерседесу", пролунав глухий скрик, удар, і дівчина впала на асфальт.</w:t>
      </w:r>
    </w:p>
    <w:p>
      <w:r>
        <w:br/>
        <w:t>На місці трагеді&amp;#970; відразу зібрався натовп. Викликали "швидку". А Світлана стояла непорушно, вона знала, що Ольга померла, бачила, як сяюча постать підіймається до неба.</w:t>
      </w:r>
    </w:p>
    <w:p>
      <w:r>
        <w:br/>
        <w:t>— Темне місто у місяця оці</w:t>
      </w:r>
    </w:p>
    <w:p>
      <w:r>
        <w:br/>
        <w:t>Нагадає про дня поховання.</w:t>
      </w:r>
    </w:p>
    <w:p>
      <w:r>
        <w:br/>
        <w:t>І прославлене в пісні світання</w:t>
      </w:r>
    </w:p>
    <w:p>
      <w:r>
        <w:br/>
        <w:t>Не здійметься над стягами ночі,</w:t>
      </w:r>
    </w:p>
    <w:p>
      <w:r>
        <w:br/>
        <w:t>— тихо проспівала вона. — Я так і не змогла вберегти тебе. Пробач мені, подруго.</w:t>
      </w:r>
    </w:p>
    <w:p>
      <w:r>
        <w:br/>
        <w:t>Дівчина ще раз глянула на тіло Ольги, біля якого вже утворилася чимала юрба, і на водія, котрий лінькувато виправдовувався, що не помітив пішохода.</w:t>
      </w:r>
    </w:p>
    <w:p>
      <w:r>
        <w:br/>
        <w:t>Вона розвернулась і повільно пішла геть, а назустріч &amp;#970;й поспішали люди з сірими німбами над головами, жалюгідні та тьмяні. Перехожі відсахувалися й несвідомо звільнювали &amp;#970;й шлях: завдяки тіням ночі і неяскравому світлу ліхтарів жінка видавалася &amp;#970;м то грізною чорною богинею, то пекельним жахом, то гордою орлицею з розпростертими крилами.</w:t>
      </w:r>
    </w:p>
    <w:p>
      <w:r>
        <w:br/>
        <w:t>Почався дощ із чорних стріл відчаю, і стріли падали, проштрикуючи дахи і стіни будинків, потрапляючи в серця людей, які невловимо змінювалися від &amp;#970;хнього дотику.</w:t>
      </w:r>
    </w:p>
    <w:p>
      <w:r>
        <w:br/>
        <w:t>Із розчахнутого вікна вилетіли спотворені луною слова:</w:t>
      </w:r>
    </w:p>
    <w:p>
      <w:r>
        <w:br/>
        <w:t>Це є місто — мерехтіння вогнів.</w:t>
      </w:r>
    </w:p>
    <w:p>
      <w:r>
        <w:br/>
        <w:t>Відображень закатованих днів,</w:t>
      </w:r>
    </w:p>
    <w:p>
      <w:r>
        <w:br/>
        <w:t>І притулок для тьмяних тіней,</w:t>
      </w:r>
    </w:p>
    <w:p>
      <w:r>
        <w:br/>
        <w:t>Покалічених гарних ідей.</w:t>
      </w:r>
    </w:p>
    <w:p>
      <w:r>
        <w:br/>
        <w:t>І ніжна музика пісні перелилася через підвіконня на вулицю, але ніч примусила &amp;#970;&amp;#970; замовчати.</w:t>
      </w:r>
    </w:p>
    <w:p>
      <w:r>
        <w:br/>
        <w:t>А невидимий дощ все не скінчався і не скінчався, та жодна стріла не насмілилась торкнутися Світлани, яка зникала у темряві.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є місто — мерехтіння вогнів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