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Цариця Савська</w:t>
      </w:r>
    </w:p>
    <w:p>
      <w:r>
        <w:br/>
        <w:t xml:space="preserve"> Цариця Савська плакала вночі.&lt;br /&gt;</w:t>
        <w:br/>
        <w:t>А вранці встала в блиску свої слави,&lt;br /&gt;</w:t>
        <w:br/>
        <w:t>вся в діамантах, золоті, парчі.&lt;br /&gt;</w:t>
        <w:br/>
        <w:t>Усі царі гінців до неї слали.</w:t>
      </w:r>
    </w:p>
    <w:p>
      <w:r>
        <w:br/>
        <w:t>Вона їх брала вродою в полон.&lt;br /&gt;</w:t>
        <w:br/>
        <w:t>Ніхто при ній розумним не здавався.&lt;br /&gt;</w:t>
        <w:br/>
        <w:t>Аж навіть сам премудрий Соломон&lt;br /&gt;</w:t>
        <w:br/>
        <w:t>на всі віки від неї здивувався.</w:t>
      </w:r>
    </w:p>
    <w:p>
      <w:r>
        <w:br/>
        <w:t>Красуня, казка, магія, міраж.&lt;br /&gt;</w:t>
        <w:br/>
        <w:t>В садах любові царственна троянда.&lt;br /&gt;</w:t>
        <w:br/>
        <w:t>Вино очей, чаклунство магарадж.&lt;br /&gt;</w:t>
        <w:br/>
        <w:t>Хвилююче мовчання фоліанта.</w:t>
      </w:r>
    </w:p>
    <w:p>
      <w:r>
        <w:br/>
        <w:t>Жагучий сон, мінливий Орієнт.&lt;br /&gt;</w:t>
        <w:br/>
        <w:t>Такий вже імідж у цариці склався.&lt;br /&gt;</w:t>
        <w:br/>
        <w:t>Коштовний камінь в перстені легенд, —&lt;br /&gt;</w:t>
        <w:br/>
        <w:t>цариця Савська, о, цариця Савська!</w:t>
      </w:r>
    </w:p>
    <w:p>
      <w:r>
        <w:br/>
        <w:t>Вся в діамантах, золоті, парчі.&lt;br /&gt;</w:t>
        <w:br/>
        <w:t>При ній сторожа піша і комонна.&lt;br /&gt;</w:t>
        <w:br/>
        <w:t>Цариця Савська плакала вночі.&lt;br /&gt;</w:t>
        <w:br/>
        <w:t>Але про це нема у Соломона.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Цариця Савська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