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Троянки</w:t>
      </w:r>
    </w:p>
    <w:p>
      <w:r>
        <w:br/>
        <w:t xml:space="preserve"> &lt;p&gt;Переклад А. Содомори</w:t>
      </w:r>
    </w:p>
    <w:p>
      <w:r>
        <w:br/>
        <w:t>ДІЙОВІ ОСОБИ</w:t>
      </w:r>
    </w:p>
    <w:p>
      <w:r>
        <w:br/>
        <w:t>ПОСЕЙДОН</w:t>
      </w:r>
    </w:p>
    <w:p>
      <w:r>
        <w:br/>
        <w:t>АФІНА</w:t>
      </w:r>
    </w:p>
    <w:p>
      <w:r>
        <w:br/>
        <w:t>ГЕКАБА</w:t>
      </w:r>
    </w:p>
    <w:p>
      <w:r>
        <w:br/>
        <w:t>ХОР ТРОЯНСЬКИХ ПОЛОНЯНОК</w:t>
      </w:r>
    </w:p>
    <w:p>
      <w:r>
        <w:br/>
        <w:t>ТАЛФІБІЙ</w:t>
      </w:r>
    </w:p>
    <w:p>
      <w:r>
        <w:br/>
        <w:t>КАССАНДРА</w:t>
      </w:r>
    </w:p>
    <w:p>
      <w:r>
        <w:br/>
        <w:t>АНДРОМАХА</w:t>
      </w:r>
    </w:p>
    <w:p>
      <w:r>
        <w:br/>
        <w:t>МЕНЕЛАЙ</w:t>
      </w:r>
    </w:p>
    <w:p>
      <w:r>
        <w:br/>
        <w:t>ЄЛЕНА</w:t>
      </w:r>
    </w:p>
    <w:p>
      <w:r>
        <w:br/>
        <w:t>Дія відбувається в ахейському таборі після зруйнування Трої.</w:t>
      </w:r>
    </w:p>
    <w:p>
      <w:r>
        <w:br/>
        <w:t>ПРОЛОГ</w:t>
      </w:r>
    </w:p>
    <w:p>
      <w:r>
        <w:br/>
        <w:t>Біля входу в намет — простерта на землі Г е к а б а.</w:t>
      </w:r>
    </w:p>
    <w:p>
      <w:r>
        <w:br/>
        <w:t>ПОСЕЙДОН</w:t>
      </w:r>
    </w:p>
    <w:p>
      <w:r>
        <w:br/>
        <w:t>(появляючись на орхестрі)</w:t>
      </w:r>
    </w:p>
    <w:p>
      <w:r>
        <w:br/>
        <w:t>Із вод егейських, що легкими танцями</w:t>
      </w:r>
    </w:p>
    <w:p>
      <w:r>
        <w:br/>
        <w:t>Так гарно їх мережить нереїд гурток,</w:t>
      </w:r>
    </w:p>
    <w:p>
      <w:r>
        <w:br/>
        <w:t>Сюди прибув я нині — Посейдон морський.</w:t>
      </w:r>
    </w:p>
    <w:p>
      <w:r>
        <w:br/>
        <w:t>Відтоді, як ми з Фебом із камінних брил</w:t>
      </w:r>
    </w:p>
    <w:p>
      <w:r>
        <w:br/>
        <w:t>Довкола Трої мури під висок звели,</w:t>
      </w:r>
    </w:p>
    <w:p>
      <w:r>
        <w:br/>
        <w:t>Дивлюсь ласкавим оком я на місто це,</w:t>
      </w:r>
    </w:p>
    <w:p>
      <w:r>
        <w:br/>
        <w:t>Що ось димить і гине, в прах повержене</w:t>
      </w:r>
    </w:p>
    <w:p>
      <w:r>
        <w:br/>
        <w:t>Аргів'ян військом. Бо ж Епей, з Парнасу муж,</w:t>
      </w:r>
    </w:p>
    <w:p>
      <w:r>
        <w:br/>
        <w:t>Фокеєць, хист Паллади запозичивши,</w:t>
      </w:r>
    </w:p>
    <w:p>
      <w:r>
        <w:br/>
        <w:t>10] Коня зладнав, ущерть оружжям повного,</w:t>
      </w:r>
    </w:p>
    <w:p>
      <w:r>
        <w:br/>
        <w:t>І згубний витвір тут же ввів у місто він.</w:t>
      </w:r>
    </w:p>
    <w:p>
      <w:r>
        <w:br/>
        <w:t>Ітиме потім слух про "дерев'яного</w:t>
      </w:r>
    </w:p>
    <w:p>
      <w:r>
        <w:br/>
        <w:t>Коня", що стільки ратищ у нутрі таїв…</w:t>
      </w:r>
    </w:p>
    <w:p>
      <w:r>
        <w:br/>
        <w:t>Гаї принишкли; храми — кров'ю повняться,</w:t>
      </w:r>
    </w:p>
    <w:p>
      <w:r>
        <w:br/>
        <w:t>А на жертовник Зевса, стража вогнища,</w:t>
      </w:r>
    </w:p>
    <w:p>
      <w:r>
        <w:br/>
        <w:t>Пріам упав і душу, старець, видихнув.</w:t>
      </w:r>
    </w:p>
    <w:p>
      <w:r>
        <w:br/>
        <w:t>Майно фрігійське, повні скрині золота</w:t>
      </w:r>
    </w:p>
    <w:p>
      <w:r>
        <w:br/>
        <w:t>Ахейці вже вантажать; тільки б вітру їм</w:t>
      </w:r>
    </w:p>
    <w:p>
      <w:r>
        <w:br/>
        <w:t>Діждатись ходового — і тоді б вони, —</w:t>
      </w:r>
    </w:p>
    <w:p>
      <w:r>
        <w:br/>
        <w:t>20] Вже ж десять літ минуло, — жон, дітей своїх</w:t>
      </w:r>
    </w:p>
    <w:p>
      <w:r>
        <w:br/>
        <w:t>Побачили, з походу повернувшися.</w:t>
      </w:r>
    </w:p>
    <w:p>
      <w:r>
        <w:br/>
        <w:t>А я, аргоській Гері уступаючи</w:t>
      </w:r>
    </w:p>
    <w:p>
      <w:r>
        <w:br/>
        <w:t>Й Афіні, що пліч-опліч на фрігійця йшли,</w:t>
      </w:r>
    </w:p>
    <w:p>
      <w:r>
        <w:br/>
        <w:t>Лишаю славну Трою й вівтарі мої,</w:t>
      </w:r>
    </w:p>
    <w:p>
      <w:r>
        <w:br/>
        <w:t>Бо як спустіє місто, то й богам нема</w:t>
      </w:r>
    </w:p>
    <w:p>
      <w:r>
        <w:br/>
        <w:t>Ні честі, ані шани: дбати нікому.</w:t>
      </w:r>
    </w:p>
    <w:p>
      <w:r>
        <w:br/>
        <w:t>Лунає над Скамандром полонянок плач —</w:t>
      </w:r>
    </w:p>
    <w:p>
      <w:r>
        <w:br/>
        <w:t>Уже розподіляють їх за жеребом:</w:t>
      </w:r>
    </w:p>
    <w:p>
      <w:r>
        <w:br/>
        <w:t>В Аркадію пливтимуть, у Фессалію,</w:t>
      </w:r>
    </w:p>
    <w:p>
      <w:r>
        <w:br/>
        <w:t>30] Або в Афіни — щоб вожді втішалися,</w:t>
      </w:r>
    </w:p>
    <w:p>
      <w:r>
        <w:br/>
        <w:t>Тесеєві нащадки. А в наметі цім —</w:t>
      </w:r>
    </w:p>
    <w:p>
      <w:r>
        <w:br/>
        <w:t>Троянки, що без жереба призначені</w:t>
      </w:r>
    </w:p>
    <w:p>
      <w:r>
        <w:br/>
        <w:t>Чільним провідцям війська; й Тіндаріда тут,</w:t>
      </w:r>
    </w:p>
    <w:p>
      <w:r>
        <w:br/>
        <w:t>Єлена, — заслужила буть рабинею!.. [201]</w:t>
      </w:r>
    </w:p>
    <w:p>
      <w:r>
        <w:br/>
        <w:t>Та хто б хотів побачить найнещаснішу —</w:t>
      </w:r>
    </w:p>
    <w:p>
      <w:r>
        <w:br/>
        <w:t>Гекаба ось, мов мертва, на поріг лягла</w:t>
      </w:r>
    </w:p>
    <w:p>
      <w:r>
        <w:br/>
        <w:t>Й за багатьма своїми сліз багато ллє:</w:t>
      </w:r>
    </w:p>
    <w:p>
      <w:r>
        <w:br/>
        <w:t>Вже й Поліксена, донька, на Ахілловій</w:t>
      </w:r>
    </w:p>
    <w:p>
      <w:r>
        <w:br/>
        <w:t>Могилі впала в жертву. Вже Пріам поліг</w:t>
      </w:r>
    </w:p>
    <w:p>
      <w:r>
        <w:br/>
        <w:t>40] І діти, а Кассандру — ту, що Феб її,</w:t>
      </w:r>
    </w:p>
    <w:p>
      <w:r>
        <w:br/>
        <w:t>Шалену, кинув, — Агамемнон силою</w:t>
      </w:r>
    </w:p>
    <w:p>
      <w:r>
        <w:br/>
        <w:t>Для втіх собі готує — бога й честь забув.</w:t>
      </w:r>
    </w:p>
    <w:p>
      <w:r>
        <w:br/>
        <w:t>Прощайте, місто й вежі гладко тесані,</w:t>
      </w:r>
    </w:p>
    <w:p>
      <w:r>
        <w:br/>
        <w:t>Колись щасливі!.. Коб не донька Зевсова,</w:t>
      </w:r>
    </w:p>
    <w:p>
      <w:r>
        <w:br/>
        <w:t>Паллада, ви ще довго височіли б тут.</w:t>
      </w:r>
    </w:p>
    <w:p>
      <w:r>
        <w:br/>
        <w:t>Появляється Афіна Паллада.</w:t>
      </w:r>
    </w:p>
    <w:p>
      <w:r>
        <w:br/>
        <w:t>АФІНА</w:t>
      </w:r>
    </w:p>
    <w:p>
      <w:r>
        <w:br/>
        <w:t>Дозволь, найближчий мого батька родичу,</w:t>
      </w:r>
    </w:p>
    <w:p>
      <w:r>
        <w:br/>
        <w:t>Серед богів могутній і шанований,</w:t>
      </w:r>
    </w:p>
    <w:p>
      <w:r>
        <w:br/>
        <w:t>Колишній гнів забувши, слово мовити.</w:t>
      </w:r>
    </w:p>
    <w:p>
      <w:r>
        <w:br/>
        <w:t>ПОСЕЙДОН</w:t>
      </w:r>
    </w:p>
    <w:p>
      <w:r>
        <w:br/>
        <w:t>Й питать не варто: спілкування з рідними,</w:t>
      </w:r>
    </w:p>
    <w:p>
      <w:r>
        <w:br/>
        <w:t>50] Володарко Афіно, звеселяє нас.</w:t>
      </w:r>
    </w:p>
    <w:p>
      <w:r>
        <w:br/>
        <w:t>АФІНА</w:t>
      </w:r>
    </w:p>
    <w:p>
      <w:r>
        <w:br/>
        <w:t>Хвалю твою прихильність. Що скажу тобі,</w:t>
      </w:r>
    </w:p>
    <w:p>
      <w:r>
        <w:br/>
        <w:t>Владико моря, — нас обох стосується.</w:t>
      </w:r>
    </w:p>
    <w:p>
      <w:r>
        <w:br/>
        <w:t>ПОСЕЙДОН</w:t>
      </w:r>
    </w:p>
    <w:p>
      <w:r>
        <w:br/>
        <w:t>Нове якесь веління ти несеш мені</w:t>
      </w:r>
    </w:p>
    <w:p>
      <w:r>
        <w:br/>
        <w:t>Від Зевса-батька чи від когось іншого?</w:t>
      </w:r>
    </w:p>
    <w:p>
      <w:r>
        <w:br/>
        <w:t>АФІНА</w:t>
      </w:r>
    </w:p>
    <w:p>
      <w:r>
        <w:br/>
        <w:t>Та ні. Турбує Троя, де зустрілись ми:</w:t>
      </w:r>
    </w:p>
    <w:p>
      <w:r>
        <w:br/>
        <w:t>Мою — з твоєю об'єднати б силою…</w:t>
      </w:r>
    </w:p>
    <w:p>
      <w:r>
        <w:br/>
        <w:t>ПОСЕЙДОН</w:t>
      </w:r>
    </w:p>
    <w:p>
      <w:r>
        <w:br/>
        <w:t>Звільнивши серце від злоби колишньої,</w:t>
      </w:r>
    </w:p>
    <w:p>
      <w:r>
        <w:br/>
        <w:t>Спішиш до Трої — до сумного погару?..</w:t>
      </w:r>
    </w:p>
    <w:p>
      <w:r>
        <w:br/>
        <w:t>АФІНА</w:t>
      </w:r>
    </w:p>
    <w:p>
      <w:r>
        <w:br/>
        <w:t>Не відхиляйсь од діла. Чи погодишся,</w:t>
      </w:r>
    </w:p>
    <w:p>
      <w:r>
        <w:br/>
        <w:t>60] Щоб ми здійснили разом, що задумала?</w:t>
      </w:r>
    </w:p>
    <w:p>
      <w:r>
        <w:br/>
        <w:t>ПОСЕЙДОН</w:t>
      </w:r>
    </w:p>
    <w:p>
      <w:r>
        <w:br/>
        <w:t>Охоче. Та спочатку ось таке з'ясуй:</w:t>
      </w:r>
    </w:p>
    <w:p>
      <w:r>
        <w:br/>
        <w:t>З ахейцями ти разом чи з фрігійцями?</w:t>
      </w:r>
    </w:p>
    <w:p>
      <w:r>
        <w:br/>
        <w:t>АФІНА</w:t>
      </w:r>
    </w:p>
    <w:p>
      <w:r>
        <w:br/>
        <w:t>Троянців, хоч карала, — звеселю тепер,</w:t>
      </w:r>
    </w:p>
    <w:p>
      <w:r>
        <w:br/>
        <w:t>Ахейцям — нещасливе дам повернення.</w:t>
      </w:r>
    </w:p>
    <w:p>
      <w:r>
        <w:br/>
        <w:t>ПОСЕЙДОН</w:t>
      </w:r>
    </w:p>
    <w:p>
      <w:r>
        <w:br/>
        <w:t>То що ж такі мінливі в тебе настрої:</w:t>
      </w:r>
    </w:p>
    <w:p>
      <w:r>
        <w:br/>
        <w:t>Стрибаєш од любові — й до ненависті. [202]</w:t>
      </w:r>
    </w:p>
    <w:p>
      <w:r>
        <w:br/>
        <w:t>АФІНА</w:t>
      </w:r>
    </w:p>
    <w:p>
      <w:r>
        <w:br/>
        <w:t>Мій храм і я — в зневазі. Не чував про те?</w:t>
      </w:r>
    </w:p>
    <w:p>
      <w:r>
        <w:br/>
        <w:t>ПОСЕЙДОН</w:t>
      </w:r>
    </w:p>
    <w:p>
      <w:r>
        <w:br/>
        <w:t>Авжеж: Аякс Кассандру, мов рабу, тягнув.</w:t>
      </w:r>
    </w:p>
    <w:p>
      <w:r>
        <w:br/>
        <w:t>АФІНА</w:t>
      </w:r>
    </w:p>
    <w:p>
      <w:r>
        <w:br/>
        <w:t>Ахейці ж хоч би словом присоромили.</w:t>
      </w:r>
    </w:p>
    <w:p>
      <w:r>
        <w:br/>
        <w:t>ПОСЕЙДОН</w:t>
      </w:r>
    </w:p>
    <w:p>
      <w:r>
        <w:br/>
        <w:t>70] Але з твоєї ж ласки Іліон взяли…</w:t>
      </w:r>
    </w:p>
    <w:p>
      <w:r>
        <w:br/>
        <w:t>АФІНА</w:t>
      </w:r>
    </w:p>
    <w:p>
      <w:r>
        <w:br/>
        <w:t>Зате з тобою нині їх карати рвусь.</w:t>
      </w:r>
    </w:p>
    <w:p>
      <w:r>
        <w:br/>
        <w:t>ПОСЕЙДОН</w:t>
      </w:r>
    </w:p>
    <w:p>
      <w:r>
        <w:br/>
        <w:t>Мене вмовлять не треба. Що надумала?</w:t>
      </w:r>
    </w:p>
    <w:p>
      <w:r>
        <w:br/>
        <w:t>АФІНА</w:t>
      </w:r>
    </w:p>
    <w:p>
      <w:r>
        <w:br/>
        <w:t>Поверненням нещасним хочу вдарить їх.</w:t>
      </w:r>
    </w:p>
    <w:p>
      <w:r>
        <w:br/>
        <w:t>ПОСЕЙДОН</w:t>
      </w:r>
    </w:p>
    <w:p>
      <w:r>
        <w:br/>
        <w:t>Іще на суходолі чи між хвиль морських?</w:t>
      </w:r>
    </w:p>
    <w:p>
      <w:r>
        <w:br/>
        <w:t>АФІНА</w:t>
      </w:r>
    </w:p>
    <w:p>
      <w:r>
        <w:br/>
        <w:t>Коли відсіль додому морем пустяться.</w:t>
      </w:r>
    </w:p>
    <w:p>
      <w:r>
        <w:br/>
        <w:t>Тоді-то Зевс і зливу, й град розгонистий</w:t>
      </w:r>
    </w:p>
    <w:p>
      <w:r>
        <w:br/>
        <w:t>Зішле на них і хмару, мов смола, густу.</w:t>
      </w:r>
    </w:p>
    <w:p>
      <w:r>
        <w:br/>
        <w:t>Ще блискавку вогненну обіцяв мені,</w:t>
      </w:r>
    </w:p>
    <w:p>
      <w:r>
        <w:br/>
        <w:t>Щоб розметать ахейців, кораблі спалить.</w:t>
      </w:r>
    </w:p>
    <w:p>
      <w:r>
        <w:br/>
        <w:t>80] І ти не поскупися — аж до дна схитни</w:t>
      </w:r>
    </w:p>
    <w:p>
      <w:r>
        <w:br/>
        <w:t>Глибінь егейську, хай вирує, піниться.</w:t>
      </w:r>
    </w:p>
    <w:p>
      <w:r>
        <w:br/>
        <w:t>Евбейську гавань позагачуй трупами,</w:t>
      </w:r>
    </w:p>
    <w:p>
      <w:r>
        <w:br/>
        <w:t>Хай сотому закажуть, як осквернювать</w:t>
      </w:r>
    </w:p>
    <w:p>
      <w:r>
        <w:br/>
        <w:t>Мою святиню славну, й не лише мою.</w:t>
      </w:r>
    </w:p>
    <w:p>
      <w:r>
        <w:br/>
        <w:t>ПОСЕЙДОН</w:t>
      </w:r>
    </w:p>
    <w:p>
      <w:r>
        <w:br/>
        <w:t>Хай так. І тут не треба вже розводитись.</w:t>
      </w:r>
    </w:p>
    <w:p>
      <w:r>
        <w:br/>
        <w:t>Гойдну всю хлань егейську — й охололими</w:t>
      </w:r>
    </w:p>
    <w:p>
      <w:r>
        <w:br/>
        <w:t>Тілами мореплавців скелі Делосу</w:t>
      </w:r>
    </w:p>
    <w:p>
      <w:r>
        <w:br/>
        <w:t>Міконське побережжя, далі й Лемнос весь</w:t>
      </w:r>
    </w:p>
    <w:p>
      <w:r>
        <w:br/>
        <w:t>І передгір'я каферейське всіються.</w:t>
      </w:r>
    </w:p>
    <w:p>
      <w:r>
        <w:br/>
        <w:t>90] Рушай же на Олімп свій; з рук отця прийми</w:t>
      </w:r>
    </w:p>
    <w:p>
      <w:r>
        <w:br/>
        <w:t>Його гримучу зброю й на ту мить чекай,</w:t>
      </w:r>
    </w:p>
    <w:p>
      <w:r>
        <w:br/>
        <w:t>Коли аргосці відпливуть од берега.</w:t>
      </w:r>
    </w:p>
    <w:p>
      <w:r>
        <w:br/>
        <w:t>Афіна зникає.</w:t>
      </w:r>
    </w:p>
    <w:p>
      <w:r>
        <w:br/>
        <w:t>Який же нерозумний, хто міста бере,</w:t>
      </w:r>
    </w:p>
    <w:p>
      <w:r>
        <w:br/>
        <w:t>Могили, храми, все святе спустошує! —</w:t>
      </w:r>
    </w:p>
    <w:p>
      <w:r>
        <w:br/>
        <w:t>Він завтра сам же не мине загибелі.</w:t>
      </w:r>
    </w:p>
    <w:p>
      <w:r>
        <w:br/>
        <w:t>(Зникає). [203]</w:t>
      </w:r>
    </w:p>
    <w:p>
      <w:r>
        <w:br/>
        <w:t>ГЕКАБА</w:t>
      </w:r>
    </w:p>
    <w:p>
      <w:r>
        <w:br/>
        <w:t>(намагаючись піднятися)</w:t>
      </w:r>
    </w:p>
    <w:p>
      <w:r>
        <w:br/>
        <w:t>О нещасна, чоло від землі одірви,</w:t>
      </w:r>
    </w:p>
    <w:p>
      <w:r>
        <w:br/>
        <w:t>Не хили вже ти шиї — ні Трої нема,</w:t>
      </w:r>
    </w:p>
    <w:p>
      <w:r>
        <w:br/>
        <w:t>Ні володарів Трої — все прахом пішло!</w:t>
      </w:r>
    </w:p>
    <w:p>
      <w:r>
        <w:br/>
        <w:t>Перемінливій долі корись хоч-не-хоч:</w:t>
      </w:r>
    </w:p>
    <w:p>
      <w:r>
        <w:br/>
        <w:t>100] Як за хвилею, — так і за нею пливи,</w:t>
      </w:r>
    </w:p>
    <w:p>
      <w:r>
        <w:br/>
        <w:t>Не греби, нерозсудна, супроти життя,</w:t>
      </w:r>
    </w:p>
    <w:p>
      <w:r>
        <w:br/>
        <w:t>Проти хвиль: за керманича — доля.</w:t>
      </w:r>
    </w:p>
    <w:p>
      <w:r>
        <w:br/>
        <w:t>Гай-гай!.. Гай-гай!..</w:t>
      </w:r>
    </w:p>
    <w:p>
      <w:r>
        <w:br/>
        <w:t>Вже й не знаю, на що б мені глянуть без сліз:</w:t>
      </w:r>
    </w:p>
    <w:p>
      <w:r>
        <w:br/>
        <w:t>Ні вітчизни, ні мужа, ні діток моїх…</w:t>
      </w:r>
    </w:p>
    <w:p>
      <w:r>
        <w:br/>
        <w:t>Нагромаджене предками пишне майно</w:t>
      </w:r>
    </w:p>
    <w:p>
      <w:r>
        <w:br/>
        <w:t>Мов з водою спливло нині — сліду нема.</w:t>
      </w:r>
    </w:p>
    <w:p>
      <w:r>
        <w:br/>
        <w:t>Чи мовчати мені,</w:t>
      </w:r>
    </w:p>
    <w:p>
      <w:r>
        <w:br/>
        <w:t>Чи ридати?.. Та що з тої туги-журби?</w:t>
      </w:r>
    </w:p>
    <w:p>
      <w:r>
        <w:br/>
        <w:t>110] Нещаслива ж я! Гнеться сама по собі</w:t>
      </w:r>
    </w:p>
    <w:p>
      <w:r>
        <w:br/>
        <w:t>Моя спина додолу. Знесилена вкрай,</w:t>
      </w:r>
    </w:p>
    <w:p>
      <w:r>
        <w:br/>
        <w:t>На камінному ложі, простерта, лежу.</w:t>
      </w:r>
    </w:p>
    <w:p>
      <w:r>
        <w:br/>
        <w:t>Моя голово зболена! Скроні мої!..</w:t>
      </w:r>
    </w:p>
    <w:p>
      <w:r>
        <w:br/>
        <w:t>Занімілі боки!.. Все б хитатись мені</w:t>
      </w:r>
    </w:p>
    <w:p>
      <w:r>
        <w:br/>
        <w:t>Усім тілом отак — то сюди, то туди,</w:t>
      </w:r>
    </w:p>
    <w:p>
      <w:r>
        <w:br/>
        <w:t>Догоджаючи слізній печалі-журбі,</w:t>
      </w:r>
    </w:p>
    <w:p>
      <w:r>
        <w:br/>
        <w:t>Все б хитатись отак… Видно, муза своя</w:t>
      </w:r>
    </w:p>
    <w:p>
      <w:r>
        <w:br/>
        <w:t>І в знедолених є — вони з болю того</w:t>
      </w:r>
    </w:p>
    <w:p>
      <w:r>
        <w:br/>
        <w:t>Наболілу висновують пісню.</w:t>
      </w:r>
    </w:p>
    <w:p>
      <w:r>
        <w:br/>
        <w:t>Строфа</w:t>
      </w:r>
    </w:p>
    <w:p>
      <w:r>
        <w:br/>
        <w:t>120] Судна стрімкі, бистрохідні,</w:t>
      </w:r>
    </w:p>
    <w:p>
      <w:r>
        <w:br/>
        <w:t>Що до Трої священної рушили</w:t>
      </w:r>
    </w:p>
    <w:p>
      <w:r>
        <w:br/>
        <w:t>Через море пурпурне, лишивши</w:t>
      </w:r>
    </w:p>
    <w:p>
      <w:r>
        <w:br/>
        <w:t>Тиховодні затоки Еллади далекої,</w:t>
      </w:r>
    </w:p>
    <w:p>
      <w:r>
        <w:br/>
        <w:t>Під звуки флейт лиховісних,</w:t>
      </w:r>
    </w:p>
    <w:p>
      <w:r>
        <w:br/>
        <w:t>Під оклики сурем лунких</w:t>
      </w:r>
    </w:p>
    <w:p>
      <w:r>
        <w:br/>
        <w:t>Прив'язь надійну — Єгипту виріб —</w:t>
      </w:r>
    </w:p>
    <w:p>
      <w:r>
        <w:br/>
        <w:t>Тут закріпили, у гавані нашій, —</w:t>
      </w:r>
    </w:p>
    <w:p>
      <w:r>
        <w:br/>
        <w:t>Усі поклялися вернути</w:t>
      </w:r>
    </w:p>
    <w:p>
      <w:r>
        <w:br/>
        <w:t>Жону Менелая — Еврота ганьбу,</w:t>
      </w:r>
    </w:p>
    <w:p>
      <w:r>
        <w:br/>
        <w:t>130] Кастора, брата, сором,</w:t>
      </w:r>
    </w:p>
    <w:p>
      <w:r>
        <w:br/>
        <w:t>Ту, що Пріама,</w:t>
      </w:r>
    </w:p>
    <w:p>
      <w:r>
        <w:br/>
        <w:t>Батька п'ятдесяти синів,</w:t>
      </w:r>
    </w:p>
    <w:p>
      <w:r>
        <w:br/>
        <w:t>Із світу звела,</w:t>
      </w:r>
    </w:p>
    <w:p>
      <w:r>
        <w:br/>
        <w:t>Ту, що й мене, безталанну Гекабу,</w:t>
      </w:r>
    </w:p>
    <w:p>
      <w:r>
        <w:br/>
        <w:t>Скинула в прірву горя…</w:t>
      </w:r>
    </w:p>
    <w:p>
      <w:r>
        <w:br/>
        <w:t>Антистрофа</w:t>
      </w:r>
    </w:p>
    <w:p>
      <w:r>
        <w:br/>
        <w:t>Горе мені!.. Де сиджу я?..</w:t>
      </w:r>
    </w:p>
    <w:p>
      <w:r>
        <w:br/>
        <w:t>Край намету вождя Агамемнона — [204]</w:t>
      </w:r>
    </w:p>
    <w:p>
      <w:r>
        <w:br/>
        <w:t>Мушу стати рабою на старість!..</w:t>
      </w:r>
    </w:p>
    <w:p>
      <w:r>
        <w:br/>
        <w:t>Сиву голову з болю обстригла, спотворила…</w:t>
      </w:r>
    </w:p>
    <w:p>
      <w:r>
        <w:br/>
        <w:t>140] О ви, міднозбройних троянців</w:t>
      </w:r>
    </w:p>
    <w:p>
      <w:r>
        <w:br/>
        <w:t>Дружини, їх доні сумні,</w:t>
      </w:r>
    </w:p>
    <w:p>
      <w:r>
        <w:br/>
        <w:t>Та й ви, наречені, злощасні діви,</w:t>
      </w:r>
    </w:p>
    <w:p>
      <w:r>
        <w:br/>
        <w:t>Гляньте довкола — одна лиш пустеля:</w:t>
      </w:r>
    </w:p>
    <w:p>
      <w:r>
        <w:br/>
        <w:t>В диму наша Троя — ридаймо!..</w:t>
      </w:r>
    </w:p>
    <w:p>
      <w:r>
        <w:br/>
        <w:t>Мов птиця, почувши писк пташат,</w:t>
      </w:r>
    </w:p>
    <w:p>
      <w:r>
        <w:br/>
        <w:t>Пісню почну; одначе,</w:t>
      </w:r>
    </w:p>
    <w:p>
      <w:r>
        <w:br/>
        <w:t>Не ту, що, бувало,</w:t>
      </w:r>
    </w:p>
    <w:p>
      <w:r>
        <w:br/>
        <w:t>На Пріамів опершися жезл,</w:t>
      </w:r>
    </w:p>
    <w:p>
      <w:r>
        <w:br/>
        <w:t>Нею славила я</w:t>
      </w:r>
    </w:p>
    <w:p>
      <w:r>
        <w:br/>
        <w:t>150] Світлих богів, а стопою тим часом</w:t>
      </w:r>
    </w:p>
    <w:p>
      <w:r>
        <w:br/>
        <w:t>Лад одбивала фрігійський.</w:t>
      </w:r>
    </w:p>
    <w:p>
      <w:r>
        <w:br/>
        <w:t>ПАРОД</w:t>
      </w:r>
    </w:p>
    <w:p>
      <w:r>
        <w:br/>
        <w:t>З намету виходить перша половина хору.</w:t>
      </w:r>
    </w:p>
    <w:p>
      <w:r>
        <w:br/>
        <w:t>ПЕРША ПОЛОВИНА ХОРУ</w:t>
      </w:r>
    </w:p>
    <w:p>
      <w:r>
        <w:br/>
        <w:t>Строфа І</w:t>
      </w:r>
    </w:p>
    <w:p>
      <w:r>
        <w:br/>
        <w:t>Що, Гекабо, за крик? Що за плач такий?</w:t>
      </w:r>
    </w:p>
    <w:p>
      <w:r>
        <w:br/>
        <w:t>Що за подія?.. З намету, здаля,</w:t>
      </w:r>
    </w:p>
    <w:p>
      <w:r>
        <w:br/>
        <w:t>Чую: лунає лункий твій лемент.</w:t>
      </w:r>
    </w:p>
    <w:p>
      <w:r>
        <w:br/>
        <w:t>На троянок жах, наче смерч, упав,</w:t>
      </w:r>
    </w:p>
    <w:p>
      <w:r>
        <w:br/>
        <w:t>Душі їм зціпив — ридають гуртом</w:t>
      </w:r>
    </w:p>
    <w:p>
      <w:r>
        <w:br/>
        <w:t>Над своєю недолею в шатрах.</w:t>
      </w:r>
    </w:p>
    <w:p>
      <w:r>
        <w:br/>
        <w:t>ГЕКАБА</w:t>
      </w:r>
    </w:p>
    <w:p>
      <w:r>
        <w:br/>
        <w:t>О доні! На суднах аргоських уже</w:t>
      </w:r>
    </w:p>
    <w:p>
      <w:r>
        <w:br/>
        <w:t>Весляр за весло береться.</w:t>
      </w:r>
    </w:p>
    <w:p>
      <w:r>
        <w:br/>
        <w:t>ПЕРША ПОЛОВИНА ХОРУ</w:t>
      </w:r>
    </w:p>
    <w:p>
      <w:r>
        <w:br/>
        <w:t>Ой, годино лиха!..</w:t>
      </w:r>
    </w:p>
    <w:p>
      <w:r>
        <w:br/>
        <w:t>160] Що надумали? Горе! В морську далину</w:t>
      </w:r>
    </w:p>
    <w:p>
      <w:r>
        <w:br/>
        <w:t>Повезуть мене, бідну, з вітчизни?</w:t>
      </w:r>
    </w:p>
    <w:p>
      <w:r>
        <w:br/>
        <w:t>ГЕКАБА</w:t>
      </w:r>
    </w:p>
    <w:p>
      <w:r>
        <w:br/>
        <w:t>Не знаю… Та жду біди.</w:t>
      </w:r>
    </w:p>
    <w:p>
      <w:r>
        <w:br/>
        <w:t>ПЕРША ПОЛОВИНА ХОРУ</w:t>
      </w:r>
    </w:p>
    <w:p>
      <w:r>
        <w:br/>
        <w:t>Гай-гай!.. Гай-гай!..</w:t>
      </w:r>
    </w:p>
    <w:p>
      <w:r>
        <w:br/>
        <w:t>Про важкі свої біди почуєте ви,</w:t>
      </w:r>
    </w:p>
    <w:p>
      <w:r>
        <w:br/>
        <w:t>Нещасливі троянки. Виходьте ж усі —</w:t>
      </w:r>
    </w:p>
    <w:p>
      <w:r>
        <w:br/>
        <w:t>Вже в дорогу зібрались аргосці.</w:t>
      </w:r>
    </w:p>
    <w:p>
      <w:r>
        <w:br/>
        <w:t>ГЕКАБА</w:t>
      </w:r>
    </w:p>
    <w:p>
      <w:r>
        <w:br/>
        <w:t>Ой-ой!..</w:t>
      </w:r>
    </w:p>
    <w:p>
      <w:r>
        <w:br/>
        <w:t>Лиш не виводьте сюди [205]</w:t>
      </w:r>
    </w:p>
    <w:p>
      <w:r>
        <w:br/>
        <w:t>Божевільну Кассандру,</w:t>
      </w:r>
    </w:p>
    <w:p>
      <w:r>
        <w:br/>
        <w:t>Доньку, на глум аргосцям —</w:t>
      </w:r>
    </w:p>
    <w:p>
      <w:r>
        <w:br/>
        <w:t>170] Болем біль мій не множте.</w:t>
      </w:r>
    </w:p>
    <w:p>
      <w:r>
        <w:br/>
        <w:t>Пропала ти, Троє нещасна!</w:t>
      </w:r>
    </w:p>
    <w:p>
      <w:r>
        <w:br/>
        <w:t>Нещасні й ті, що лишають тебе</w:t>
      </w:r>
    </w:p>
    <w:p>
      <w:r>
        <w:br/>
        <w:t>Навіки — живі чи мертві!</w:t>
      </w:r>
    </w:p>
    <w:p>
      <w:r>
        <w:br/>
        <w:t>З намету виходить друга половина хору.</w:t>
      </w:r>
    </w:p>
    <w:p>
      <w:r>
        <w:br/>
        <w:t>ДРУГА ПОЛОВИНА ХОРУ</w:t>
      </w:r>
    </w:p>
    <w:p>
      <w:r>
        <w:br/>
        <w:t>Антистрофа І</w:t>
      </w:r>
    </w:p>
    <w:p>
      <w:r>
        <w:br/>
        <w:t>Із намету тремтливо ступаю крок,</w:t>
      </w:r>
    </w:p>
    <w:p>
      <w:r>
        <w:br/>
        <w:t>Агамемнона бранка, й почути боюсь</w:t>
      </w:r>
    </w:p>
    <w:p>
      <w:r>
        <w:br/>
        <w:t>Од тебе, владарко: чи вбити мене</w:t>
      </w:r>
    </w:p>
    <w:p>
      <w:r>
        <w:br/>
        <w:t>Рішили аргосці?.. Чи в путь морську</w:t>
      </w:r>
    </w:p>
    <w:p>
      <w:r>
        <w:br/>
        <w:t>Вже готові, ударивши веслами,</w:t>
      </w:r>
    </w:p>
    <w:p>
      <w:r>
        <w:br/>
        <w:t>Повести бистрохідні судна?..</w:t>
      </w:r>
    </w:p>
    <w:p>
      <w:r>
        <w:br/>
        <w:t>ГЕКАБА</w:t>
      </w:r>
    </w:p>
    <w:p>
      <w:r>
        <w:br/>
        <w:t>180] О доню, ще тільки займалось на світ,</w:t>
      </w:r>
    </w:p>
    <w:p>
      <w:r>
        <w:br/>
        <w:t>Я мліла вже тут із жаху.</w:t>
      </w:r>
    </w:p>
    <w:p>
      <w:r>
        <w:br/>
        <w:t>ДРУГА ПОЛОВИНА ХОРУ</w:t>
      </w:r>
    </w:p>
    <w:p>
      <w:r>
        <w:br/>
        <w:t>А чи вісник данайський прибув уже?</w:t>
      </w:r>
    </w:p>
    <w:p>
      <w:r>
        <w:br/>
        <w:t>Кому слугуватиму, бідна?..</w:t>
      </w:r>
    </w:p>
    <w:p>
      <w:r>
        <w:br/>
        <w:t>ГЕКАБА</w:t>
      </w:r>
    </w:p>
    <w:p>
      <w:r>
        <w:br/>
        <w:t>На жереб недовго ждать…</w:t>
      </w:r>
    </w:p>
    <w:p>
      <w:r>
        <w:br/>
        <w:t>ДРУГА ПОЛОВИНА ХОРУ</w:t>
      </w:r>
    </w:p>
    <w:p>
      <w:r>
        <w:br/>
        <w:t>Гай-гай!..</w:t>
      </w:r>
    </w:p>
    <w:p>
      <w:r>
        <w:br/>
        <w:t>Хто з аргосців мене або з фтійських мужів</w:t>
      </w:r>
    </w:p>
    <w:p>
      <w:r>
        <w:br/>
        <w:t>За рабу собі візьме? Чи в край острівний</w:t>
      </w:r>
    </w:p>
    <w:p>
      <w:r>
        <w:br/>
        <w:t>Повезе хтось — далеко від Трої?..</w:t>
      </w:r>
    </w:p>
    <w:p>
      <w:r>
        <w:br/>
        <w:t>ГЕКАБА</w:t>
      </w:r>
    </w:p>
    <w:p>
      <w:r>
        <w:br/>
        <w:t>Ой-ой!..</w:t>
      </w:r>
    </w:p>
    <w:p>
      <w:r>
        <w:br/>
        <w:t>Де ж то і в кого служить</w:t>
      </w:r>
    </w:p>
    <w:p>
      <w:r>
        <w:br/>
        <w:t>Буду я, сивочола —</w:t>
      </w:r>
    </w:p>
    <w:p>
      <w:r>
        <w:br/>
        <w:t>190] Трутень, померлої образ,</w:t>
      </w:r>
    </w:p>
    <w:p>
      <w:r>
        <w:br/>
        <w:t>Тіней зблідлих подоба?..</w:t>
      </w:r>
    </w:p>
    <w:p>
      <w:r>
        <w:br/>
        <w:t>Поріг пильнуватиму в сінях?</w:t>
      </w:r>
    </w:p>
    <w:p>
      <w:r>
        <w:br/>
        <w:t>Чужих дітей забавлятиму…я —</w:t>
      </w:r>
    </w:p>
    <w:p>
      <w:r>
        <w:br/>
        <w:t>Вчорашня владарка Трої?..</w:t>
      </w:r>
    </w:p>
    <w:p>
      <w:r>
        <w:br/>
        <w:t>ХОР</w:t>
      </w:r>
    </w:p>
    <w:p>
      <w:r>
        <w:br/>
        <w:t>Строфа II</w:t>
      </w:r>
    </w:p>
    <w:p>
      <w:r>
        <w:br/>
        <w:t>Гай-гай! Гай-гай! Чи стане сліз,</w:t>
      </w:r>
    </w:p>
    <w:p>
      <w:r>
        <w:br/>
        <w:t>Щоб долю таку оплакать?..</w:t>
      </w:r>
    </w:p>
    <w:p>
      <w:r>
        <w:br/>
        <w:t>За верстатом ідейським не ткать мені, [206]</w:t>
      </w:r>
    </w:p>
    <w:p>
      <w:r>
        <w:br/>
        <w:t>Не брати човника в руки.</w:t>
      </w:r>
    </w:p>
    <w:p>
      <w:r>
        <w:br/>
        <w:t>Востаннє дивлюсь я на рідних своїх,</w:t>
      </w:r>
    </w:p>
    <w:p>
      <w:r>
        <w:br/>
        <w:t>200] Востаннє. Ще важчої долі я жду:</w:t>
      </w:r>
    </w:p>
    <w:p>
      <w:r>
        <w:br/>
        <w:t>Чи з ахейців кому буду в ложі служить, —</w:t>
      </w:r>
    </w:p>
    <w:p>
      <w:r>
        <w:br/>
        <w:t>Хай та ніч буде проклята й доля! —</w:t>
      </w:r>
    </w:p>
    <w:p>
      <w:r>
        <w:br/>
        <w:t>Чи з Пірени, священних черпаючи хвиль,</w:t>
      </w:r>
    </w:p>
    <w:p>
      <w:r>
        <w:br/>
        <w:t>Я носитиму воду — рабиня з рабинь.</w:t>
      </w:r>
    </w:p>
    <w:p>
      <w:r>
        <w:br/>
        <w:t>О якби пощастило потрапить</w:t>
      </w:r>
    </w:p>
    <w:p>
      <w:r>
        <w:br/>
        <w:t>У славетний, блаженний Тесеїв край!..</w:t>
      </w:r>
    </w:p>
    <w:p>
      <w:r>
        <w:br/>
        <w:t>Тільки б вирів Еврота не бачить,</w:t>
      </w:r>
    </w:p>
    <w:p>
      <w:r>
        <w:br/>
        <w:t>Де ненависна всім нам Єлена живе,</w:t>
      </w:r>
    </w:p>
    <w:p>
      <w:r>
        <w:br/>
        <w:t>Де в неволі зустріти б мені довелось</w:t>
      </w:r>
    </w:p>
    <w:p>
      <w:r>
        <w:br/>
        <w:t>210] Менелая, що Трою спустошив.</w:t>
      </w:r>
    </w:p>
    <w:p>
      <w:r>
        <w:br/>
        <w:t>Антистрофа II</w:t>
      </w:r>
    </w:p>
    <w:p>
      <w:r>
        <w:br/>
        <w:t>Пенеєм омитий священний край,</w:t>
      </w:r>
    </w:p>
    <w:p>
      <w:r>
        <w:br/>
        <w:t>Олімпа підніжжя славне,</w:t>
      </w:r>
    </w:p>
    <w:p>
      <w:r>
        <w:br/>
        <w:t>Де всього у достатку є — чула я —</w:t>
      </w:r>
    </w:p>
    <w:p>
      <w:r>
        <w:br/>
        <w:t>Де ниви рясноврожайні, —</w:t>
      </w:r>
    </w:p>
    <w:p>
      <w:r>
        <w:br/>
        <w:t>Туди б подалась я, коли б не змогла</w:t>
      </w:r>
    </w:p>
    <w:p>
      <w:r>
        <w:br/>
        <w:t>Ступить на Тесеєву землю святу.</w:t>
      </w:r>
    </w:p>
    <w:p>
      <w:r>
        <w:br/>
        <w:t>Чи в країну Гефеста, де Етна-гора,</w:t>
      </w:r>
    </w:p>
    <w:p>
      <w:r>
        <w:br/>
        <w:t>Що напроти рівнин фінікійських,</w:t>
      </w:r>
    </w:p>
    <w:p>
      <w:r>
        <w:br/>
        <w:t>Гір Сіцілії матір; я чула, що їй,</w:t>
      </w:r>
    </w:p>
    <w:p>
      <w:r>
        <w:br/>
        <w:t>220] Переможній, належить почесний вінок.</w:t>
      </w:r>
    </w:p>
    <w:p>
      <w:r>
        <w:br/>
        <w:t>Чи в місцевість, що всім вона видна,</w:t>
      </w:r>
    </w:p>
    <w:p>
      <w:r>
        <w:br/>
        <w:t>Хто судном борознить іонійську хлань,</w:t>
      </w:r>
    </w:p>
    <w:p>
      <w:r>
        <w:br/>
        <w:t>Де пливе з-поміж рік найславніший,</w:t>
      </w:r>
    </w:p>
    <w:p>
      <w:r>
        <w:br/>
        <w:t>Що русяве волосся в огненно-руде</w:t>
      </w:r>
    </w:p>
    <w:p>
      <w:r>
        <w:br/>
        <w:t>Перемінює — Кратій; залюднений край</w:t>
      </w:r>
    </w:p>
    <w:p>
      <w:r>
        <w:br/>
        <w:t>Він нектарними росами живить.</w:t>
      </w:r>
    </w:p>
    <w:p>
      <w:r>
        <w:br/>
        <w:t>ЕПІСОДІЙ ПЕРШИЙ</w:t>
      </w:r>
    </w:p>
    <w:p>
      <w:r>
        <w:br/>
        <w:t>ПРОВІДНИЦЯ ХОРУ</w:t>
      </w:r>
    </w:p>
    <w:p>
      <w:r>
        <w:br/>
        <w:t>Та вжб он од війська данайського</w:t>
      </w:r>
    </w:p>
    <w:p>
      <w:r>
        <w:br/>
        <w:t>Йде вісник сюди, з новиною йде</w:t>
      </w:r>
    </w:p>
    <w:p>
      <w:r>
        <w:br/>
        <w:t>Розгонистим кроком. Ой, що ж то нам</w:t>
      </w:r>
    </w:p>
    <w:p>
      <w:r>
        <w:br/>
        <w:t>230] Він несе? Що накаже? Уже ж бо ми —</w:t>
      </w:r>
    </w:p>
    <w:p>
      <w:r>
        <w:br/>
        <w:t>Під ярмом дорійського краю…</w:t>
      </w:r>
    </w:p>
    <w:p>
      <w:r>
        <w:br/>
        <w:t>Входить Т а л ф і б і й.</w:t>
      </w:r>
    </w:p>
    <w:p>
      <w:r>
        <w:br/>
        <w:t>ТАЛФІБІЙ</w:t>
      </w:r>
    </w:p>
    <w:p>
      <w:r>
        <w:br/>
        <w:t>Не раз, Гекабо, я до Трої шлях верстав —</w:t>
      </w:r>
    </w:p>
    <w:p>
      <w:r>
        <w:br/>
        <w:t>Ти знаєш це — як вісник війська грецького.</w:t>
      </w:r>
    </w:p>
    <w:p>
      <w:r>
        <w:br/>
        <w:t>Давно тобі відомий; нині рішення</w:t>
      </w:r>
    </w:p>
    <w:p>
      <w:r>
        <w:br/>
        <w:t>Загальне я, Талфібій, сповіщу тобі. [207]</w:t>
      </w:r>
    </w:p>
    <w:p>
      <w:r>
        <w:br/>
        <w:t>ГЕКАБА</w:t>
      </w:r>
    </w:p>
    <w:p>
      <w:r>
        <w:br/>
        <w:t>Ось чого, жінки-троянки,</w:t>
      </w:r>
    </w:p>
    <w:p>
      <w:r>
        <w:br/>
        <w:t>Я боялася давно!..</w:t>
      </w:r>
    </w:p>
    <w:p>
      <w:r>
        <w:br/>
        <w:t>ТАЛФІБІЙ</w:t>
      </w:r>
    </w:p>
    <w:p>
      <w:r>
        <w:br/>
        <w:t>Уже вам жереб випав. Це жахало вас?</w:t>
      </w:r>
    </w:p>
    <w:p>
      <w:r>
        <w:br/>
        <w:t>ГЕКАБА</w:t>
      </w:r>
    </w:p>
    <w:p>
      <w:r>
        <w:br/>
        <w:t>То куди ж то плисти? В фессалійський край,</w:t>
      </w:r>
    </w:p>
    <w:p>
      <w:r>
        <w:br/>
        <w:t>240] у кадмейський чи фтійський судилось нам?</w:t>
      </w:r>
    </w:p>
    <w:p>
      <w:r>
        <w:br/>
        <w:t>ТАЛФІБІЙ</w:t>
      </w:r>
    </w:p>
    <w:p>
      <w:r>
        <w:br/>
        <w:t>Попливете у різні: згідно з жеребом.</w:t>
      </w:r>
    </w:p>
    <w:p>
      <w:r>
        <w:br/>
        <w:t>ГЕКАБА</w:t>
      </w:r>
    </w:p>
    <w:p>
      <w:r>
        <w:br/>
        <w:t>То в чиїх ми руках? Хоч одній із нас</w:t>
      </w:r>
    </w:p>
    <w:p>
      <w:r>
        <w:br/>
        <w:t>Доля всміхнеться ще?</w:t>
      </w:r>
    </w:p>
    <w:p>
      <w:r>
        <w:br/>
        <w:t>ТАЛФІБІЙ</w:t>
      </w:r>
    </w:p>
    <w:p>
      <w:r>
        <w:br/>
        <w:t>Скажу по черзі, не гуртом запитуйте.</w:t>
      </w:r>
    </w:p>
    <w:p>
      <w:r>
        <w:br/>
        <w:t>ГЕКАБА</w:t>
      </w:r>
    </w:p>
    <w:p>
      <w:r>
        <w:br/>
        <w:t>Хто ж то дочку мою волею жереба</w:t>
      </w:r>
    </w:p>
    <w:p>
      <w:r>
        <w:br/>
        <w:t>Вибрав — Кассандру бідну?</w:t>
      </w:r>
    </w:p>
    <w:p>
      <w:r>
        <w:br/>
        <w:t>ТАЛФІБІЙ</w:t>
      </w:r>
    </w:p>
    <w:p>
      <w:r>
        <w:br/>
        <w:t>Як дар окремий Агамемнон взяв її.</w:t>
      </w:r>
    </w:p>
    <w:p>
      <w:r>
        <w:br/>
        <w:t>ГЕКАБА</w:t>
      </w:r>
    </w:p>
    <w:p>
      <w:r>
        <w:br/>
        <w:t>Щоб гордій спартанці служкою буть?..</w:t>
      </w:r>
    </w:p>
    <w:p>
      <w:r>
        <w:br/>
        <w:t>Горе! Горе нам!..</w:t>
      </w:r>
    </w:p>
    <w:p>
      <w:r>
        <w:br/>
        <w:t>ТАЛФІБІЙ</w:t>
      </w:r>
    </w:p>
    <w:p>
      <w:r>
        <w:br/>
        <w:t>250] О ні! Щоб ложе потай розділяти з ним.</w:t>
      </w:r>
    </w:p>
    <w:p>
      <w:r>
        <w:br/>
        <w:t>ГЕКАБА</w:t>
      </w:r>
    </w:p>
    <w:p>
      <w:r>
        <w:br/>
        <w:t>Діві Феба, котра в Злотоволосого</w:t>
      </w:r>
    </w:p>
    <w:p>
      <w:r>
        <w:br/>
        <w:t>Честі вдостоїлась жити безшлюбною?..</w:t>
      </w:r>
    </w:p>
    <w:p>
      <w:r>
        <w:br/>
        <w:t>ТАЛФІБІЙ</w:t>
      </w:r>
    </w:p>
    <w:p>
      <w:r>
        <w:br/>
        <w:t>Владар жагою сповнивсь до пророчиці.</w:t>
      </w:r>
    </w:p>
    <w:p>
      <w:r>
        <w:br/>
        <w:t>ГЕКАБА</w:t>
      </w:r>
    </w:p>
    <w:p>
      <w:r>
        <w:br/>
        <w:t>Доню! Священні ключі відкинь!</w:t>
      </w:r>
    </w:p>
    <w:p>
      <w:r>
        <w:br/>
        <w:t>Пишні зірви плетениці</w:t>
      </w:r>
    </w:p>
    <w:p>
      <w:r>
        <w:br/>
        <w:t>З тіла стрункого — дівочий вбір!</w:t>
      </w:r>
    </w:p>
    <w:p>
      <w:r>
        <w:br/>
        <w:t>ТАЛФІБІЙ</w:t>
      </w:r>
    </w:p>
    <w:p>
      <w:r>
        <w:br/>
        <w:t>Хіба не честь для неї — ложе владарське?</w:t>
      </w:r>
    </w:p>
    <w:p>
      <w:r>
        <w:br/>
        <w:t>ГЕКАБА</w:t>
      </w:r>
    </w:p>
    <w:p>
      <w:r>
        <w:br/>
        <w:t>Де ж моє інше дитя — доня, що з рук моїх</w:t>
      </w:r>
    </w:p>
    <w:p>
      <w:r>
        <w:br/>
        <w:t>Тільки-но вирвана? [208]</w:t>
      </w:r>
    </w:p>
    <w:p>
      <w:r>
        <w:br/>
        <w:t>ТАЛФІБІЙ</w:t>
      </w:r>
    </w:p>
    <w:p>
      <w:r>
        <w:br/>
        <w:t>260] Це ти про Поліксену чи про кого ще?</w:t>
      </w:r>
    </w:p>
    <w:p>
      <w:r>
        <w:br/>
        <w:t>ГЕКАБА</w:t>
      </w:r>
    </w:p>
    <w:p>
      <w:r>
        <w:br/>
        <w:t>Про неї. З ким же зв'язав її жереб?</w:t>
      </w:r>
    </w:p>
    <w:p>
      <w:r>
        <w:br/>
        <w:t>ТАЛФІБІЙ</w:t>
      </w:r>
    </w:p>
    <w:p>
      <w:r>
        <w:br/>
        <w:t>З могилою Ахілла: їй прислужиться.</w:t>
      </w:r>
    </w:p>
    <w:p>
      <w:r>
        <w:br/>
        <w:t>ГЕКАБА</w:t>
      </w:r>
    </w:p>
    <w:p>
      <w:r>
        <w:br/>
        <w:t>Для могили слугу я на світ привела!..</w:t>
      </w:r>
    </w:p>
    <w:p>
      <w:r>
        <w:br/>
        <w:t>Однак, що за звичай такий,</w:t>
      </w:r>
    </w:p>
    <w:p>
      <w:r>
        <w:br/>
        <w:t>Мій друже, у греків, що за обряд?</w:t>
      </w:r>
    </w:p>
    <w:p>
      <w:r>
        <w:br/>
        <w:t>ТАЛФІБІЙ</w:t>
      </w:r>
    </w:p>
    <w:p>
      <w:r>
        <w:br/>
        <w:t>Тій добре вже. Вважай її щасливою.</w:t>
      </w:r>
    </w:p>
    <w:p>
      <w:r>
        <w:br/>
        <w:t>ГЕКАБА</w:t>
      </w:r>
    </w:p>
    <w:p>
      <w:r>
        <w:br/>
        <w:t>Що я чую?.. Виходить, живе ще вона?</w:t>
      </w:r>
    </w:p>
    <w:p>
      <w:r>
        <w:br/>
        <w:t>ТАЛФІБІЙ</w:t>
      </w:r>
    </w:p>
    <w:p>
      <w:r>
        <w:br/>
        <w:t>Такий їй жереб випав — бід позбутися.</w:t>
      </w:r>
    </w:p>
    <w:p>
      <w:r>
        <w:br/>
        <w:t>ГЕКАБА</w:t>
      </w:r>
    </w:p>
    <w:p>
      <w:r>
        <w:br/>
        <w:t>А що спіткало, скажи,</w:t>
      </w:r>
    </w:p>
    <w:p>
      <w:r>
        <w:br/>
        <w:t>270] Андромаху нещасну,</w:t>
      </w:r>
    </w:p>
    <w:p>
      <w:r>
        <w:br/>
        <w:t>Ту, що за Ректором мідянопанцирним?</w:t>
      </w:r>
    </w:p>
    <w:p>
      <w:r>
        <w:br/>
        <w:t>ТАЛФІБІЙ</w:t>
      </w:r>
    </w:p>
    <w:p>
      <w:r>
        <w:br/>
        <w:t>І цю, як дар окремий, взяв Ахілла син.</w:t>
      </w:r>
    </w:p>
    <w:p>
      <w:r>
        <w:br/>
        <w:t>ГЕКАБА</w:t>
      </w:r>
    </w:p>
    <w:p>
      <w:r>
        <w:br/>
        <w:t>Кому ж то я мушу служить,</w:t>
      </w:r>
    </w:p>
    <w:p>
      <w:r>
        <w:br/>
        <w:t>Що голову вниз хилю</w:t>
      </w:r>
    </w:p>
    <w:p>
      <w:r>
        <w:br/>
        <w:t>І не ступлю, стара, й кроку без палиці?</w:t>
      </w:r>
    </w:p>
    <w:p>
      <w:r>
        <w:br/>
        <w:t>ТАЛФІБІЙ</w:t>
      </w:r>
    </w:p>
    <w:p>
      <w:r>
        <w:br/>
        <w:t>Володарю Ітаки — Одіссеєві.</w:t>
      </w:r>
    </w:p>
    <w:p>
      <w:r>
        <w:br/>
        <w:t>ГЕКАБА</w:t>
      </w:r>
    </w:p>
    <w:p>
      <w:r>
        <w:br/>
        <w:t>Гай-гай!..</w:t>
      </w:r>
    </w:p>
    <w:p>
      <w:r>
        <w:br/>
        <w:t>Бий голову обстрижену!</w:t>
      </w:r>
    </w:p>
    <w:p>
      <w:r>
        <w:br/>
        <w:t>Нігтями ріж, до крові зранюй лиця!</w:t>
      </w:r>
    </w:p>
    <w:p>
      <w:r>
        <w:br/>
        <w:t>280] Нещасна я!..</w:t>
      </w:r>
    </w:p>
    <w:p>
      <w:r>
        <w:br/>
        <w:t>Нечестивцю тому, облуді</w:t>
      </w:r>
    </w:p>
    <w:p>
      <w:r>
        <w:br/>
        <w:t>Слугувать мушу —</w:t>
      </w:r>
    </w:p>
    <w:p>
      <w:r>
        <w:br/>
        <w:t>Права зневажнику, змію лукавому,</w:t>
      </w:r>
    </w:p>
    <w:p>
      <w:r>
        <w:br/>
        <w:t>Що геть усе перекручувати звик,</w:t>
      </w:r>
    </w:p>
    <w:p>
      <w:r>
        <w:br/>
        <w:t>Управний в брехні, двоязикий,</w:t>
      </w:r>
    </w:p>
    <w:p>
      <w:r>
        <w:br/>
        <w:t>Рад ворожнечею дружбу затруювать?..</w:t>
      </w:r>
    </w:p>
    <w:p>
      <w:r>
        <w:br/>
        <w:t>Оплакуйте, гроянки,</w:t>
      </w:r>
    </w:p>
    <w:p>
      <w:r>
        <w:br/>
        <w:t>Мене, бездольну! Пропала я! [209]</w:t>
      </w:r>
    </w:p>
    <w:p>
      <w:r>
        <w:br/>
        <w:t>Мій жереб серед жеребів —</w:t>
      </w:r>
    </w:p>
    <w:p>
      <w:r>
        <w:br/>
        <w:t>290] Найнещасливіший!..</w:t>
      </w:r>
    </w:p>
    <w:p>
      <w:r>
        <w:br/>
        <w:t>ПРОВІДНИЦЯ ХОРУ</w:t>
      </w:r>
    </w:p>
    <w:p>
      <w:r>
        <w:br/>
        <w:t>Вже знаєш ти про себе. А мені за ким</w:t>
      </w:r>
    </w:p>
    <w:p>
      <w:r>
        <w:br/>
        <w:t>В Ахею чи в Елладу, полонянці, йти?</w:t>
      </w:r>
    </w:p>
    <w:p>
      <w:r>
        <w:br/>
        <w:t>ТАЛФІБІЙ</w:t>
      </w:r>
    </w:p>
    <w:p>
      <w:r>
        <w:br/>
        <w:t>(не відповідаючи)</w:t>
      </w:r>
    </w:p>
    <w:p>
      <w:r>
        <w:br/>
        <w:t>Гей, хто там, слуги! Час Кассандру вивести,</w:t>
      </w:r>
    </w:p>
    <w:p>
      <w:r>
        <w:br/>
        <w:t>І то чимшвидше, хай до рук володарю</w:t>
      </w:r>
    </w:p>
    <w:p>
      <w:r>
        <w:br/>
        <w:t>Віддам її найперше; далі й інших всіх,</w:t>
      </w:r>
    </w:p>
    <w:p>
      <w:r>
        <w:br/>
        <w:t>Як випав жереб, одпроваджу власникам.</w:t>
      </w:r>
    </w:p>
    <w:p>
      <w:r>
        <w:br/>
        <w:t>(Дивиться на намет).</w:t>
      </w:r>
    </w:p>
    <w:p>
      <w:r>
        <w:br/>
        <w:t>А що ж то із намету валить дим густий?</w:t>
      </w:r>
    </w:p>
    <w:p>
      <w:r>
        <w:br/>
        <w:t>Троянки щось там палять усередині,</w:t>
      </w:r>
    </w:p>
    <w:p>
      <w:r>
        <w:br/>
        <w:t>Коли негайно з цього краю треба їм</w:t>
      </w:r>
    </w:p>
    <w:p>
      <w:r>
        <w:br/>
        <w:t>300] Рушати в Аргос. Чи в огні задумали</w:t>
      </w:r>
    </w:p>
    <w:p>
      <w:r>
        <w:br/>
        <w:t>З собою покінчити? Й не дивуюся:</w:t>
      </w:r>
    </w:p>
    <w:p>
      <w:r>
        <w:br/>
        <w:t>Для вільного неволя — гірш загибелі.</w:t>
      </w:r>
    </w:p>
    <w:p>
      <w:r>
        <w:br/>
        <w:t>Та відчиніть же! Щоб не звинуватив хто,</w:t>
      </w:r>
    </w:p>
    <w:p>
      <w:r>
        <w:br/>
        <w:t>Що їм поміг я, а нашкодив — еллінам.</w:t>
      </w:r>
    </w:p>
    <w:p>
      <w:r>
        <w:br/>
        <w:t>ГЕКАБА</w:t>
      </w:r>
    </w:p>
    <w:p>
      <w:r>
        <w:br/>
        <w:t>Яка пожежа? Що ти? То дочка моя,</w:t>
      </w:r>
    </w:p>
    <w:p>
      <w:r>
        <w:br/>
        <w:t>Кассандра, повна шалу поспіша сюди.</w:t>
      </w:r>
    </w:p>
    <w:p>
      <w:r>
        <w:br/>
        <w:t>Вбігає Кассандра з пломеніючим факелом.</w:t>
      </w:r>
    </w:p>
    <w:p>
      <w:r>
        <w:br/>
        <w:t>КАССАНДРА</w:t>
      </w:r>
    </w:p>
    <w:p>
      <w:r>
        <w:br/>
        <w:t>Строфа</w:t>
      </w:r>
    </w:p>
    <w:p>
      <w:r>
        <w:br/>
        <w:t>Світла-но, світла дай!..</w:t>
      </w:r>
    </w:p>
    <w:p>
      <w:r>
        <w:br/>
        <w:t>Вище!.. Сюди світи!..</w:t>
      </w:r>
    </w:p>
    <w:p>
      <w:r>
        <w:br/>
        <w:t>Ось так… Ось так!..</w:t>
      </w:r>
    </w:p>
    <w:p>
      <w:r>
        <w:br/>
        <w:t>310] Хай заясніє храм!</w:t>
      </w:r>
    </w:p>
    <w:p>
      <w:r>
        <w:br/>
        <w:t>Гіменею, володарю мій!</w:t>
      </w:r>
    </w:p>
    <w:p>
      <w:r>
        <w:br/>
        <w:t>Ось він, щасливий жених!</w:t>
      </w:r>
    </w:p>
    <w:p>
      <w:r>
        <w:br/>
        <w:t>Щастя й мене, молоду, —</w:t>
      </w:r>
    </w:p>
    <w:p>
      <w:r>
        <w:br/>
        <w:t>Ложе владарське — жде!</w:t>
      </w:r>
    </w:p>
    <w:p>
      <w:r>
        <w:br/>
        <w:t>До шлюбу стану в Аргосі,</w:t>
      </w:r>
    </w:p>
    <w:p>
      <w:r>
        <w:br/>
        <w:t>Гіменею, володарю мій!</w:t>
      </w:r>
    </w:p>
    <w:p>
      <w:r>
        <w:br/>
        <w:t>І поки, ненько, тужно голосячи,</w:t>
      </w:r>
    </w:p>
    <w:p>
      <w:r>
        <w:br/>
        <w:t>Ти і за батьком тут,</w:t>
      </w:r>
    </w:p>
    <w:p>
      <w:r>
        <w:br/>
        <w:t>І за вітчизною,</w:t>
      </w:r>
    </w:p>
    <w:p>
      <w:r>
        <w:br/>
        <w:t>320] Що мила серцю, сльози ллєш, —</w:t>
      </w:r>
    </w:p>
    <w:p>
      <w:r>
        <w:br/>
        <w:t>То я, святкуючи свій шлюб,</w:t>
      </w:r>
    </w:p>
    <w:p>
      <w:r>
        <w:br/>
        <w:t>Вогні свічу весільні,</w:t>
      </w:r>
    </w:p>
    <w:p>
      <w:r>
        <w:br/>
        <w:t>Хай блиск ген — до зір б'є</w:t>
      </w:r>
    </w:p>
    <w:p>
      <w:r>
        <w:br/>
        <w:t>На твою, Гіменею, честь!</w:t>
      </w:r>
    </w:p>
    <w:p>
      <w:r>
        <w:br/>
        <w:t>Ще й ти світлом осяй, Гекато нічна, [210]</w:t>
      </w:r>
    </w:p>
    <w:p>
      <w:r>
        <w:br/>
        <w:t>Як і годиться,</w:t>
      </w:r>
    </w:p>
    <w:p>
      <w:r>
        <w:br/>
        <w:t>Діви чистої ложе!</w:t>
      </w:r>
    </w:p>
    <w:p>
      <w:r>
        <w:br/>
        <w:t>Антистрофа</w:t>
      </w:r>
    </w:p>
    <w:p>
      <w:r>
        <w:br/>
        <w:t>Вище ногою змах!</w:t>
      </w:r>
    </w:p>
    <w:p>
      <w:r>
        <w:br/>
        <w:t>Вихором хор веди!</w:t>
      </w:r>
    </w:p>
    <w:p>
      <w:r>
        <w:br/>
        <w:t>330] Евой! Евой!..</w:t>
      </w:r>
    </w:p>
    <w:p>
      <w:r>
        <w:br/>
        <w:t>Як у щасливі дні,</w:t>
      </w:r>
    </w:p>
    <w:p>
      <w:r>
        <w:br/>
        <w:t>Коли славний мій батько ще жив.</w:t>
      </w:r>
    </w:p>
    <w:p>
      <w:r>
        <w:br/>
        <w:t>Танцем священним цим,</w:t>
      </w:r>
    </w:p>
    <w:p>
      <w:r>
        <w:br/>
        <w:t>Фебе, ти сам покеруй!</w:t>
      </w:r>
    </w:p>
    <w:p>
      <w:r>
        <w:br/>
        <w:t>Я — послужу тобі</w:t>
      </w:r>
    </w:p>
    <w:p>
      <w:r>
        <w:br/>
        <w:t>У храмі, лавром вінчанім,</w:t>
      </w:r>
    </w:p>
    <w:p>
      <w:r>
        <w:br/>
        <w:t>Гіменею, володарю мій!</w:t>
      </w:r>
    </w:p>
    <w:p>
      <w:r>
        <w:br/>
        <w:t>Танцюй же, мати! Землю стопою в лад</w:t>
      </w:r>
    </w:p>
    <w:p>
      <w:r>
        <w:br/>
        <w:t>Легко вдаряючи,</w:t>
      </w:r>
    </w:p>
    <w:p>
      <w:r>
        <w:br/>
        <w:t>340] Слідом за мною ти</w:t>
      </w:r>
    </w:p>
    <w:p>
      <w:r>
        <w:br/>
        <w:t>У мірнім танці вихиляйсь.</w:t>
      </w:r>
    </w:p>
    <w:p>
      <w:r>
        <w:br/>
        <w:t>Гукайте ж: Гіменею, гей!</w:t>
      </w:r>
    </w:p>
    <w:p>
      <w:r>
        <w:br/>
        <w:t>Вітайте наречену,</w:t>
      </w:r>
    </w:p>
    <w:p>
      <w:r>
        <w:br/>
        <w:t>Хвалу їй співайте.</w:t>
      </w:r>
    </w:p>
    <w:p>
      <w:r>
        <w:br/>
        <w:t>Ви ж, дівчата-фрігіянки</w:t>
      </w:r>
    </w:p>
    <w:p>
      <w:r>
        <w:br/>
        <w:t>Святково вбрані! Прославте того,</w:t>
      </w:r>
    </w:p>
    <w:p>
      <w:r>
        <w:br/>
        <w:t>З ким мені доля</w:t>
      </w:r>
    </w:p>
    <w:p>
      <w:r>
        <w:br/>
        <w:t>Нині побратись веліла.</w:t>
      </w:r>
    </w:p>
    <w:p>
      <w:r>
        <w:br/>
        <w:t>ХОР</w:t>
      </w:r>
    </w:p>
    <w:p>
      <w:r>
        <w:br/>
        <w:t>Не думаєш, владарко, зупинить її,</w:t>
      </w:r>
    </w:p>
    <w:p>
      <w:r>
        <w:br/>
        <w:t>350] Шалену? Ще в ахейський табір кинеться!</w:t>
      </w:r>
    </w:p>
    <w:p>
      <w:r>
        <w:br/>
        <w:t>ГЕКАБА</w:t>
      </w:r>
    </w:p>
    <w:p>
      <w:r>
        <w:br/>
        <w:t>Вогнем своїм, Гефесте, дні весільні ти</w:t>
      </w:r>
    </w:p>
    <w:p>
      <w:r>
        <w:br/>
        <w:t>Освітлюєш, а нині — радше похорон.</w:t>
      </w:r>
    </w:p>
    <w:p>
      <w:r>
        <w:br/>
        <w:t>Такі були надії!.. Ой, не думалось,</w:t>
      </w:r>
    </w:p>
    <w:p>
      <w:r>
        <w:br/>
        <w:t>Що під аргоським списом, полонянкою,</w:t>
      </w:r>
    </w:p>
    <w:p>
      <w:r>
        <w:br/>
        <w:t>Колись ітимеш заміж, моя доненько!..</w:t>
      </w:r>
    </w:p>
    <w:p>
      <w:r>
        <w:br/>
        <w:t>Віддай мені свій факел: не несеш його —</w:t>
      </w:r>
    </w:p>
    <w:p>
      <w:r>
        <w:br/>
        <w:t>Наосліп ринеш; як була нестямною —</w:t>
      </w:r>
    </w:p>
    <w:p>
      <w:r>
        <w:br/>
        <w:t>Такою, бачу, все ще залишаєшся.</w:t>
      </w:r>
    </w:p>
    <w:p>
      <w:r>
        <w:br/>
        <w:t>Внесіть же смолоскипи! Не до співу тут</w:t>
      </w:r>
    </w:p>
    <w:p>
      <w:r>
        <w:br/>
        <w:t>360] Весільного, троянки, — слізьми вмийтеся!</w:t>
      </w:r>
    </w:p>
    <w:p>
      <w:r>
        <w:br/>
        <w:t>КАССАНДРА</w:t>
      </w:r>
    </w:p>
    <w:p>
      <w:r>
        <w:br/>
        <w:t>Перемогла я, ненько! Тож чоло моє</w:t>
      </w:r>
    </w:p>
    <w:p>
      <w:r>
        <w:br/>
        <w:t>Вінчай і шлюбом утішайсь володарським!</w:t>
      </w:r>
    </w:p>
    <w:p>
      <w:r>
        <w:br/>
        <w:t>Веди ж мене, а раптом опиратимусь —</w:t>
      </w:r>
    </w:p>
    <w:p>
      <w:r>
        <w:br/>
        <w:t>Жени. Коли на небі Локсій є-таки,</w:t>
      </w:r>
    </w:p>
    <w:p>
      <w:r>
        <w:br/>
        <w:t>То вождь ахейців, Агамемнон, матиме</w:t>
      </w:r>
    </w:p>
    <w:p>
      <w:r>
        <w:br/>
        <w:t>Жону ще гіршу, ніж Єлена-зрадниця.</w:t>
      </w:r>
    </w:p>
    <w:p>
      <w:r>
        <w:br/>
        <w:t>Уб'ю зухвальця, розметаю дім його, [211]</w:t>
      </w:r>
    </w:p>
    <w:p>
      <w:r>
        <w:br/>
        <w:t>За батька й за братів своїх помстившися.</w:t>
      </w:r>
    </w:p>
    <w:p>
      <w:r>
        <w:br/>
        <w:t>Про інше змовчу: про топір, що з розмаху</w:t>
      </w:r>
    </w:p>
    <w:p>
      <w:r>
        <w:br/>
        <w:t>370] Мені вженеться в шию, й не мені лише;</w:t>
      </w:r>
    </w:p>
    <w:p>
      <w:r>
        <w:br/>
        <w:t>Про вбивство неньки — мого шлюбу наслідок,</w:t>
      </w:r>
    </w:p>
    <w:p>
      <w:r>
        <w:br/>
        <w:t>Про рід Атрея, що безслідно згине весь…</w:t>
      </w:r>
    </w:p>
    <w:p>
      <w:r>
        <w:br/>
        <w:t>Додам, що Трої більше щастя випало,</w:t>
      </w:r>
    </w:p>
    <w:p>
      <w:r>
        <w:br/>
        <w:t>Аніж ахейцям, — не настільки шал мене</w:t>
      </w:r>
    </w:p>
    <w:p>
      <w:r>
        <w:br/>
        <w:t>Вповив, щоб я в прийдешнє не проглянула, —</w:t>
      </w:r>
    </w:p>
    <w:p>
      <w:r>
        <w:br/>
        <w:t>Через одну лиш жінку, через хіть її,</w:t>
      </w:r>
    </w:p>
    <w:p>
      <w:r>
        <w:br/>
        <w:t>Через Єлену — стількома пожертвувать!..</w:t>
      </w:r>
    </w:p>
    <w:p>
      <w:r>
        <w:br/>
        <w:t>А вождь — і де ж той розум? — за ненависне</w:t>
      </w:r>
    </w:p>
    <w:p>
      <w:r>
        <w:br/>
        <w:t>Віддав щонаймиліше: дітьми, затишком</w:t>
      </w:r>
    </w:p>
    <w:p>
      <w:r>
        <w:br/>
        <w:t>380] Він брату поступився — через жінку ту,</w:t>
      </w:r>
    </w:p>
    <w:p>
      <w:r>
        <w:br/>
        <w:t>Яка себе так радо дала викрасти!..</w:t>
      </w:r>
    </w:p>
    <w:p>
      <w:r>
        <w:br/>
        <w:t>На берегах Скамандра свою смерть вони</w:t>
      </w:r>
    </w:p>
    <w:p>
      <w:r>
        <w:br/>
        <w:t>Знайшли — не в обороні краю рідного,</w:t>
      </w:r>
    </w:p>
    <w:p>
      <w:r>
        <w:br/>
        <w:t>Твердинь високовежних. їх Арес побив —</w:t>
      </w:r>
    </w:p>
    <w:p>
      <w:r>
        <w:br/>
        <w:t>І діток не побачать; тіла саваном</w:t>
      </w:r>
    </w:p>
    <w:p>
      <w:r>
        <w:br/>
        <w:t>їм не обгорнуть жони — у землі чужій</w:t>
      </w:r>
    </w:p>
    <w:p>
      <w:r>
        <w:br/>
        <w:t>Лежать. Та й на вітчизні не відрадніше:</w:t>
      </w:r>
    </w:p>
    <w:p>
      <w:r>
        <w:br/>
        <w:t>Ті — вдовами померли; ці — самотні вже,</w:t>
      </w:r>
    </w:p>
    <w:p>
      <w:r>
        <w:br/>
        <w:t>Хоч і ростили діток; над могилкою</w:t>
      </w:r>
    </w:p>
    <w:p>
      <w:r>
        <w:br/>
        <w:t>390] Узлити кров жертовну буде нікому.</w:t>
      </w:r>
    </w:p>
    <w:p>
      <w:r>
        <w:br/>
        <w:t>Хвали такої справді заслужив похід.</w:t>
      </w:r>
    </w:p>
    <w:p>
      <w:r>
        <w:br/>
        <w:t>А про гидке помовчу; красномовності</w:t>
      </w:r>
    </w:p>
    <w:p>
      <w:r>
        <w:br/>
        <w:t>В ганебній речі муза хай не дасть мені.</w:t>
      </w:r>
    </w:p>
    <w:p>
      <w:r>
        <w:br/>
        <w:t>Троянці ж — світ не знає слави вищої —</w:t>
      </w:r>
    </w:p>
    <w:p>
      <w:r>
        <w:br/>
        <w:t>Померли за вітчизну. Списом пройнятих</w:t>
      </w:r>
    </w:p>
    <w:p>
      <w:r>
        <w:br/>
        <w:t>Відносили додому друзі мертвими:</w:t>
      </w:r>
    </w:p>
    <w:p>
      <w:r>
        <w:br/>
        <w:t>Оплаканих своїми, як і слід було,</w:t>
      </w:r>
    </w:p>
    <w:p>
      <w:r>
        <w:br/>
        <w:t>Земля їх окривала рідна, батьківська.</w:t>
      </w:r>
    </w:p>
    <w:p>
      <w:r>
        <w:br/>
        <w:t>А ті з фрігійців, що в бою не впали ще,</w:t>
      </w:r>
    </w:p>
    <w:p>
      <w:r>
        <w:br/>
        <w:t>400] Весь час бували дома — з дітьми, жонами,</w:t>
      </w:r>
    </w:p>
    <w:p>
      <w:r>
        <w:br/>
        <w:t>Чого ахейський воїн був позбавлений.</w:t>
      </w:r>
    </w:p>
    <w:p>
      <w:r>
        <w:br/>
        <w:t>За Ректором сумуєш. А послухай-но:</w:t>
      </w:r>
    </w:p>
    <w:p>
      <w:r>
        <w:br/>
        <w:t>Як воїн наймужніший в поєдинку впав,</w:t>
      </w:r>
    </w:p>
    <w:p>
      <w:r>
        <w:br/>
        <w:t>І то через ахейців, що пішли на нас:</w:t>
      </w:r>
    </w:p>
    <w:p>
      <w:r>
        <w:br/>
        <w:t>Сиділи б дома — спала б мужність Ректора.</w:t>
      </w:r>
    </w:p>
    <w:p>
      <w:r>
        <w:br/>
        <w:t>Паріс взяв доньку Зевса; якби іншу взяв —</w:t>
      </w:r>
    </w:p>
    <w:p>
      <w:r>
        <w:br/>
        <w:t>Нікому не відомих мав би родичів.</w:t>
      </w:r>
    </w:p>
    <w:p>
      <w:r>
        <w:br/>
        <w:t>Отож розумний хай війни сторониться,</w:t>
      </w:r>
    </w:p>
    <w:p>
      <w:r>
        <w:br/>
        <w:t>А почалась — за край свій хай життя кладе:</w:t>
      </w:r>
    </w:p>
    <w:p>
      <w:r>
        <w:br/>
        <w:t>410] Такому — слава; сором — боязливому.</w:t>
      </w:r>
    </w:p>
    <w:p>
      <w:r>
        <w:br/>
        <w:t>Тож ні вітчизни не оплакуй, матінко,</w:t>
      </w:r>
    </w:p>
    <w:p>
      <w:r>
        <w:br/>
        <w:t>Ні мого шлюбу: всіх, котрі ненависні</w:t>
      </w:r>
    </w:p>
    <w:p>
      <w:r>
        <w:br/>
        <w:t>Мені й тобі, заміжжям цим я вигублю.</w:t>
      </w:r>
    </w:p>
    <w:p>
      <w:r>
        <w:br/>
        <w:t>ПРОВІДНИЦЯ ХОРУ</w:t>
      </w:r>
    </w:p>
    <w:p>
      <w:r>
        <w:br/>
        <w:t>Своє ж домашнє горе ти на сміх береш,</w:t>
      </w:r>
    </w:p>
    <w:p>
      <w:r>
        <w:br/>
        <w:t>А віщування, ой, навряд чи сповниться! [212]</w:t>
      </w:r>
    </w:p>
    <w:p>
      <w:r>
        <w:br/>
        <w:t>ТАЛФІБІЙ</w:t>
      </w:r>
    </w:p>
    <w:p>
      <w:r>
        <w:br/>
        <w:t>Якби сам Локсій шалом не вразив тебе,</w:t>
      </w:r>
    </w:p>
    <w:p>
      <w:r>
        <w:br/>
        <w:t>То ти безкарно не могла б вождів моїх</w:t>
      </w:r>
    </w:p>
    <w:p>
      <w:r>
        <w:br/>
        <w:t>Такими от словами. виряджать відсіль.</w:t>
      </w:r>
    </w:p>
    <w:p>
      <w:r>
        <w:br/>
        <w:t>Хто славен і розумний лиш в очах людей,</w:t>
      </w:r>
    </w:p>
    <w:p>
      <w:r>
        <w:br/>
        <w:t>420] Такий нічим не кращий від нікчемного:</w:t>
      </w:r>
    </w:p>
    <w:p>
      <w:r>
        <w:br/>
        <w:t>Ось той найвищий владар усееллінський,</w:t>
      </w:r>
    </w:p>
    <w:p>
      <w:r>
        <w:br/>
        <w:t>Атрея син, не іншу, лиш нестямну цю</w:t>
      </w:r>
    </w:p>
    <w:p>
      <w:r>
        <w:br/>
        <w:t>Облюбував, Кассандру. Хоч і вбогий я,</w:t>
      </w:r>
    </w:p>
    <w:p>
      <w:r>
        <w:br/>
        <w:t>На шлюб такий нізащо б не погодився.</w:t>
      </w:r>
    </w:p>
    <w:p>
      <w:r>
        <w:br/>
        <w:t>А ти — я ж бачу: розум твій затьмарений, —</w:t>
      </w:r>
    </w:p>
    <w:p>
      <w:r>
        <w:br/>
        <w:t>Пускай слова на вітер: земляків хвали,</w:t>
      </w:r>
    </w:p>
    <w:p>
      <w:r>
        <w:br/>
        <w:t>Клени — аргосців. Але все ж пора тобі</w:t>
      </w:r>
    </w:p>
    <w:p>
      <w:r>
        <w:br/>
        <w:t>До суден. Гарна пара для володаря!..</w:t>
      </w:r>
    </w:p>
    <w:p>
      <w:r>
        <w:br/>
        <w:t>А ти, як тільки син Лаерта знак подасть,</w:t>
      </w:r>
    </w:p>
    <w:p>
      <w:r>
        <w:br/>
        <w:t>430] Гекабо, підеш. Чесній слугуватимеш —</w:t>
      </w:r>
    </w:p>
    <w:p>
      <w:r>
        <w:br/>
        <w:t>Це скаже кожен, хто на Трою вирушив.</w:t>
      </w:r>
    </w:p>
    <w:p>
      <w:r>
        <w:br/>
        <w:t>КАССАНДРА</w:t>
      </w:r>
    </w:p>
    <w:p>
      <w:r>
        <w:br/>
        <w:t>А раб — рабом! Чи ж варто називати їх</w:t>
      </w:r>
    </w:p>
    <w:p>
      <w:r>
        <w:br/>
        <w:t>Окличниками? Весь же люд ненавидить</w:t>
      </w:r>
    </w:p>
    <w:p>
      <w:r>
        <w:br/>
        <w:t>Підручного державців та володарів!</w:t>
      </w:r>
    </w:p>
    <w:p>
      <w:r>
        <w:br/>
        <w:t>Сказав ти ось, що мати в Одіссеїв дім</w:t>
      </w:r>
    </w:p>
    <w:p>
      <w:r>
        <w:br/>
        <w:t>Рабинею увійде. Як же ж буть тоді</w:t>
      </w:r>
    </w:p>
    <w:p>
      <w:r>
        <w:br/>
        <w:t>З пророцтвом Феба? Тут їй вмерти суджено.</w:t>
      </w:r>
    </w:p>
    <w:p>
      <w:r>
        <w:br/>
        <w:t>Промовчу вже про інше: сором мовити.</w:t>
      </w:r>
    </w:p>
    <w:p>
      <w:r>
        <w:br/>
        <w:t>Нещасний! Він не знає, що то жде його!</w:t>
      </w:r>
    </w:p>
    <w:p>
      <w:r>
        <w:br/>
        <w:t>440] Мої і всіх фрігійців муки золотом</w:t>
      </w:r>
    </w:p>
    <w:p>
      <w:r>
        <w:br/>
        <w:t>Назве: додавши до десятка ще один</w:t>
      </w:r>
    </w:p>
    <w:p>
      <w:r>
        <w:br/>
        <w:t>Десяток років, сам додому вернеться.</w:t>
      </w:r>
    </w:p>
    <w:p>
      <w:r>
        <w:br/>
        <w:t>Та перед тим — Харібда буде спінена</w:t>
      </w:r>
    </w:p>
    <w:p>
      <w:r>
        <w:br/>
        <w:t>Між скель; Кіклоп, що м'ясо їсть невареним</w:t>
      </w:r>
    </w:p>
    <w:p>
      <w:r>
        <w:br/>
        <w:t>У диких горах; Кірка — на свиней вона</w:t>
      </w:r>
    </w:p>
    <w:p>
      <w:r>
        <w:br/>
        <w:t>Мандрівців обертає; лютий моря гнів;</w:t>
      </w:r>
    </w:p>
    <w:p>
      <w:r>
        <w:br/>
        <w:t>Звабливий лотос; ще телиці сонячні,</w:t>
      </w:r>
    </w:p>
    <w:p>
      <w:r>
        <w:br/>
        <w:t>Що так неждано голос подадуть колись</w:t>
      </w:r>
    </w:p>
    <w:p>
      <w:r>
        <w:br/>
        <w:t>Гіркий для Одіссея… Скажу коротко:</w:t>
      </w:r>
    </w:p>
    <w:p>
      <w:r>
        <w:br/>
        <w:t>450] Живим в Аїд подасться; хвиль уникнувши,</w:t>
      </w:r>
    </w:p>
    <w:p>
      <w:r>
        <w:br/>
        <w:t>Застане в своїм домі безліч бід нових.</w:t>
      </w:r>
    </w:p>
    <w:p>
      <w:r>
        <w:br/>
        <w:t>Але що про Одіссея довго тут розводжуся?</w:t>
      </w:r>
    </w:p>
    <w:p>
      <w:r>
        <w:br/>
        <w:t>Ну, йдемо! Спішу в Аїді шлюб узяти з женихом.</w:t>
      </w:r>
    </w:p>
    <w:p>
      <w:r>
        <w:br/>
        <w:t>Злу людину — зле схоронять: не при дні — вночі тебе</w:t>
      </w:r>
    </w:p>
    <w:p>
      <w:r>
        <w:br/>
        <w:t>Вожака данайців, кинуть — що ж то з тих твоїх пишнот?</w:t>
      </w:r>
    </w:p>
    <w:p>
      <w:r>
        <w:br/>
        <w:t>І мене на той же паділ — труп оголений — жбурнуть,</w:t>
      </w:r>
    </w:p>
    <w:p>
      <w:r>
        <w:br/>
        <w:t>Де потік бурлить похмурий, при могилі жениха,</w:t>
      </w:r>
    </w:p>
    <w:p>
      <w:r>
        <w:br/>
        <w:t>Щоб голодний ворон очі жриці Фебовій склював.</w:t>
      </w:r>
    </w:p>
    <w:p>
      <w:r>
        <w:br/>
        <w:t>О стрічки мої пророчі, наймилішого з богів</w:t>
      </w:r>
    </w:p>
    <w:p>
      <w:r>
        <w:br/>
        <w:t>460] Дар солодкий! Свят чудових більш мені не святкувать.</w:t>
      </w:r>
    </w:p>
    <w:p>
      <w:r>
        <w:br/>
        <w:t>Я зриваю вас — прощайте! — поки тіло чисте ще, —</w:t>
      </w:r>
    </w:p>
    <w:p>
      <w:r>
        <w:br/>
        <w:t>З вітром хай летять до тебе, віщувань володарю! [213]</w:t>
      </w:r>
    </w:p>
    <w:p>
      <w:r>
        <w:br/>
        <w:t>Де судно вождя? Куди я, полонянка, маю йти?</w:t>
      </w:r>
    </w:p>
    <w:p>
      <w:r>
        <w:br/>
        <w:t>Вже тобі не доведеться ждать на подув ходовий:</w:t>
      </w:r>
    </w:p>
    <w:p>
      <w:r>
        <w:br/>
        <w:t>Ти ж одну із трьох Еріній з цього краю повезеш!</w:t>
      </w:r>
    </w:p>
    <w:p>
      <w:r>
        <w:br/>
        <w:t>Прощавай же, моя ненько! Сліз не лий. О краю мій!</w:t>
      </w:r>
    </w:p>
    <w:p>
      <w:r>
        <w:br/>
        <w:t>О брати, що під землею! Найдорожчий батьку наш!</w:t>
      </w:r>
    </w:p>
    <w:p>
      <w:r>
        <w:br/>
        <w:t>Скоро стрінемось: між мертвих — переможниця з'явлюсь,</w:t>
      </w:r>
    </w:p>
    <w:p>
      <w:r>
        <w:br/>
        <w:t>Розметавши дім Атрідів, що зігнали з світу нас.</w:t>
      </w:r>
    </w:p>
    <w:p>
      <w:r>
        <w:br/>
        <w:t>Талфібій відводить Кассандру.</w:t>
      </w:r>
    </w:p>
    <w:p>
      <w:r>
        <w:br/>
        <w:t>ПРОВІДНИЦЯ ХОРУ</w:t>
      </w:r>
    </w:p>
    <w:p>
      <w:r>
        <w:br/>
        <w:t>470] Гей ви, хто при Гекабі! Чи не бачите?</w:t>
      </w:r>
    </w:p>
    <w:p>
      <w:r>
        <w:br/>
        <w:t>Старенька он безмовно на землі лежить.</w:t>
      </w:r>
    </w:p>
    <w:p>
      <w:r>
        <w:br/>
        <w:t>Не подасте руки їй? Так і кинете,</w:t>
      </w:r>
    </w:p>
    <w:p>
      <w:r>
        <w:br/>
        <w:t>Лінуючись? Не стійте ж, підніміть її!</w:t>
      </w:r>
    </w:p>
    <w:p>
      <w:r>
        <w:br/>
        <w:t>ГЕКАБА</w:t>
      </w:r>
    </w:p>
    <w:p>
      <w:r>
        <w:br/>
        <w:t>Лишіть мене! Немиле — хоч ви що робіть —</w:t>
      </w:r>
    </w:p>
    <w:p>
      <w:r>
        <w:br/>
        <w:t>Немилим буде. Хто б не похиливсь під тим,</w:t>
      </w:r>
    </w:p>
    <w:p>
      <w:r>
        <w:br/>
        <w:t>Що я терплю, терпіла й ще терпітиму?</w:t>
      </w:r>
    </w:p>
    <w:p>
      <w:r>
        <w:br/>
        <w:t>Боги! — поганих закликаю спільників —</w:t>
      </w:r>
    </w:p>
    <w:p>
      <w:r>
        <w:br/>
        <w:t>Та вже так повелося, що благати вас</w:t>
      </w:r>
    </w:p>
    <w:p>
      <w:r>
        <w:br/>
        <w:t>Усяк спішить, як тільки лихо трапиться.</w:t>
      </w:r>
    </w:p>
    <w:p>
      <w:r>
        <w:br/>
        <w:t>480] Про щастя своє спершу пару слів скажу,</w:t>
      </w:r>
    </w:p>
    <w:p>
      <w:r>
        <w:br/>
        <w:t>Бо це мені, нещасній, співчуття додасть.</w:t>
      </w:r>
    </w:p>
    <w:p>
      <w:r>
        <w:br/>
        <w:t>Володарка — пішла я за володаря</w:t>
      </w:r>
    </w:p>
    <w:p>
      <w:r>
        <w:br/>
        <w:t>І діток незрівнянних привела йому,</w:t>
      </w:r>
    </w:p>
    <w:p>
      <w:r>
        <w:br/>
        <w:t>Не так числом їх горда — благородністю.</w:t>
      </w:r>
    </w:p>
    <w:p>
      <w:r>
        <w:br/>
        <w:t>Такими ні троянка не похвалиться,</w:t>
      </w:r>
    </w:p>
    <w:p>
      <w:r>
        <w:br/>
        <w:t>Ні еллінка, ні інша — із країв чужих.</w:t>
      </w:r>
    </w:p>
    <w:p>
      <w:r>
        <w:br/>
        <w:t>їх — бачила я — спис повергнув еллінський,</w:t>
      </w:r>
    </w:p>
    <w:p>
      <w:r>
        <w:br/>
        <w:t>На їх могилі я обстригла голову.</w:t>
      </w:r>
    </w:p>
    <w:p>
      <w:r>
        <w:br/>
        <w:t>Й Пріама-батька, не переказ чуючи,</w:t>
      </w:r>
    </w:p>
    <w:p>
      <w:r>
        <w:br/>
        <w:t>490] Оплакала я: впав він на очах моїх,</w:t>
      </w:r>
    </w:p>
    <w:p>
      <w:r>
        <w:br/>
        <w:t>Скривавлений, при вівтарі Хранителя;</w:t>
      </w:r>
    </w:p>
    <w:p>
      <w:r>
        <w:br/>
        <w:t>Упала й Троя. Виплекала й дочок я,</w:t>
      </w:r>
    </w:p>
    <w:p>
      <w:r>
        <w:br/>
        <w:t>Щоб женихам найкращим були парами, —</w:t>
      </w:r>
    </w:p>
    <w:p>
      <w:r>
        <w:br/>
        <w:t>Для чужини плекала: одірвали їх</w:t>
      </w:r>
    </w:p>
    <w:p>
      <w:r>
        <w:br/>
        <w:t>Від неньки; не надіюсь, що мене колись</w:t>
      </w:r>
    </w:p>
    <w:p>
      <w:r>
        <w:br/>
        <w:t>Побачать, та й мені вже їх не бачити!</w:t>
      </w:r>
    </w:p>
    <w:p>
      <w:r>
        <w:br/>
        <w:t>І ще ось наостанку — всіх нещасть вінець:</w:t>
      </w:r>
    </w:p>
    <w:p>
      <w:r>
        <w:br/>
        <w:t>В Елладу, сива служка, попливу тепер…</w:t>
      </w:r>
    </w:p>
    <w:p>
      <w:r>
        <w:br/>
        <w:t>Усе, що старшій жінці аж ніяк не йде,</w:t>
      </w:r>
    </w:p>
    <w:p>
      <w:r>
        <w:br/>
        <w:t>500] На плечі мої звалять: чи замків дверних</w:t>
      </w:r>
    </w:p>
    <w:p>
      <w:r>
        <w:br/>
        <w:t>Я пильнувати буду — мати Гектора,</w:t>
      </w:r>
    </w:p>
    <w:p>
      <w:r>
        <w:br/>
        <w:t>Чи хліб пекти. Не в постіль, гідну владарки,</w:t>
      </w:r>
    </w:p>
    <w:p>
      <w:r>
        <w:br/>
        <w:t>До сну лиш на долівку голу кластимусь,</w:t>
      </w:r>
    </w:p>
    <w:p>
      <w:r>
        <w:br/>
        <w:t>А під боки зболілі підкладатиму</w:t>
      </w:r>
    </w:p>
    <w:p>
      <w:r>
        <w:br/>
        <w:t>Старого лаття. Було щастя — сором жде.</w:t>
      </w:r>
    </w:p>
    <w:p>
      <w:r>
        <w:br/>
        <w:t>О горе! Через жінку, через шлюб один</w:t>
      </w:r>
    </w:p>
    <w:p>
      <w:r>
        <w:br/>
        <w:t>Я стільки настраждалась і страждатиму!</w:t>
      </w:r>
    </w:p>
    <w:p>
      <w:r>
        <w:br/>
        <w:t>Кассандро, доню! Шал з богами ділячи, [214]</w:t>
      </w:r>
    </w:p>
    <w:p>
      <w:r>
        <w:br/>
        <w:t>За дівування платиш, ой, як дорого!..</w:t>
      </w:r>
    </w:p>
    <w:p>
      <w:r>
        <w:br/>
        <w:t>510] А Поліксена… Де ти, безталаннице?..</w:t>
      </w:r>
    </w:p>
    <w:p>
      <w:r>
        <w:br/>
        <w:t>Ні доні побіч, ані сина жодного,</w:t>
      </w:r>
    </w:p>
    <w:p>
      <w:r>
        <w:br/>
        <w:t>Хоча було їх стільки, хто б підняв мене.</w:t>
      </w:r>
    </w:p>
    <w:p>
      <w:r>
        <w:br/>
        <w:t>А втім, навіщо?.. Чи на щось надіюся?..</w:t>
      </w:r>
    </w:p>
    <w:p>
      <w:r>
        <w:br/>
        <w:t>Спрямуйте ж мої стопи, вже невільницькі,</w:t>
      </w:r>
    </w:p>
    <w:p>
      <w:r>
        <w:br/>
        <w:t>Недавно — ніжні, Троя б це посвідчила,</w:t>
      </w:r>
    </w:p>
    <w:p>
      <w:r>
        <w:br/>
        <w:t>Спрямуйте-но до кручі: там, наплакавшись,</w:t>
      </w:r>
    </w:p>
    <w:p>
      <w:r>
        <w:br/>
        <w:t>У прірву кинусь… Хоч би як велось кому —</w:t>
      </w:r>
    </w:p>
    <w:p>
      <w:r>
        <w:br/>
        <w:t>Поки не вмер, — не майте за щасливого.</w:t>
      </w:r>
    </w:p>
    <w:p>
      <w:r>
        <w:br/>
        <w:t>СТАСИМ ПЕРШИЙ</w:t>
      </w:r>
    </w:p>
    <w:p>
      <w:r>
        <w:br/>
        <w:t>ХОР</w:t>
      </w:r>
    </w:p>
    <w:p>
      <w:r>
        <w:br/>
        <w:t>Строфа</w:t>
      </w:r>
    </w:p>
    <w:p>
      <w:r>
        <w:br/>
        <w:t>Про Іліон мені пісню,</w:t>
      </w:r>
    </w:p>
    <w:p>
      <w:r>
        <w:br/>
        <w:t>520] Музо, нову нашепчи,</w:t>
      </w:r>
    </w:p>
    <w:p>
      <w:r>
        <w:br/>
        <w:t>Пісню, сповнену сліз,</w:t>
      </w:r>
    </w:p>
    <w:p>
      <w:r>
        <w:br/>
        <w:t>Виснуй з серця, жалобну —</w:t>
      </w:r>
    </w:p>
    <w:p>
      <w:r>
        <w:br/>
        <w:t>Співом-зойком озвусь</w:t>
      </w:r>
    </w:p>
    <w:p>
      <w:r>
        <w:br/>
        <w:t>Нині про Трою.</w:t>
      </w:r>
    </w:p>
    <w:p>
      <w:r>
        <w:br/>
        <w:t>Ті, що в повозі чотириногому, —</w:t>
      </w:r>
    </w:p>
    <w:p>
      <w:r>
        <w:br/>
        <w:t>Збройні аргосці — мене</w:t>
      </w:r>
    </w:p>
    <w:p>
      <w:r>
        <w:br/>
        <w:t>Повергнули в прах, нещасну:</w:t>
      </w:r>
    </w:p>
    <w:p>
      <w:r>
        <w:br/>
        <w:t>Коня, що бряжчав небосяжно,</w:t>
      </w:r>
    </w:p>
    <w:p>
      <w:r>
        <w:br/>
        <w:t>Блискучого повен оружжя,</w:t>
      </w:r>
    </w:p>
    <w:p>
      <w:r>
        <w:br/>
        <w:t>530] При брамі лишив ахеєць.</w:t>
      </w:r>
    </w:p>
    <w:p>
      <w:r>
        <w:br/>
        <w:t>Тут в один голос гукнув</w:t>
      </w:r>
    </w:p>
    <w:p>
      <w:r>
        <w:br/>
        <w:t>Люд, що на скелі троянській збивсь:</w:t>
      </w:r>
    </w:p>
    <w:p>
      <w:r>
        <w:br/>
        <w:t>"Гей, ви, хто стільки зніс трудів!</w:t>
      </w:r>
    </w:p>
    <w:p>
      <w:r>
        <w:br/>
        <w:t>До Діви, зродженої Зевсом,</w:t>
      </w:r>
    </w:p>
    <w:p>
      <w:r>
        <w:br/>
        <w:t>Ще цю подобу священну втягніть!"</w:t>
      </w:r>
    </w:p>
    <w:p>
      <w:r>
        <w:br/>
        <w:t>Із дому всяк тоді спішив —</w:t>
      </w:r>
    </w:p>
    <w:p>
      <w:r>
        <w:br/>
        <w:t>Дівчата, старці — спів лункий</w:t>
      </w:r>
    </w:p>
    <w:p>
      <w:r>
        <w:br/>
        <w:t>Бринів, дзвенів — приймали</w:t>
      </w:r>
    </w:p>
    <w:p>
      <w:r>
        <w:br/>
        <w:t>В місто цей дар підступний.</w:t>
      </w:r>
    </w:p>
    <w:p>
      <w:r>
        <w:br/>
        <w:t>Антистрофа</w:t>
      </w:r>
    </w:p>
    <w:p>
      <w:r>
        <w:br/>
        <w:t>540] фрігія вся юрбою</w:t>
      </w:r>
    </w:p>
    <w:p>
      <w:r>
        <w:br/>
        <w:t>Збіглась до брами, гула:</w:t>
      </w:r>
    </w:p>
    <w:p>
      <w:r>
        <w:br/>
        <w:t>Збитий з сосен гірських</w:t>
      </w:r>
    </w:p>
    <w:p>
      <w:r>
        <w:br/>
        <w:t>Зруб — для данайців пастку —</w:t>
      </w:r>
    </w:p>
    <w:p>
      <w:r>
        <w:br/>
        <w:t>Прагнули всі піднести</w:t>
      </w:r>
    </w:p>
    <w:p>
      <w:r>
        <w:br/>
        <w:t>Діві безшлюбній —</w:t>
      </w:r>
    </w:p>
    <w:p>
      <w:r>
        <w:br/>
        <w:t>Тій, що кіньми керує безсмертними.</w:t>
      </w:r>
    </w:p>
    <w:p>
      <w:r>
        <w:br/>
        <w:t>Линвами зруб обтягли</w:t>
      </w:r>
    </w:p>
    <w:p>
      <w:r>
        <w:br/>
        <w:t>Й, мов чорний кістяк корабельний, [215]</w:t>
      </w:r>
    </w:p>
    <w:p>
      <w:r>
        <w:br/>
        <w:t>В камінну пропхали оселю,</w:t>
      </w:r>
    </w:p>
    <w:p>
      <w:r>
        <w:br/>
        <w:t>550] Де кров із землі проступала,</w:t>
      </w:r>
    </w:p>
    <w:p>
      <w:r>
        <w:br/>
        <w:t>Й вмістили там — дар Палладі.</w:t>
      </w:r>
    </w:p>
    <w:p>
      <w:r>
        <w:br/>
        <w:t>Втіхами труд увінчавсь;</w:t>
      </w:r>
    </w:p>
    <w:p>
      <w:r>
        <w:br/>
        <w:t>Далі прослалася мла нічна,</w:t>
      </w:r>
    </w:p>
    <w:p>
      <w:r>
        <w:br/>
        <w:t>Лівійська флейта вторила</w:t>
      </w:r>
    </w:p>
    <w:p>
      <w:r>
        <w:br/>
        <w:t>Фрігійській пісні. Діви в танці,</w:t>
      </w:r>
    </w:p>
    <w:p>
      <w:r>
        <w:br/>
        <w:t>Звисока землю стопою б'ючи,</w:t>
      </w:r>
    </w:p>
    <w:p>
      <w:r>
        <w:br/>
        <w:t>Перекликались лунко: "Гей!"</w:t>
      </w:r>
    </w:p>
    <w:p>
      <w:r>
        <w:br/>
        <w:t>В домах же відблиски вогнів</w:t>
      </w:r>
    </w:p>
    <w:p>
      <w:r>
        <w:br/>
        <w:t>У сутінках тонули,</w:t>
      </w:r>
    </w:p>
    <w:p>
      <w:r>
        <w:br/>
        <w:t>560] Сон геть усе долав там.</w:t>
      </w:r>
    </w:p>
    <w:p>
      <w:r>
        <w:br/>
        <w:t>ЕПОД</w:t>
      </w:r>
    </w:p>
    <w:p>
      <w:r>
        <w:br/>
        <w:t>Тоді в покоях діву гір,</w:t>
      </w:r>
    </w:p>
    <w:p>
      <w:r>
        <w:br/>
        <w:t>Безшлюбну Зевсову дочку,</w:t>
      </w:r>
    </w:p>
    <w:p>
      <w:r>
        <w:br/>
        <w:t>Піснями, танцями також</w:t>
      </w:r>
    </w:p>
    <w:p>
      <w:r>
        <w:br/>
        <w:t>Я славила. Та тут жахний</w:t>
      </w:r>
    </w:p>
    <w:p>
      <w:r>
        <w:br/>
        <w:t>Від стін Пергама знявся крик</w:t>
      </w:r>
    </w:p>
    <w:p>
      <w:r>
        <w:br/>
        <w:t>На місто все. До матерів</w:t>
      </w:r>
    </w:p>
    <w:p>
      <w:r>
        <w:br/>
        <w:t>Припали дітки, за поділ</w:t>
      </w:r>
    </w:p>
    <w:p>
      <w:r>
        <w:br/>
        <w:t>Хапались — ляк їх огортав.</w:t>
      </w:r>
    </w:p>
    <w:p>
      <w:r>
        <w:br/>
        <w:t>Паллади виріб — сховок свій —</w:t>
      </w:r>
    </w:p>
    <w:p>
      <w:r>
        <w:br/>
        <w:t>570] Покинув лютий бог війни.</w:t>
      </w:r>
    </w:p>
    <w:p>
      <w:r>
        <w:br/>
        <w:t>Фрігійці падали в крові</w:t>
      </w:r>
    </w:p>
    <w:p>
      <w:r>
        <w:br/>
        <w:t>При вівтарях; розпука жон</w:t>
      </w:r>
    </w:p>
    <w:p>
      <w:r>
        <w:br/>
        <w:t>У спальнях осамітнених</w:t>
      </w:r>
    </w:p>
    <w:p>
      <w:r>
        <w:br/>
        <w:t>Вінцем була для юнаків —</w:t>
      </w:r>
    </w:p>
    <w:p>
      <w:r>
        <w:br/>
        <w:t>Еллади вихованців,</w:t>
      </w:r>
    </w:p>
    <w:p>
      <w:r>
        <w:br/>
        <w:t>Для фрігійців — печаллю.</w:t>
      </w:r>
    </w:p>
    <w:p>
      <w:r>
        <w:br/>
        <w:t>ЕПІСОДІЙ ДРУГИЙ</w:t>
      </w:r>
    </w:p>
    <w:p>
      <w:r>
        <w:br/>
        <w:t>Появляються ма колісниці Андромаха з Астіанактом.</w:t>
      </w:r>
    </w:p>
    <w:p>
      <w:r>
        <w:br/>
        <w:t>ПРОВІДНИЦЯ ХОРУ</w:t>
      </w:r>
    </w:p>
    <w:p>
      <w:r>
        <w:br/>
        <w:t>Андромаху он, бачиш, Гекабо, везуть</w:t>
      </w:r>
    </w:p>
    <w:p>
      <w:r>
        <w:br/>
        <w:t>На чужинському повозі? Астіанакт,</w:t>
      </w:r>
    </w:p>
    <w:p>
      <w:r>
        <w:br/>
        <w:t>Найдорожче дитя її, Ректора син,</w:t>
      </w:r>
    </w:p>
    <w:p>
      <w:r>
        <w:br/>
        <w:t>580] їде з нею — припав до тремтливих грудей.</w:t>
      </w:r>
    </w:p>
    <w:p>
      <w:r>
        <w:br/>
        <w:t>(Звертаючись до Андромахи).</w:t>
      </w:r>
    </w:p>
    <w:p>
      <w:r>
        <w:br/>
        <w:t>Ти куди на високім повозі цім</w:t>
      </w:r>
    </w:p>
    <w:p>
      <w:r>
        <w:br/>
        <w:t>Вирушаєш, нещасна?.. Й Ректора тут</w:t>
      </w:r>
    </w:p>
    <w:p>
      <w:r>
        <w:br/>
        <w:t>Мідносяйне оружжя, і все, що в бою</w:t>
      </w:r>
    </w:p>
    <w:p>
      <w:r>
        <w:br/>
        <w:t>Із полеглих зняли,</w:t>
      </w:r>
    </w:p>
    <w:p>
      <w:r>
        <w:br/>
        <w:t>Чим пишавсь Іліон, чим у Фтії своїй</w:t>
      </w:r>
    </w:p>
    <w:p>
      <w:r>
        <w:br/>
        <w:t>Вівтарі син Ахілла прикрасить. [216]</w:t>
      </w:r>
    </w:p>
    <w:p>
      <w:r>
        <w:br/>
        <w:t>АНДРОМАХА</w:t>
      </w:r>
    </w:p>
    <w:p>
      <w:r>
        <w:br/>
        <w:t>Строфа І</w:t>
      </w:r>
    </w:p>
    <w:p>
      <w:r>
        <w:br/>
        <w:t>Вожді ахейські в чужину провадять.</w:t>
      </w:r>
    </w:p>
    <w:p>
      <w:r>
        <w:br/>
        <w:t>ГЕКАБА</w:t>
      </w:r>
    </w:p>
    <w:p>
      <w:r>
        <w:br/>
        <w:t>Гай-гай!..</w:t>
      </w:r>
    </w:p>
    <w:p>
      <w:r>
        <w:br/>
        <w:t>АНДРОМАХА</w:t>
      </w:r>
    </w:p>
    <w:p>
      <w:r>
        <w:br/>
        <w:t>Ти що? Спів снуєш печальний?</w:t>
      </w:r>
    </w:p>
    <w:p>
      <w:r>
        <w:br/>
        <w:t>ГЕКАБА</w:t>
      </w:r>
    </w:p>
    <w:p>
      <w:r>
        <w:br/>
        <w:t>Ой-ой!..</w:t>
      </w:r>
    </w:p>
    <w:p>
      <w:r>
        <w:br/>
        <w:t>АНДРОМАХА</w:t>
      </w:r>
    </w:p>
    <w:p>
      <w:r>
        <w:br/>
        <w:t>Про жереб мій?..</w:t>
      </w:r>
    </w:p>
    <w:p>
      <w:r>
        <w:br/>
        <w:t>ГЕКАБА</w:t>
      </w:r>
    </w:p>
    <w:p>
      <w:r>
        <w:br/>
        <w:t>О Зевсе!..</w:t>
      </w:r>
    </w:p>
    <w:p>
      <w:r>
        <w:br/>
        <w:t>АНДРОМАХА</w:t>
      </w:r>
    </w:p>
    <w:p>
      <w:r>
        <w:br/>
        <w:t>Про біль важкий?..</w:t>
      </w:r>
    </w:p>
    <w:p>
      <w:r>
        <w:br/>
        <w:t>ГЕКАБА</w:t>
      </w:r>
    </w:p>
    <w:p>
      <w:r>
        <w:br/>
        <w:t>590] ДІТИ!..</w:t>
      </w:r>
    </w:p>
    <w:p>
      <w:r>
        <w:br/>
        <w:t>АНДРОМАХА</w:t>
      </w:r>
    </w:p>
    <w:p>
      <w:r>
        <w:br/>
        <w:t>Були ми дітьми…</w:t>
      </w:r>
    </w:p>
    <w:p>
      <w:r>
        <w:br/>
        <w:t>Антистрофа І</w:t>
      </w:r>
    </w:p>
    <w:p>
      <w:r>
        <w:br/>
        <w:t>ГЕКАБА</w:t>
      </w:r>
    </w:p>
    <w:p>
      <w:r>
        <w:br/>
        <w:t>Пішло все прахом — щастя, Троя наша…</w:t>
      </w:r>
    </w:p>
    <w:p>
      <w:r>
        <w:br/>
        <w:t>АНДРОМАХА</w:t>
      </w:r>
    </w:p>
    <w:p>
      <w:r>
        <w:br/>
        <w:t>Біда!..</w:t>
      </w:r>
    </w:p>
    <w:p>
      <w:r>
        <w:br/>
        <w:t>ГЕКАБА</w:t>
      </w:r>
    </w:p>
    <w:p>
      <w:r>
        <w:br/>
        <w:t>Як жаль діток благородних!..</w:t>
      </w:r>
    </w:p>
    <w:p>
      <w:r>
        <w:br/>
        <w:t>АНДРОМАХА</w:t>
      </w:r>
    </w:p>
    <w:p>
      <w:r>
        <w:br/>
        <w:t>Ой-ой!..</w:t>
      </w:r>
    </w:p>
    <w:p>
      <w:r>
        <w:br/>
        <w:t>ГЕКАБА</w:t>
      </w:r>
    </w:p>
    <w:p>
      <w:r>
        <w:br/>
        <w:t>Гіркі мої…</w:t>
      </w:r>
    </w:p>
    <w:p>
      <w:r>
        <w:br/>
        <w:t>АНДРОМАХА</w:t>
      </w:r>
    </w:p>
    <w:p>
      <w:r>
        <w:br/>
        <w:t>Страждання…</w:t>
      </w:r>
    </w:p>
    <w:p>
      <w:r>
        <w:br/>
        <w:t>ГЕКАБА</w:t>
      </w:r>
    </w:p>
    <w:p>
      <w:r>
        <w:br/>
        <w:t>Печальний день…</w:t>
      </w:r>
    </w:p>
    <w:p>
      <w:r>
        <w:br/>
        <w:t>АНДРОМАХА</w:t>
      </w:r>
    </w:p>
    <w:p>
      <w:r>
        <w:br/>
        <w:t>Трої… [217]</w:t>
      </w:r>
    </w:p>
    <w:p>
      <w:r>
        <w:br/>
        <w:t>ГЕКАБА</w:t>
      </w:r>
    </w:p>
    <w:p>
      <w:r>
        <w:br/>
        <w:t>Що в клубах диму…</w:t>
      </w:r>
    </w:p>
    <w:p>
      <w:r>
        <w:br/>
        <w:t>АНДРОМАХА</w:t>
      </w:r>
    </w:p>
    <w:p>
      <w:r>
        <w:br/>
        <w:t>Строфа II</w:t>
      </w:r>
    </w:p>
    <w:p>
      <w:r>
        <w:br/>
        <w:t>Вернись же, мій муже!..</w:t>
      </w:r>
    </w:p>
    <w:p>
      <w:r>
        <w:br/>
        <w:t>ГЕКАБА</w:t>
      </w:r>
    </w:p>
    <w:p>
      <w:r>
        <w:br/>
        <w:t>Кличеш ти сина мого?..</w:t>
      </w:r>
    </w:p>
    <w:p>
      <w:r>
        <w:br/>
        <w:t>Не тут він — в Аїді.</w:t>
      </w:r>
    </w:p>
    <w:p>
      <w:r>
        <w:br/>
        <w:t>АНДРОМАХА</w:t>
      </w:r>
    </w:p>
    <w:p>
      <w:r>
        <w:br/>
        <w:t>Порятуй дружину!..</w:t>
      </w:r>
    </w:p>
    <w:p>
      <w:r>
        <w:br/>
        <w:t>ГЕКАБА</w:t>
      </w:r>
    </w:p>
    <w:p>
      <w:r>
        <w:br/>
        <w:t>Антистрофа II</w:t>
      </w:r>
    </w:p>
    <w:p>
      <w:r>
        <w:br/>
        <w:t>А ти, грозо ахейців,</w:t>
      </w:r>
    </w:p>
    <w:p>
      <w:r>
        <w:br/>
        <w:t>600] Старший з-між діток моїх!</w:t>
      </w:r>
    </w:p>
    <w:p>
      <w:r>
        <w:br/>
        <w:t>До мужа — в світ тіней</w:t>
      </w:r>
    </w:p>
    <w:p>
      <w:r>
        <w:br/>
        <w:t>Ти й мене спроваджуй.</w:t>
      </w:r>
    </w:p>
    <w:p>
      <w:r>
        <w:br/>
        <w:t>АНДРОМАХА</w:t>
      </w:r>
    </w:p>
    <w:p>
      <w:r>
        <w:br/>
        <w:t>Строфа III</w:t>
      </w:r>
    </w:p>
    <w:p>
      <w:r>
        <w:br/>
        <w:t>Прагнеш надмірного ти…</w:t>
      </w:r>
    </w:p>
    <w:p>
      <w:r>
        <w:br/>
        <w:t>ГЕКАБА</w:t>
      </w:r>
    </w:p>
    <w:p>
      <w:r>
        <w:br/>
        <w:t>А біль мій хіба не надмірний?</w:t>
      </w:r>
    </w:p>
    <w:p>
      <w:r>
        <w:br/>
        <w:t>АНДРОМАХА</w:t>
      </w:r>
    </w:p>
    <w:p>
      <w:r>
        <w:br/>
        <w:t>Трої — кінець!..</w:t>
      </w:r>
    </w:p>
    <w:p>
      <w:r>
        <w:br/>
        <w:t>ГЕКАБА</w:t>
      </w:r>
    </w:p>
    <w:p>
      <w:r>
        <w:br/>
        <w:t>До страждань додаються свіжі страждання…</w:t>
      </w:r>
    </w:p>
    <w:p>
      <w:r>
        <w:br/>
        <w:t>АНДРОМАХА</w:t>
      </w:r>
    </w:p>
    <w:p>
      <w:r>
        <w:br/>
        <w:t>З волі ворожих богів, коли смерті син твій уникнув —</w:t>
      </w:r>
    </w:p>
    <w:p>
      <w:r>
        <w:br/>
        <w:t>Той, що троянський Пергам зруйнував</w:t>
      </w:r>
    </w:p>
    <w:p>
      <w:r>
        <w:br/>
        <w:t>ради шлюбу гидкого.</w:t>
      </w:r>
    </w:p>
    <w:p>
      <w:r>
        <w:br/>
        <w:t>От і лежать біля Діви Паллади скривавлені трупи —</w:t>
      </w:r>
    </w:p>
    <w:p>
      <w:r>
        <w:br/>
        <w:t>Радість для коршака… Вже під рабським ярмом</w:t>
      </w:r>
    </w:p>
    <w:p>
      <w:r>
        <w:br/>
        <w:t>наша Троя…</w:t>
      </w:r>
    </w:p>
    <w:p>
      <w:r>
        <w:br/>
        <w:t>ГЕКАБА</w:t>
      </w:r>
    </w:p>
    <w:p>
      <w:r>
        <w:br/>
        <w:t>Антистрофа III</w:t>
      </w:r>
    </w:p>
    <w:p>
      <w:r>
        <w:br/>
        <w:t>Плачу, тебе покидаючи, о нещаслива вітчизно!</w:t>
      </w:r>
    </w:p>
    <w:p>
      <w:r>
        <w:br/>
        <w:t>610] Бачиш сумний мій кінець! Бачиш дім, де я</w:t>
      </w:r>
    </w:p>
    <w:p>
      <w:r>
        <w:br/>
        <w:t>діток родила!.. [218]</w:t>
      </w:r>
    </w:p>
    <w:p>
      <w:r>
        <w:br/>
        <w:t>Діти, діти мої!.. Залишити вас мушу, вигнанка!..</w:t>
      </w:r>
    </w:p>
    <w:p>
      <w:r>
        <w:br/>
        <w:t>Скільки скорботи тут, зойків та окликів!..</w:t>
      </w:r>
    </w:p>
    <w:p>
      <w:r>
        <w:br/>
        <w:t>Сльози дощем рясним дім заполонюють.</w:t>
      </w:r>
    </w:p>
    <w:p>
      <w:r>
        <w:br/>
        <w:t>Бо лише той, хто вмер, не пам'ятає вже</w:t>
      </w:r>
    </w:p>
    <w:p>
      <w:r>
        <w:br/>
        <w:t>Горя — і сліз не ллє.</w:t>
      </w:r>
    </w:p>
    <w:p>
      <w:r>
        <w:br/>
        <w:t>ПРОВІДНИЦЯ ХОРУ</w:t>
      </w:r>
    </w:p>
    <w:p>
      <w:r>
        <w:br/>
        <w:t>Яка ж то дивна втіха для стражденного</w:t>
      </w:r>
    </w:p>
    <w:p>
      <w:r>
        <w:br/>
        <w:t>В сльозах і зойках! Як він скорбній музі рад!</w:t>
      </w:r>
    </w:p>
    <w:p>
      <w:r>
        <w:br/>
        <w:t>АНДРОМАХА</w:t>
      </w:r>
    </w:p>
    <w:p>
      <w:r>
        <w:br/>
        <w:t>О мати мужа-списоборця Гектора,</w:t>
      </w:r>
    </w:p>
    <w:p>
      <w:r>
        <w:br/>
        <w:t>Що вклав стількох ахейців, чи ти бачиш це?</w:t>
      </w:r>
    </w:p>
    <w:p>
      <w:r>
        <w:br/>
        <w:t>ГЕКАБА</w:t>
      </w:r>
    </w:p>
    <w:p>
      <w:r>
        <w:br/>
        <w:t>620] Авжеж. Одних — до слави, хоч нічим були,</w:t>
      </w:r>
    </w:p>
    <w:p>
      <w:r>
        <w:br/>
        <w:t>В неславу — славних божество скеровує.</w:t>
      </w:r>
    </w:p>
    <w:p>
      <w:r>
        <w:br/>
        <w:t>АНДРОМАХА</w:t>
      </w:r>
    </w:p>
    <w:p>
      <w:r>
        <w:br/>
        <w:t>Йду з сином із вітчизни — здобич ворога —</w:t>
      </w:r>
    </w:p>
    <w:p>
      <w:r>
        <w:br/>
        <w:t>З пошани — в рабство… Переміна болісна!</w:t>
      </w:r>
    </w:p>
    <w:p>
      <w:r>
        <w:br/>
        <w:t>ГЕКАБА</w:t>
      </w:r>
    </w:p>
    <w:p>
      <w:r>
        <w:br/>
        <w:t>Конечність — сила грізна: та й від мене он</w:t>
      </w:r>
    </w:p>
    <w:p>
      <w:r>
        <w:br/>
        <w:t>Відібрано Кассандру… Повели її…</w:t>
      </w:r>
    </w:p>
    <w:p>
      <w:r>
        <w:br/>
        <w:t>АНДРОМАХА</w:t>
      </w:r>
    </w:p>
    <w:p>
      <w:r>
        <w:br/>
        <w:t>Гай-гай!.. Як видно, другий на дочку твою</w:t>
      </w:r>
    </w:p>
    <w:p>
      <w:r>
        <w:br/>
        <w:t>Аякс найшовся. Та чекай ще й інших бід.</w:t>
      </w:r>
    </w:p>
    <w:p>
      <w:r>
        <w:br/>
        <w:t>ГЕКАБА</w:t>
      </w:r>
    </w:p>
    <w:p>
      <w:r>
        <w:br/>
        <w:t>Ні міри моїм бідам, ні числа нема:</w:t>
      </w:r>
    </w:p>
    <w:p>
      <w:r>
        <w:br/>
        <w:t>Наперебій на мене, хижі, падають.</w:t>
      </w:r>
    </w:p>
    <w:p>
      <w:r>
        <w:br/>
        <w:t>АНДРОМАХА</w:t>
      </w:r>
    </w:p>
    <w:p>
      <w:r>
        <w:br/>
        <w:t>630] Убито Поліксену: на Ахілловій</w:t>
      </w:r>
    </w:p>
    <w:p>
      <w:r>
        <w:br/>
        <w:t>Могилі впала — дар німому прахові.</w:t>
      </w:r>
    </w:p>
    <w:p>
      <w:r>
        <w:br/>
        <w:t>ГЕКАБА</w:t>
      </w:r>
    </w:p>
    <w:p>
      <w:r>
        <w:br/>
        <w:t>О горе!.. Це ж Талфібій — пригадалося —</w:t>
      </w:r>
    </w:p>
    <w:p>
      <w:r>
        <w:br/>
        <w:t>Неясними словами виклав ясно все.</w:t>
      </w:r>
    </w:p>
    <w:p>
      <w:r>
        <w:br/>
        <w:t>АНДРОМАХА</w:t>
      </w:r>
    </w:p>
    <w:p>
      <w:r>
        <w:br/>
        <w:t>Побачивши нещасну, я із повоза</w:t>
      </w:r>
    </w:p>
    <w:p>
      <w:r>
        <w:br/>
        <w:t>Зійшла… Плащем окрила… Сльози вилила.</w:t>
      </w:r>
    </w:p>
    <w:p>
      <w:r>
        <w:br/>
        <w:t>ГЕКАБА</w:t>
      </w:r>
    </w:p>
    <w:p>
      <w:r>
        <w:br/>
        <w:t>О доню, доню!.. Так жахливо згинути!..</w:t>
      </w:r>
    </w:p>
    <w:p>
      <w:r>
        <w:br/>
        <w:t>Ганебною такою впасти жертвою!..</w:t>
      </w:r>
    </w:p>
    <w:p>
      <w:r>
        <w:br/>
        <w:t>АНДРОМАХА</w:t>
      </w:r>
    </w:p>
    <w:p>
      <w:r>
        <w:br/>
        <w:t>Упала — як упала… її смерть, однак,</w:t>
      </w:r>
    </w:p>
    <w:p>
      <w:r>
        <w:br/>
        <w:t>Гадаю, щасливіша від життя мого. [219]</w:t>
      </w:r>
    </w:p>
    <w:p>
      <w:r>
        <w:br/>
        <w:t>ГЕКАБА</w:t>
      </w:r>
    </w:p>
    <w:p>
      <w:r>
        <w:br/>
        <w:t>Умерти, доню, й жити — не одне і те ж:</w:t>
      </w:r>
    </w:p>
    <w:p>
      <w:r>
        <w:br/>
        <w:t>640] Мертвець — ніщо. В живого — хоч надія є.</w:t>
      </w:r>
    </w:p>
    <w:p>
      <w:r>
        <w:br/>
        <w:t>АНДРОМАХА</w:t>
      </w:r>
    </w:p>
    <w:p>
      <w:r>
        <w:br/>
        <w:t>Послухай, що скажу я, моя матінко,</w:t>
      </w:r>
    </w:p>
    <w:p>
      <w:r>
        <w:br/>
        <w:t>То, може, трохи втихне твого серця біль.</w:t>
      </w:r>
    </w:p>
    <w:p>
      <w:r>
        <w:br/>
        <w:t>Померлий — все одно що ненароджений,</w:t>
      </w:r>
    </w:p>
    <w:p>
      <w:r>
        <w:br/>
        <w:t>То краще вмерти, аніж світом нудити:</w:t>
      </w:r>
    </w:p>
    <w:p>
      <w:r>
        <w:br/>
        <w:t>Хто вмер, той вже ніколи не страждатиме.</w:t>
      </w:r>
    </w:p>
    <w:p>
      <w:r>
        <w:br/>
        <w:t>А хто знав щастя і нараз нещасним став, —</w:t>
      </w:r>
    </w:p>
    <w:p>
      <w:r>
        <w:br/>
        <w:t>За втраченим у того вік душа болить.</w:t>
      </w:r>
    </w:p>
    <w:p>
      <w:r>
        <w:br/>
        <w:t>То й Поліксена, мовби й не приходила</w:t>
      </w:r>
    </w:p>
    <w:p>
      <w:r>
        <w:br/>
        <w:t>На світ, — не відчуває жодних мук тепер.</w:t>
      </w:r>
    </w:p>
    <w:p>
      <w:r>
        <w:br/>
        <w:t>650] А я, до слави й щастя дотягаючись,</w:t>
      </w:r>
    </w:p>
    <w:p>
      <w:r>
        <w:br/>
        <w:t>Бо мітила в високе, раптом схибила.</w:t>
      </w:r>
    </w:p>
    <w:p>
      <w:r>
        <w:br/>
        <w:t>Все те, чим жінці скромній слід займатися,</w:t>
      </w:r>
    </w:p>
    <w:p>
      <w:r>
        <w:br/>
        <w:t>Сповняла я старанно в домі Ректора.</w:t>
      </w:r>
    </w:p>
    <w:p>
      <w:r>
        <w:br/>
        <w:t>Насамперед (не знаю, справедливо це</w:t>
      </w:r>
    </w:p>
    <w:p>
      <w:r>
        <w:br/>
        <w:t>Чи ні, що жінку, хай-но з хати вигляне,</w:t>
      </w:r>
    </w:p>
    <w:p>
      <w:r>
        <w:br/>
        <w:t>На язика узяти кожен квапиться),</w:t>
      </w:r>
    </w:p>
    <w:p>
      <w:r>
        <w:br/>
        <w:t>Згнітивши серце, дому пильнувала я.</w:t>
      </w:r>
    </w:p>
    <w:p>
      <w:r>
        <w:br/>
        <w:t>Й словечок, що в гурті жіночім пурхають,</w:t>
      </w:r>
    </w:p>
    <w:p>
      <w:r>
        <w:br/>
        <w:t>Під крівлю не впускала, покладаючись</w:t>
      </w:r>
    </w:p>
    <w:p>
      <w:r>
        <w:br/>
        <w:t>660] На власний розум — був мені за вчителя.</w:t>
      </w:r>
    </w:p>
    <w:p>
      <w:r>
        <w:br/>
        <w:t>Погідним зором, язика мовчанкою</w:t>
      </w:r>
    </w:p>
    <w:p>
      <w:r>
        <w:br/>
        <w:t>Втішала мужа. В чому брати верх над ним,</w:t>
      </w:r>
    </w:p>
    <w:p>
      <w:r>
        <w:br/>
        <w:t>А в чому й уступити — завжди знала я.</w:t>
      </w:r>
    </w:p>
    <w:p>
      <w:r>
        <w:br/>
        <w:t>Й ця слава, докотившись аж до ворога,</w:t>
      </w:r>
    </w:p>
    <w:p>
      <w:r>
        <w:br/>
        <w:t>Мене згубила: тільки-но в полон взяли —</w:t>
      </w:r>
    </w:p>
    <w:p>
      <w:r>
        <w:br/>
        <w:t>Мене за жінку вибрав сам Ахілла син.</w:t>
      </w:r>
    </w:p>
    <w:p>
      <w:r>
        <w:br/>
        <w:t>У тих, хто мужа мого вбив, служитиму.</w:t>
      </w:r>
    </w:p>
    <w:p>
      <w:r>
        <w:br/>
        <w:t>Коли, прогнавши з серця образ Ректора,</w:t>
      </w:r>
    </w:p>
    <w:p>
      <w:r>
        <w:br/>
        <w:t>Відкрию душу перед мужем нинішнім, —</w:t>
      </w:r>
    </w:p>
    <w:p>
      <w:r>
        <w:br/>
        <w:t>670] Мене осудить мертвий; а зненавиджу</w:t>
      </w:r>
    </w:p>
    <w:p>
      <w:r>
        <w:br/>
        <w:t>Нового мужа — зацькують господарі.</w:t>
      </w:r>
    </w:p>
    <w:p>
      <w:r>
        <w:br/>
        <w:t>Хоч, кажуть, однієї ночі вистачить,</w:t>
      </w:r>
    </w:p>
    <w:p>
      <w:r>
        <w:br/>
        <w:t>Щоб нехіть жінки муж переломить зумів,</w:t>
      </w:r>
    </w:p>
    <w:p>
      <w:r>
        <w:br/>
        <w:t>Гидка мені та жінка, що, вчорашній шлюб</w:t>
      </w:r>
    </w:p>
    <w:p>
      <w:r>
        <w:br/>
        <w:t>Забувши, до нового мужа горнеться.</w:t>
      </w:r>
    </w:p>
    <w:p>
      <w:r>
        <w:br/>
        <w:t>Й кобила, коли поряд під ярмом нема</w:t>
      </w:r>
    </w:p>
    <w:p>
      <w:r>
        <w:br/>
        <w:t>Напарниці, тягтиме тільки з примусу —</w:t>
      </w:r>
    </w:p>
    <w:p>
      <w:r>
        <w:br/>
        <w:t>Створіння безсловесне й ненаділене</w:t>
      </w:r>
    </w:p>
    <w:p>
      <w:r>
        <w:br/>
        <w:t>Розсудком, значно нижче за природою.</w:t>
      </w:r>
    </w:p>
    <w:p>
      <w:r>
        <w:br/>
        <w:t>680] Мене ж усім ти вабив, любий Ректоре:</w:t>
      </w:r>
    </w:p>
    <w:p>
      <w:r>
        <w:br/>
        <w:t>Хоробрістю, багатством, родом, розумом.</w:t>
      </w:r>
    </w:p>
    <w:p>
      <w:r>
        <w:br/>
        <w:t>Мене цнотливу взяв ти з дому отчого,</w:t>
      </w:r>
    </w:p>
    <w:p>
      <w:r>
        <w:br/>
        <w:t>Дівоче ложе перший ти з'єднав собі.</w:t>
      </w:r>
    </w:p>
    <w:p>
      <w:r>
        <w:br/>
        <w:t>І ти загинув… Я ж на кораблі пливу</w:t>
      </w:r>
    </w:p>
    <w:p>
      <w:r>
        <w:br/>
        <w:t>В Елладу — під ярмом, раба, хилитимусь. [220]</w:t>
      </w:r>
    </w:p>
    <w:p>
      <w:r>
        <w:br/>
        <w:t>Хіба, скажи, не легша Поліксени смерть,</w:t>
      </w:r>
    </w:p>
    <w:p>
      <w:r>
        <w:br/>
        <w:t>Хоч так над нею плачеш, од моїх страждань?</w:t>
      </w:r>
    </w:p>
    <w:p>
      <w:r>
        <w:br/>
        <w:t>Нема й того у мене, що є в кожного, —</w:t>
      </w:r>
    </w:p>
    <w:p>
      <w:r>
        <w:br/>
        <w:t>Надії; та й на щастя, що всміхнеться ще,</w:t>
      </w:r>
    </w:p>
    <w:p>
      <w:r>
        <w:br/>
        <w:t>690] Я не вповаю. Все ж мана — приваблива.</w:t>
      </w:r>
    </w:p>
    <w:p>
      <w:r>
        <w:br/>
        <w:t>ПРОВІДНИЦЯ ХОРУ</w:t>
      </w:r>
    </w:p>
    <w:p>
      <w:r>
        <w:br/>
        <w:t>Одне для всіх нас горе. Плач твій чуючи,</w:t>
      </w:r>
    </w:p>
    <w:p>
      <w:r>
        <w:br/>
        <w:t>Й свої страждання бачу, мов у дзеркалі.</w:t>
      </w:r>
    </w:p>
    <w:p>
      <w:r>
        <w:br/>
        <w:t>ГЕКАБА</w:t>
      </w:r>
    </w:p>
    <w:p>
      <w:r>
        <w:br/>
        <w:t>На кораблях, щоправда, не бувала я,</w:t>
      </w:r>
    </w:p>
    <w:p>
      <w:r>
        <w:br/>
        <w:t>Та бачила малюнки, чула розповідь:</w:t>
      </w:r>
    </w:p>
    <w:p>
      <w:r>
        <w:br/>
        <w:t>Аби помірній бурі не піддатися,</w:t>
      </w:r>
    </w:p>
    <w:p>
      <w:r>
        <w:br/>
        <w:t>Пильнують мореплавці свого діла всяк:</w:t>
      </w:r>
    </w:p>
    <w:p>
      <w:r>
        <w:br/>
        <w:t>Той зайнятий стерном лиш, цей — вітрилами,</w:t>
      </w:r>
    </w:p>
    <w:p>
      <w:r>
        <w:br/>
        <w:t>А ще хтось — воду поспіхом вичерпує.</w:t>
      </w:r>
    </w:p>
    <w:p>
      <w:r>
        <w:br/>
        <w:t>Коли ж найвища хвиля розгуляється —</w:t>
      </w:r>
    </w:p>
    <w:p>
      <w:r>
        <w:br/>
        <w:t>700] Поклавшися на долю, навмання пливуть.</w:t>
      </w:r>
    </w:p>
    <w:p>
      <w:r>
        <w:br/>
        <w:t>І я так нині: виром лих підхоплена,</w:t>
      </w:r>
    </w:p>
    <w:p>
      <w:r>
        <w:br/>
        <w:t>Вже й руки опустила і стою, німа,</w:t>
      </w:r>
    </w:p>
    <w:p>
      <w:r>
        <w:br/>
        <w:t>Бо як опертись бурі, небом посланій?..</w:t>
      </w:r>
    </w:p>
    <w:p>
      <w:r>
        <w:br/>
        <w:t>Не побивайся, доню, й ти за Ректором:</w:t>
      </w:r>
    </w:p>
    <w:p>
      <w:r>
        <w:br/>
        <w:t>Хто вмер, того сльозами не вернути вже.</w:t>
      </w:r>
    </w:p>
    <w:p>
      <w:r>
        <w:br/>
        <w:t>Шануй свого нового повелителя,</w:t>
      </w:r>
    </w:p>
    <w:p>
      <w:r>
        <w:br/>
        <w:t>Приваблюй мужа благородством звичаїв.</w:t>
      </w:r>
    </w:p>
    <w:p>
      <w:r>
        <w:br/>
        <w:t>Послухаєш — то й друзям буде радісно,</w:t>
      </w:r>
    </w:p>
    <w:p>
      <w:r>
        <w:br/>
        <w:t>Й нащадка мого сина зможеш виховать —</w:t>
      </w:r>
    </w:p>
    <w:p>
      <w:r>
        <w:br/>
        <w:t>710] Надію Трої, щоб тобою зроджені</w:t>
      </w:r>
    </w:p>
    <w:p>
      <w:r>
        <w:br/>
        <w:t>Сини відбудували Іліон колись</w:t>
      </w:r>
    </w:p>
    <w:p>
      <w:r>
        <w:br/>
        <w:t>І місто величаве звели заново.</w:t>
      </w:r>
    </w:p>
    <w:p>
      <w:r>
        <w:br/>
        <w:t>А втім, почнеться зараз інша бесіда:</w:t>
      </w:r>
    </w:p>
    <w:p>
      <w:r>
        <w:br/>
        <w:t>З ахейців, бачу, знов хтось наближається.</w:t>
      </w:r>
    </w:p>
    <w:p>
      <w:r>
        <w:br/>
        <w:t>Яку ж то нам ще іншу новину несе?..</w:t>
      </w:r>
    </w:p>
    <w:p>
      <w:r>
        <w:br/>
        <w:t>ЕПІСОДІЙ ТРЕТІЙ</w:t>
      </w:r>
    </w:p>
    <w:p>
      <w:r>
        <w:br/>
        <w:t>Входить Т а л ф і б і й.</w:t>
      </w:r>
    </w:p>
    <w:p>
      <w:r>
        <w:br/>
        <w:t>ТАЛФІБІЙ</w:t>
      </w:r>
    </w:p>
    <w:p>
      <w:r>
        <w:br/>
        <w:t>Найдужчого з-поміж фрігійців Ректора</w:t>
      </w:r>
    </w:p>
    <w:p>
      <w:r>
        <w:br/>
        <w:t>Жоно, не гнівайсь: неохоче вістку цю</w:t>
      </w:r>
    </w:p>
    <w:p>
      <w:r>
        <w:br/>
        <w:t>Несу тобі од війська й Пелопідів двох.</w:t>
      </w:r>
    </w:p>
    <w:p>
      <w:r>
        <w:br/>
        <w:t>АНДРОМАХА</w:t>
      </w:r>
    </w:p>
    <w:p>
      <w:r>
        <w:br/>
        <w:t>Ну що там? Чую зразу: не з добром ідеш.</w:t>
      </w:r>
    </w:p>
    <w:p>
      <w:r>
        <w:br/>
        <w:t>ТАЛФІБІЙ</w:t>
      </w:r>
    </w:p>
    <w:p>
      <w:r>
        <w:br/>
        <w:t>720] Рішили цього хлопця… Як сказать тобі?.. [221]</w:t>
      </w:r>
    </w:p>
    <w:p>
      <w:r>
        <w:br/>
        <w:t>АНдромаха</w:t>
      </w:r>
    </w:p>
    <w:p>
      <w:r>
        <w:br/>
        <w:t>Віддати в службу іншому господарю?</w:t>
      </w:r>
    </w:p>
    <w:p>
      <w:r>
        <w:br/>
        <w:t>ТАЛФІБІЙ</w:t>
      </w:r>
    </w:p>
    <w:p>
      <w:r>
        <w:br/>
        <w:t>У жодного з ахейців не служитиме.</w:t>
      </w:r>
    </w:p>
    <w:p>
      <w:r>
        <w:br/>
        <w:t>АНДРОМАХА</w:t>
      </w:r>
    </w:p>
    <w:p>
      <w:r>
        <w:br/>
        <w:t>Фрігійців ніжний пагін — тут залишиться?</w:t>
      </w:r>
    </w:p>
    <w:p>
      <w:r>
        <w:br/>
        <w:t>ТАЛФІБІЙ</w:t>
      </w:r>
    </w:p>
    <w:p>
      <w:r>
        <w:br/>
        <w:t>Звістить би якось м'якше про біду таку…</w:t>
      </w:r>
    </w:p>
    <w:p>
      <w:r>
        <w:br/>
        <w:t>АНДРОМАХА</w:t>
      </w:r>
    </w:p>
    <w:p>
      <w:r>
        <w:br/>
        <w:t>При добрій звістці — недоречна стриманість.</w:t>
      </w:r>
    </w:p>
    <w:p>
      <w:r>
        <w:br/>
        <w:t>ТАЛФІБІЙ</w:t>
      </w:r>
    </w:p>
    <w:p>
      <w:r>
        <w:br/>
        <w:t>Як так, то знай всю правду: вб'ють дитя твоє.</w:t>
      </w:r>
    </w:p>
    <w:p>
      <w:r>
        <w:br/>
        <w:t>АНДРОМАХА</w:t>
      </w:r>
    </w:p>
    <w:p>
      <w:r>
        <w:br/>
        <w:t>З цим горем шлюб новий мій не зрівняється!</w:t>
      </w:r>
    </w:p>
    <w:p>
      <w:r>
        <w:br/>
        <w:t>ТАЛФІБІЙ</w:t>
      </w:r>
    </w:p>
    <w:p>
      <w:r>
        <w:br/>
        <w:t>Це Одіссей взяв слово і схилив усіх…</w:t>
      </w:r>
    </w:p>
    <w:p>
      <w:r>
        <w:br/>
        <w:t>АНДРОМАХА</w:t>
      </w:r>
    </w:p>
    <w:p>
      <w:r>
        <w:br/>
        <w:t>Нещасна я!.. Незмірний мого серця біль!..</w:t>
      </w:r>
    </w:p>
    <w:p>
      <w:r>
        <w:br/>
        <w:t>ТАЛФІБІЙ</w:t>
      </w:r>
    </w:p>
    <w:p>
      <w:r>
        <w:br/>
        <w:t>730] Мовляв, ще другий Гектор з нього виросте.</w:t>
      </w:r>
    </w:p>
    <w:p>
      <w:r>
        <w:br/>
        <w:t>АНДРОМАХА</w:t>
      </w:r>
    </w:p>
    <w:p>
      <w:r>
        <w:br/>
        <w:t>Щоб він своїй дитині присудив таке!..</w:t>
      </w:r>
    </w:p>
    <w:p>
      <w:r>
        <w:br/>
        <w:t>ТАЛФІБІЙ</w:t>
      </w:r>
    </w:p>
    <w:p>
      <w:r>
        <w:br/>
        <w:t>З троянської твердині буде скинутий</w:t>
      </w:r>
    </w:p>
    <w:p>
      <w:r>
        <w:br/>
        <w:t>Напевно вже… Кріпися, не горни його</w:t>
      </w:r>
    </w:p>
    <w:p>
      <w:r>
        <w:br/>
        <w:t>До себе гарячково… Будь розумною.</w:t>
      </w:r>
    </w:p>
    <w:p>
      <w:r>
        <w:br/>
        <w:t>В безсиллі й не подумай опиратися —</w:t>
      </w:r>
    </w:p>
    <w:p>
      <w:r>
        <w:br/>
        <w:t>Ніхто ж не допоможе. Зваж ти ось на що:</w:t>
      </w:r>
    </w:p>
    <w:p>
      <w:r>
        <w:br/>
        <w:t>Без мужа, без вітчизни, у неволі ти,</w:t>
      </w:r>
    </w:p>
    <w:p>
      <w:r>
        <w:br/>
        <w:t>А ми, скільки нас є тут, чи не зможемо</w:t>
      </w:r>
    </w:p>
    <w:p>
      <w:r>
        <w:br/>
        <w:t>Одну приборкать жінку? Не впирайсь дарма,</w:t>
      </w:r>
    </w:p>
    <w:p>
      <w:r>
        <w:br/>
        <w:t>740] Не будь же ні гнівлива, ні злопам'ятна:</w:t>
      </w:r>
    </w:p>
    <w:p>
      <w:r>
        <w:br/>
        <w:t>Озлобиш військо словом нерозсудливим, —</w:t>
      </w:r>
    </w:p>
    <w:p>
      <w:r>
        <w:br/>
        <w:t>Хто сина похоронить? Хто сплакне над ним?</w:t>
      </w:r>
    </w:p>
    <w:p>
      <w:r>
        <w:br/>
        <w:t>А мовчки сприймеш горе, помірковано, —</w:t>
      </w:r>
    </w:p>
    <w:p>
      <w:r>
        <w:br/>
        <w:t>Без похорону син твій не залишиться,</w:t>
      </w:r>
    </w:p>
    <w:p>
      <w:r>
        <w:br/>
        <w:t>Ласкавіші й до тебе будуть елліни.</w:t>
      </w:r>
    </w:p>
    <w:p>
      <w:r>
        <w:br/>
        <w:t>АНДРОМАХА</w:t>
      </w:r>
    </w:p>
    <w:p>
      <w:r>
        <w:br/>
        <w:t>О найдорожчий, наймиліший сину мій!</w:t>
      </w:r>
    </w:p>
    <w:p>
      <w:r>
        <w:br/>
        <w:t>Тебе вб'є ворог… Кинеш свою матінку!.. [222]</w:t>
      </w:r>
    </w:p>
    <w:p>
      <w:r>
        <w:br/>
        <w:t>Що іншого рятує — знатність батькова, —</w:t>
      </w:r>
    </w:p>
    <w:p>
      <w:r>
        <w:br/>
        <w:t>Це згубою для тебе обернулося.</w:t>
      </w:r>
    </w:p>
    <w:p>
      <w:r>
        <w:br/>
        <w:t>750] Та й мужність батька не дала добра тобі.</w:t>
      </w:r>
    </w:p>
    <w:p>
      <w:r>
        <w:br/>
        <w:t>В лиху годину, видно, я ввійшла колись,</w:t>
      </w:r>
    </w:p>
    <w:p>
      <w:r>
        <w:br/>
        <w:t>Пошлюблена, щаслива, в дім до Гектора.</w:t>
      </w:r>
    </w:p>
    <w:p>
      <w:r>
        <w:br/>
        <w:t>Не з тим, щоб жертву народити ворогу,</w:t>
      </w:r>
    </w:p>
    <w:p>
      <w:r>
        <w:br/>
        <w:t>А владаря земель родючих Азії!..</w:t>
      </w:r>
    </w:p>
    <w:p>
      <w:r>
        <w:br/>
        <w:t>Ти плачеш, сину, щось передчуваючи?..</w:t>
      </w:r>
    </w:p>
    <w:p>
      <w:r>
        <w:br/>
        <w:t>І горнешся, й за одяг мій хапаєшся,</w:t>
      </w:r>
    </w:p>
    <w:p>
      <w:r>
        <w:br/>
        <w:t>Мов те пташа, щоб ненька під крило взяла.</w:t>
      </w:r>
    </w:p>
    <w:p>
      <w:r>
        <w:br/>
        <w:t>Не прийде Гектор. Списом, оборонець твій,</w:t>
      </w:r>
    </w:p>
    <w:p>
      <w:r>
        <w:br/>
        <w:t>Не вдарить: із Аїду не вертаються.</w:t>
      </w:r>
    </w:p>
    <w:p>
      <w:r>
        <w:br/>
        <w:t>760] До кого вдатись? Ні близьких по батькові,</w:t>
      </w:r>
    </w:p>
    <w:p>
      <w:r>
        <w:br/>
        <w:t>Ні охоронців Трої… З вежі стрімголов</w:t>
      </w:r>
    </w:p>
    <w:p>
      <w:r>
        <w:br/>
        <w:t>Упавши — о жорстокість! — душу видихнеш.</w:t>
      </w:r>
    </w:p>
    <w:p>
      <w:r>
        <w:br/>
        <w:t>Солодка ношо, найдорожчий скарбе мій!</w:t>
      </w:r>
    </w:p>
    <w:p>
      <w:r>
        <w:br/>
        <w:t>О милий тіла запах! Надарма ж тобі,</w:t>
      </w:r>
    </w:p>
    <w:p>
      <w:r>
        <w:br/>
        <w:t>Сповитому, давала я цю грудь свою!..</w:t>
      </w:r>
    </w:p>
    <w:p>
      <w:r>
        <w:br/>
        <w:t>Дарма трудилась, у трудах звела себе…</w:t>
      </w:r>
    </w:p>
    <w:p>
      <w:r>
        <w:br/>
        <w:t>Ще поки можна, пригорнись до матінки,</w:t>
      </w:r>
    </w:p>
    <w:p>
      <w:r>
        <w:br/>
        <w:t>Вона ж тебе зродила; шию ручками</w:t>
      </w:r>
    </w:p>
    <w:p>
      <w:r>
        <w:br/>
        <w:t>Обвивши, наостанку поцілуй її!..</w:t>
      </w:r>
    </w:p>
    <w:p>
      <w:r>
        <w:br/>
        <w:t>770] О нелюди-ахейці, лютих мук творці!</w:t>
      </w:r>
    </w:p>
    <w:p>
      <w:r>
        <w:br/>
        <w:t>За що дитя невинне вбить надумали?</w:t>
      </w:r>
    </w:p>
    <w:p>
      <w:r>
        <w:br/>
        <w:t>О Тіндарідо! Ти — не донька Зевсова,</w:t>
      </w:r>
    </w:p>
    <w:p>
      <w:r>
        <w:br/>
        <w:t>О ні! Ти — вихованка багатьох батьків:</w:t>
      </w:r>
    </w:p>
    <w:p>
      <w:r>
        <w:br/>
        <w:t>Помстителя сліпого, і Завидника,</w:t>
      </w:r>
    </w:p>
    <w:p>
      <w:r>
        <w:br/>
        <w:t>І Вбивці, й Скону — всього зла, яке лишень</w:t>
      </w:r>
    </w:p>
    <w:p>
      <w:r>
        <w:br/>
        <w:t>Земля годує… Ні! Не Зевса донька ти,</w:t>
      </w:r>
    </w:p>
    <w:p>
      <w:r>
        <w:br/>
        <w:t>Стількох ахейців і троянців пагубо!</w:t>
      </w:r>
    </w:p>
    <w:p>
      <w:r>
        <w:br/>
        <w:t>Щоб ти пропала! Через блиск очей твоїх</w:t>
      </w:r>
    </w:p>
    <w:p>
      <w:r>
        <w:br/>
        <w:t>Поля фрігійські славні почорніли всі!..</w:t>
      </w:r>
    </w:p>
    <w:p>
      <w:r>
        <w:br/>
        <w:t>780] Беріть, як вам це любо, в прірву кидайте</w:t>
      </w:r>
    </w:p>
    <w:p>
      <w:r>
        <w:br/>
        <w:t>Дитям моїм живіться!.. Це боги нам шлють</w:t>
      </w:r>
    </w:p>
    <w:p>
      <w:r>
        <w:br/>
        <w:t>Загибель… Все одно життя не виборю</w:t>
      </w:r>
    </w:p>
    <w:p>
      <w:r>
        <w:br/>
        <w:t>Своєму сину… А тоді й мене жбурніть</w:t>
      </w:r>
    </w:p>
    <w:p>
      <w:r>
        <w:br/>
        <w:t>На корабель — хай їду, без дитини вже,</w:t>
      </w:r>
    </w:p>
    <w:p>
      <w:r>
        <w:br/>
        <w:t>На торжества весільні через хлань морську!</w:t>
      </w:r>
    </w:p>
    <w:p>
      <w:r>
        <w:br/>
        <w:t>ПРОВІДНИЦЯ ХОРУ</w:t>
      </w:r>
    </w:p>
    <w:p>
      <w:r>
        <w:br/>
        <w:t>Скількох ти, нещаслива Троє, втратила</w:t>
      </w:r>
    </w:p>
    <w:p>
      <w:r>
        <w:br/>
        <w:t>Через одну лиш жінку й нечестивий шлюб!</w:t>
      </w:r>
    </w:p>
    <w:p>
      <w:r>
        <w:br/>
        <w:t>ТАЛФІБІЙ</w:t>
      </w:r>
    </w:p>
    <w:p>
      <w:r>
        <w:br/>
        <w:t>Ой, не час тобі, хлопче, не час до грудей</w:t>
      </w:r>
    </w:p>
    <w:p>
      <w:r>
        <w:br/>
        <w:t>Материнських тулитись — піднятись пора</w:t>
      </w:r>
    </w:p>
    <w:p>
      <w:r>
        <w:br/>
        <w:t>790] Нам на батьківську вежу, аж ген до зубців:</w:t>
      </w:r>
    </w:p>
    <w:p>
      <w:r>
        <w:br/>
        <w:t>Там і душу — так рішено — видихнеш ти.</w:t>
      </w:r>
    </w:p>
    <w:p>
      <w:r>
        <w:br/>
        <w:t>(До слуг).</w:t>
      </w:r>
    </w:p>
    <w:p>
      <w:r>
        <w:br/>
        <w:t>Та беріть же дитину! Звіщать ось таке [223]</w:t>
      </w:r>
    </w:p>
    <w:p>
      <w:r>
        <w:br/>
        <w:t>Мав би хтось твердосердіший: легше йому,</w:t>
      </w:r>
    </w:p>
    <w:p>
      <w:r>
        <w:br/>
        <w:t>Безсоромному, будь-якій справі служить,</w:t>
      </w:r>
    </w:p>
    <w:p>
      <w:r>
        <w:br/>
        <w:t>Ніж мені, в кого інші засади.</w:t>
      </w:r>
    </w:p>
    <w:p>
      <w:r>
        <w:br/>
        <w:t>Талфібій відходить разом із слугами, що несуть Астіанакта;</w:t>
      </w:r>
    </w:p>
    <w:p>
      <w:r>
        <w:br/>
        <w:t>Андромаха від'їжджає на колісниці.</w:t>
      </w:r>
    </w:p>
    <w:p>
      <w:r>
        <w:br/>
        <w:t>ГЕКАБА</w:t>
      </w:r>
    </w:p>
    <w:p>
      <w:r>
        <w:br/>
        <w:t>Бідний сину нещасного сина мого!</w:t>
      </w:r>
    </w:p>
    <w:p>
      <w:r>
        <w:br/>
        <w:t>Ти не житимеш!.. О, яка кривда гірка</w:t>
      </w:r>
    </w:p>
    <w:p>
      <w:r>
        <w:br/>
        <w:t>Твоїй неньці й мені! Що могли б ми зробить,</w:t>
      </w:r>
    </w:p>
    <w:p>
      <w:r>
        <w:br/>
        <w:t>Безталанний, для тебе?.. Хіба що б'ємо</w:t>
      </w:r>
    </w:p>
    <w:p>
      <w:r>
        <w:br/>
        <w:t>800] Себе в груди та в скроні, й тільки на це</w:t>
      </w:r>
    </w:p>
    <w:p>
      <w:r>
        <w:br/>
        <w:t>Ще спроможні ми… Трої нема вже, нема…</w:t>
      </w:r>
    </w:p>
    <w:p>
      <w:r>
        <w:br/>
        <w:t>А тепер — і тебе… Де ж то горе таке,</w:t>
      </w:r>
    </w:p>
    <w:p>
      <w:r>
        <w:br/>
        <w:t>Що на нас ще не впало і нам не дає</w:t>
      </w:r>
    </w:p>
    <w:p>
      <w:r>
        <w:br/>
        <w:t>Зазирнути в безодню нещастя?..</w:t>
      </w:r>
    </w:p>
    <w:p>
      <w:r>
        <w:br/>
        <w:t>СТАСИМ ДРУГИЙ</w:t>
      </w:r>
    </w:p>
    <w:p>
      <w:r>
        <w:br/>
        <w:t>ХОР</w:t>
      </w:r>
    </w:p>
    <w:p>
      <w:r>
        <w:br/>
        <w:t>Строфа І</w:t>
      </w:r>
    </w:p>
    <w:p>
      <w:r>
        <w:br/>
        <w:t>Омитої морем навкруг</w:t>
      </w:r>
    </w:p>
    <w:p>
      <w:r>
        <w:br/>
        <w:t>Землі, годувальниці бджіл, —</w:t>
      </w:r>
    </w:p>
    <w:p>
      <w:r>
        <w:br/>
        <w:t>Саламіна — володарю, о Теламоне,</w:t>
      </w:r>
    </w:p>
    <w:p>
      <w:r>
        <w:br/>
        <w:t>Острова, що до священних</w:t>
      </w:r>
    </w:p>
    <w:p>
      <w:r>
        <w:br/>
        <w:t>Схилів близький; там уперше</w:t>
      </w:r>
    </w:p>
    <w:p>
      <w:r>
        <w:br/>
        <w:t>810] Сизу оливкову гілку явила Афіна —</w:t>
      </w:r>
    </w:p>
    <w:p>
      <w:r>
        <w:br/>
        <w:t>Неба вінець, її міста блискучого</w:t>
      </w:r>
    </w:p>
    <w:p>
      <w:r>
        <w:br/>
        <w:t>Славну оздобу.</w:t>
      </w:r>
    </w:p>
    <w:p>
      <w:r>
        <w:br/>
        <w:t>З луконосцем ти, сином Алкмени, прийшов,</w:t>
      </w:r>
    </w:p>
    <w:p>
      <w:r>
        <w:br/>
        <w:t>З ним рівняючись мужністю,</w:t>
      </w:r>
    </w:p>
    <w:p>
      <w:r>
        <w:br/>
        <w:t>Щоб Іліон, Іліон наш повергнути в прах, —</w:t>
      </w:r>
    </w:p>
    <w:p>
      <w:r>
        <w:br/>
        <w:t>Ти, хто в цей край ще давніше прибув із Еллади.</w:t>
      </w:r>
    </w:p>
    <w:p>
      <w:r>
        <w:br/>
        <w:t>Антистрофа І</w:t>
      </w:r>
    </w:p>
    <w:p>
      <w:r>
        <w:br/>
        <w:t>Із цвітом Еллади Геракл,</w:t>
      </w:r>
    </w:p>
    <w:p>
      <w:r>
        <w:br/>
        <w:t>Що в гнів через коней упав,</w:t>
      </w:r>
    </w:p>
    <w:p>
      <w:r>
        <w:br/>
        <w:t>До швидкоплинних вод Сімоента</w:t>
      </w:r>
    </w:p>
    <w:p>
      <w:r>
        <w:br/>
        <w:t>820] Судна пригнав морехідні;</w:t>
      </w:r>
    </w:p>
    <w:p>
      <w:r>
        <w:br/>
        <w:t>Стріли дістав з них і лук, що ніколи не хибив —</w:t>
      </w:r>
    </w:p>
    <w:p>
      <w:r>
        <w:br/>
        <w:t>Лаомедонтову смерть. І споруджені</w:t>
      </w:r>
    </w:p>
    <w:p>
      <w:r>
        <w:br/>
        <w:t>Фебом твердині,</w:t>
      </w:r>
    </w:p>
    <w:p>
      <w:r>
        <w:br/>
        <w:t>Багряніючи, впали. Троянські поля</w:t>
      </w:r>
    </w:p>
    <w:p>
      <w:r>
        <w:br/>
        <w:t>Стали пусткою голою.</w:t>
      </w:r>
    </w:p>
    <w:p>
      <w:r>
        <w:br/>
        <w:t>Двічі, у приступах двох кровожерливий спис</w:t>
      </w:r>
    </w:p>
    <w:p>
      <w:r>
        <w:br/>
        <w:t>Вежі дарданські валив і рівняв із землею. [224]</w:t>
      </w:r>
    </w:p>
    <w:p>
      <w:r>
        <w:br/>
        <w:t>Строфа II</w:t>
      </w:r>
    </w:p>
    <w:p>
      <w:r>
        <w:br/>
        <w:t>Дарма ти, Лаомедонта сину,</w:t>
      </w:r>
    </w:p>
    <w:p>
      <w:r>
        <w:br/>
        <w:t>830] 3 келихом золотосяйним</w:t>
      </w:r>
    </w:p>
    <w:p>
      <w:r>
        <w:br/>
        <w:t>Мов не ступаєш — пливеш,</w:t>
      </w:r>
    </w:p>
    <w:p>
      <w:r>
        <w:br/>
        <w:t>Зевсу підносячи вина,</w:t>
      </w:r>
    </w:p>
    <w:p>
      <w:r>
        <w:br/>
        <w:t>Найсолодшій службі радий:</w:t>
      </w:r>
    </w:p>
    <w:p>
      <w:r>
        <w:br/>
        <w:t>В полум'ї гине земля твоя батьківська,</w:t>
      </w:r>
    </w:p>
    <w:p>
      <w:r>
        <w:br/>
        <w:t>Схлипує берег морський —</w:t>
      </w:r>
    </w:p>
    <w:p>
      <w:r>
        <w:br/>
        <w:t>Як часом птах над гніздом</w:t>
      </w:r>
    </w:p>
    <w:p>
      <w:r>
        <w:br/>
        <w:t>Кличе пташат розпачливо,</w:t>
      </w:r>
    </w:p>
    <w:p>
      <w:r>
        <w:br/>
        <w:t>Так і тут: хто кличе жінку,</w:t>
      </w:r>
    </w:p>
    <w:p>
      <w:r>
        <w:br/>
        <w:t>Хто — дітей, хто — неньку сиву.</w:t>
      </w:r>
    </w:p>
    <w:p>
      <w:r>
        <w:br/>
        <w:t>840] Ні купалень твоїх рясноросих,</w:t>
      </w:r>
    </w:p>
    <w:p>
      <w:r>
        <w:br/>
        <w:t>Ні бігових доріжок —</w:t>
      </w:r>
    </w:p>
    <w:p>
      <w:r>
        <w:br/>
        <w:t>Пішло все прахом! Лиш ти цвітеш,</w:t>
      </w:r>
    </w:p>
    <w:p>
      <w:r>
        <w:br/>
        <w:t>Ніжнолиций, при Зевсі престольному,</w:t>
      </w:r>
    </w:p>
    <w:p>
      <w:r>
        <w:br/>
        <w:t>А Пріамову землю спустошив</w:t>
      </w:r>
    </w:p>
    <w:p>
      <w:r>
        <w:br/>
        <w:t>Еллін-списоборець.</w:t>
      </w:r>
    </w:p>
    <w:p>
      <w:r>
        <w:br/>
        <w:t>Антистрофа II</w:t>
      </w:r>
    </w:p>
    <w:p>
      <w:r>
        <w:br/>
        <w:t>Колись ти, Еросе, з волі безсмертних</w:t>
      </w:r>
    </w:p>
    <w:p>
      <w:r>
        <w:br/>
        <w:t>Гостем дарданців бувавши,</w:t>
      </w:r>
    </w:p>
    <w:p>
      <w:r>
        <w:br/>
        <w:t>Величі Трої додав —</w:t>
      </w:r>
    </w:p>
    <w:p>
      <w:r>
        <w:br/>
        <w:t>Нас поріднив із богами.</w:t>
      </w:r>
    </w:p>
    <w:p>
      <w:r>
        <w:br/>
        <w:t>850] Та про Зевса я помовчу —</w:t>
      </w:r>
    </w:p>
    <w:p>
      <w:r>
        <w:br/>
        <w:t>З сорому… Нині ж Зорі яснокрилої</w:t>
      </w:r>
    </w:p>
    <w:p>
      <w:r>
        <w:br/>
        <w:t>Сяйво — розрада людей —</w:t>
      </w:r>
    </w:p>
    <w:p>
      <w:r>
        <w:br/>
        <w:t>Землі страшну долю зрить,</w:t>
      </w:r>
    </w:p>
    <w:p>
      <w:r>
        <w:br/>
        <w:t>Чує важке падіння веж.</w:t>
      </w:r>
    </w:p>
    <w:p>
      <w:r>
        <w:br/>
        <w:t>Хоч відсіль, із того краю,</w:t>
      </w:r>
    </w:p>
    <w:p>
      <w:r>
        <w:br/>
        <w:t>Мужа — красеня-троянця —</w:t>
      </w:r>
    </w:p>
    <w:p>
      <w:r>
        <w:br/>
        <w:t>Повезла собі Рожевокрила</w:t>
      </w:r>
    </w:p>
    <w:p>
      <w:r>
        <w:br/>
        <w:t>Повозом злотокутим</w:t>
      </w:r>
    </w:p>
    <w:p>
      <w:r>
        <w:br/>
        <w:t>До спалень, зорями всіяних —</w:t>
      </w:r>
    </w:p>
    <w:p>
      <w:r>
        <w:br/>
        <w:t>860] На велику надію вітчизні всій,</w:t>
      </w:r>
    </w:p>
    <w:p>
      <w:r>
        <w:br/>
        <w:t>Та любов небожителів нині</w:t>
      </w:r>
    </w:p>
    <w:p>
      <w:r>
        <w:br/>
        <w:t>Згаснула для Трої</w:t>
      </w:r>
    </w:p>
    <w:p>
      <w:r>
        <w:br/>
        <w:t>ЕПІСОДІЙ ЧЕТВЕРТИЙ</w:t>
      </w:r>
    </w:p>
    <w:p>
      <w:r>
        <w:br/>
        <w:t>У супроводі воїнів на сцену входить Менелай.</w:t>
      </w:r>
    </w:p>
    <w:p>
      <w:r>
        <w:br/>
        <w:t>МЕНЕЛАЙ</w:t>
      </w:r>
    </w:p>
    <w:p>
      <w:r>
        <w:br/>
        <w:t>О сонцесяйна днино, що до рук моїх</w:t>
      </w:r>
    </w:p>
    <w:p>
      <w:r>
        <w:br/>
        <w:t>Мою жону ти віддаси, облудницю —</w:t>
      </w:r>
    </w:p>
    <w:p>
      <w:r>
        <w:br/>
        <w:t>Єлену! Ось я, Менелай, прибув сюди</w:t>
      </w:r>
    </w:p>
    <w:p>
      <w:r>
        <w:br/>
        <w:t>З ахейським військом, у трудах натомлений.</w:t>
      </w:r>
    </w:p>
    <w:p>
      <w:r>
        <w:br/>
        <w:t>Та я на Трою не заради жінки йшов, [225]</w:t>
      </w:r>
    </w:p>
    <w:p>
      <w:r>
        <w:br/>
        <w:t>Як то гадають, — гостя віроломного,</w:t>
      </w:r>
    </w:p>
    <w:p>
      <w:r>
        <w:br/>
        <w:t>Що звів мені дружину, я скарать хотів.</w:t>
      </w:r>
    </w:p>
    <w:p>
      <w:r>
        <w:br/>
        <w:t>870] Хвала богам, крадій той поплатився вже,</w:t>
      </w:r>
    </w:p>
    <w:p>
      <w:r>
        <w:br/>
        <w:t>Упала й Троя під списами еллінів.</w:t>
      </w:r>
    </w:p>
    <w:p>
      <w:r>
        <w:br/>
        <w:t>Ото прийшов я врешті по лаконянку —</w:t>
      </w:r>
    </w:p>
    <w:p>
      <w:r>
        <w:br/>
        <w:t>Не дуже то приємно на ім'я назвать</w:t>
      </w:r>
    </w:p>
    <w:p>
      <w:r>
        <w:br/>
        <w:t>Колишню жінку — разом з полонянками,</w:t>
      </w:r>
    </w:p>
    <w:p>
      <w:r>
        <w:br/>
        <w:t>Що взяті в Трої, тут десь у шатрі вона.</w:t>
      </w:r>
    </w:p>
    <w:p>
      <w:r>
        <w:br/>
        <w:t>Всі ті, хто списом у боях вернув її,</w:t>
      </w:r>
    </w:p>
    <w:p>
      <w:r>
        <w:br/>
        <w:t>Веліли, щоб я підлу чи на місці вбив,</w:t>
      </w:r>
    </w:p>
    <w:p>
      <w:r>
        <w:br/>
        <w:t>А чи одправив, як не вб'ю, до Аргосу.</w:t>
      </w:r>
    </w:p>
    <w:p>
      <w:r>
        <w:br/>
        <w:t>Отож Єлену в Трої не каратиму —</w:t>
      </w:r>
    </w:p>
    <w:p>
      <w:r>
        <w:br/>
        <w:t>880] Нехай судном на землю нашу еллінську</w:t>
      </w:r>
    </w:p>
    <w:p>
      <w:r>
        <w:br/>
        <w:t>її доставлять. Щойно там убить велю —</w:t>
      </w:r>
    </w:p>
    <w:p>
      <w:r>
        <w:br/>
        <w:t>У жертву друзям, що лягли в краю чужім.</w:t>
      </w:r>
    </w:p>
    <w:p>
      <w:r>
        <w:br/>
        <w:t>Ідіть же, слуги, і з намету виведіть</w:t>
      </w:r>
    </w:p>
    <w:p>
      <w:r>
        <w:br/>
        <w:t>Негідницю, вхопивши за сплямовану</w:t>
      </w:r>
    </w:p>
    <w:p>
      <w:r>
        <w:br/>
        <w:t>Кровопролиттям гриву. Хай вітрець подме</w:t>
      </w:r>
    </w:p>
    <w:p>
      <w:r>
        <w:br/>
        <w:t>Попутній — ми в Елладу з нею рушимо.</w:t>
      </w:r>
    </w:p>
    <w:p>
      <w:r>
        <w:br/>
        <w:t>ГЕКАБА</w:t>
      </w:r>
    </w:p>
    <w:p>
      <w:r>
        <w:br/>
        <w:t>(звівши до неба руки)</w:t>
      </w:r>
    </w:p>
    <w:p>
      <w:r>
        <w:br/>
        <w:t>О ти, хто держиш землю й маєш трон на ній,</w:t>
      </w:r>
    </w:p>
    <w:p>
      <w:r>
        <w:br/>
        <w:t>Незрозумілий Зевсе, хто б ти там не був —</w:t>
      </w:r>
    </w:p>
    <w:p>
      <w:r>
        <w:br/>
        <w:t>Природи необхідність, а чи ум людський —</w:t>
      </w:r>
    </w:p>
    <w:p>
      <w:r>
        <w:br/>
        <w:t>890] Тебе шаную: хоч твій шлях — невидимий,</w:t>
      </w:r>
    </w:p>
    <w:p>
      <w:r>
        <w:br/>
        <w:t>Ти справедливо правиш смертних долею.</w:t>
      </w:r>
    </w:p>
    <w:p>
      <w:r>
        <w:br/>
        <w:t>МЕНЕЛАЙ</w:t>
      </w:r>
    </w:p>
    <w:p>
      <w:r>
        <w:br/>
        <w:t>Ти так незвично до богів звертаєшся?..</w:t>
      </w:r>
    </w:p>
    <w:p>
      <w:r>
        <w:br/>
        <w:t>ГЕКАБА</w:t>
      </w:r>
    </w:p>
    <w:p>
      <w:r>
        <w:br/>
        <w:t>Похвально, Менелаю, що ти жінку вб'єш.</w:t>
      </w:r>
    </w:p>
    <w:p>
      <w:r>
        <w:br/>
        <w:t>Гляди, щоб лиш любов'ю не взяла тебе:</w:t>
      </w:r>
    </w:p>
    <w:p>
      <w:r>
        <w:br/>
        <w:t>До себе вічі всіх мужів приковує,</w:t>
      </w:r>
    </w:p>
    <w:p>
      <w:r>
        <w:br/>
        <w:t>Міста руйнує, житла палить, звабниця.</w:t>
      </w:r>
    </w:p>
    <w:p>
      <w:r>
        <w:br/>
        <w:t>Це я і ти посвідчиш, як і жертви всі.</w:t>
      </w:r>
    </w:p>
    <w:p>
      <w:r>
        <w:br/>
        <w:t>Слуги виводять із намету Єлену.</w:t>
      </w:r>
    </w:p>
    <w:p>
      <w:r>
        <w:br/>
        <w:t>ЄЛЕНА</w:t>
      </w:r>
    </w:p>
    <w:p>
      <w:r>
        <w:br/>
        <w:t>Початок, Менелаю, нажахав мене,</w:t>
      </w:r>
    </w:p>
    <w:p>
      <w:r>
        <w:br/>
        <w:t>Й не марно: впали слуги й з твого розказу</w:t>
      </w:r>
    </w:p>
    <w:p>
      <w:r>
        <w:br/>
        <w:t>900] Насильно із намету потягли мене.</w:t>
      </w:r>
    </w:p>
    <w:p>
      <w:r>
        <w:br/>
        <w:t>Хоч ти, як бачу, геть жону зненавидів,</w:t>
      </w:r>
    </w:p>
    <w:p>
      <w:r>
        <w:br/>
        <w:t>Але спитати хочу, як там елліни</w:t>
      </w:r>
    </w:p>
    <w:p>
      <w:r>
        <w:br/>
        <w:t>Рішили повестися із життям моїм?</w:t>
      </w:r>
    </w:p>
    <w:p>
      <w:r>
        <w:br/>
        <w:t>МЕНЕЛАЙ</w:t>
      </w:r>
    </w:p>
    <w:p>
      <w:r>
        <w:br/>
        <w:t>А що рішати? Військо віддало тебе</w:t>
      </w:r>
    </w:p>
    <w:p>
      <w:r>
        <w:br/>
        <w:t>Мені, хто має вбити свою кривдницю. [226]</w:t>
      </w:r>
    </w:p>
    <w:p>
      <w:r>
        <w:br/>
        <w:t>ЄЛЕНА</w:t>
      </w:r>
    </w:p>
    <w:p>
      <w:r>
        <w:br/>
        <w:t>А можна мовить слово й довести усім,</w:t>
      </w:r>
    </w:p>
    <w:p>
      <w:r>
        <w:br/>
        <w:t>Що, коли вмру я, то — несправедливо вмру?</w:t>
      </w:r>
    </w:p>
    <w:p>
      <w:r>
        <w:br/>
        <w:t>МЕНЕЛАЙ</w:t>
      </w:r>
    </w:p>
    <w:p>
      <w:r>
        <w:br/>
        <w:t>Не мудрувати я прийшов, а вбить тебе.</w:t>
      </w:r>
    </w:p>
    <w:p>
      <w:r>
        <w:br/>
        <w:t>ГЕКАБА</w:t>
      </w:r>
    </w:p>
    <w:p>
      <w:r>
        <w:br/>
        <w:t>Хай мовить, Менелаю. Не вмирати ж їй,</w:t>
      </w:r>
    </w:p>
    <w:p>
      <w:r>
        <w:br/>
        <w:t>910] Не висловившись. Потім і мені дозволь</w:t>
      </w:r>
    </w:p>
    <w:p>
      <w:r>
        <w:br/>
        <w:t>Одповісти їй. Як вона нашкодила</w:t>
      </w:r>
    </w:p>
    <w:p>
      <w:r>
        <w:br/>
        <w:t>Троянцям, ти не знаєш. Скажу коротко</w:t>
      </w:r>
    </w:p>
    <w:p>
      <w:r>
        <w:br/>
        <w:t>Про все — і кари не мине злочинниця.</w:t>
      </w:r>
    </w:p>
    <w:p>
      <w:r>
        <w:br/>
        <w:t>МЕНЕЛАЙ</w:t>
      </w:r>
    </w:p>
    <w:p>
      <w:r>
        <w:br/>
        <w:t>Даремна трата часу. Та нехай вже там</w:t>
      </w:r>
    </w:p>
    <w:p>
      <w:r>
        <w:br/>
        <w:t>Говорить. Щоб лиш знала: я цю поступку</w:t>
      </w:r>
    </w:p>
    <w:p>
      <w:r>
        <w:br/>
        <w:t>Не їй роблю — тобі я ласку виявив.</w:t>
      </w:r>
    </w:p>
    <w:p>
      <w:r>
        <w:br/>
        <w:t>ЄЛЕНА</w:t>
      </w:r>
    </w:p>
    <w:p>
      <w:r>
        <w:br/>
        <w:t>Чи добре, чи погано говоритиму, —</w:t>
      </w:r>
    </w:p>
    <w:p>
      <w:r>
        <w:br/>
        <w:t>Як ворога, ти, певно, й не послухаєш.</w:t>
      </w:r>
    </w:p>
    <w:p>
      <w:r>
        <w:br/>
        <w:t>Та я, твої можливі звинувачення</w:t>
      </w:r>
    </w:p>
    <w:p>
      <w:r>
        <w:br/>
        <w:t>920] Завбачивши, одразу ж відповім на них,</w:t>
      </w:r>
    </w:p>
    <w:p>
      <w:r>
        <w:br/>
        <w:t>Тоді вже поміркую, хто з нас варт чого.</w:t>
      </w:r>
    </w:p>
    <w:p>
      <w:r>
        <w:br/>
        <w:t>(Вказуючи на Гекабу).</w:t>
      </w:r>
    </w:p>
    <w:p>
      <w:r>
        <w:br/>
        <w:t>Початком бід, гадаю, стала жінка ця,</w:t>
      </w:r>
    </w:p>
    <w:p>
      <w:r>
        <w:br/>
        <w:t>Що повила Паріса. Потім старець той</w:t>
      </w:r>
    </w:p>
    <w:p>
      <w:r>
        <w:br/>
        <w:t>Мене прирік і Трою, бо дитя зберіг —</w:t>
      </w:r>
    </w:p>
    <w:p>
      <w:r>
        <w:br/>
        <w:t>Паріса — що приснився згубним факелом.</w:t>
      </w:r>
    </w:p>
    <w:p>
      <w:r>
        <w:br/>
        <w:t>Послухай же, що далі відбувалося:</w:t>
      </w:r>
    </w:p>
    <w:p>
      <w:r>
        <w:br/>
        <w:t>Для трьох богинь потому він суддею став.</w:t>
      </w:r>
    </w:p>
    <w:p>
      <w:r>
        <w:br/>
        <w:t>Паллада обіцяла, що Елладу всю,</w:t>
      </w:r>
    </w:p>
    <w:p>
      <w:r>
        <w:br/>
        <w:t>Очоливши фрігійців, завоює він.</w:t>
      </w:r>
    </w:p>
    <w:p>
      <w:r>
        <w:br/>
        <w:t>930] А Гера, якщо б їй дісталось яблуко, —</w:t>
      </w:r>
    </w:p>
    <w:p>
      <w:r>
        <w:br/>
        <w:t>Віддати владу і в Європі, й в Азії.</w:t>
      </w:r>
    </w:p>
    <w:p>
      <w:r>
        <w:br/>
        <w:t>Кіпріда ж, мою вроду вихваляючи, —</w:t>
      </w:r>
    </w:p>
    <w:p>
      <w:r>
        <w:br/>
        <w:t>Мене пообіцяла, тільки б їй вдалось</w:t>
      </w:r>
    </w:p>
    <w:p>
      <w:r>
        <w:br/>
        <w:t>Узяти верх. Що далі — поміркуй лишень:</w:t>
      </w:r>
    </w:p>
    <w:p>
      <w:r>
        <w:br/>
        <w:t>Перемогла Кіпріда. Й на добро пішов</w:t>
      </w:r>
    </w:p>
    <w:p>
      <w:r>
        <w:br/>
        <w:t>Мій шлюб Елладі: варвар не скорив її —</w:t>
      </w:r>
    </w:p>
    <w:p>
      <w:r>
        <w:br/>
        <w:t>Уникнула і рабства, й самовладника.</w:t>
      </w:r>
    </w:p>
    <w:p>
      <w:r>
        <w:br/>
        <w:t>Еллада скористала, я — загинула:</w:t>
      </w:r>
    </w:p>
    <w:p>
      <w:r>
        <w:br/>
        <w:t>Мене ж бо справді через вроду продано,</w:t>
      </w:r>
    </w:p>
    <w:p>
      <w:r>
        <w:br/>
        <w:t>940] Й за що б вінець мав бути — лиш ганьба за ц</w:t>
      </w:r>
    </w:p>
    <w:p>
      <w:r>
        <w:br/>
        <w:t>Найголовніше, скажеш ти, замовчую:</w:t>
      </w:r>
    </w:p>
    <w:p>
      <w:r>
        <w:br/>
        <w:t>Чому твій дім я залишила потайки.</w:t>
      </w:r>
    </w:p>
    <w:p>
      <w:r>
        <w:br/>
        <w:t>Богиню залучивши — й неабияку! —</w:t>
      </w:r>
    </w:p>
    <w:p>
      <w:r>
        <w:br/>
        <w:t>Прийшов лихий мій демон (називай його</w:t>
      </w:r>
    </w:p>
    <w:p>
      <w:r>
        <w:br/>
        <w:t>Чи Александром, чи Парісом — байдуже),</w:t>
      </w:r>
    </w:p>
    <w:p>
      <w:r>
        <w:br/>
        <w:t>Так ось (хіба так роблять?) ти на Кріт тоді [227]</w:t>
      </w:r>
    </w:p>
    <w:p>
      <w:r>
        <w:br/>
        <w:t>Судном майнув із Спарти, безсоромнику!</w:t>
      </w:r>
    </w:p>
    <w:p>
      <w:r>
        <w:br/>
        <w:t>Тепер себе вже, не тебе, питатиму:</w:t>
      </w:r>
    </w:p>
    <w:p>
      <w:r>
        <w:br/>
        <w:t>З якими ж то думками за поріг ішла</w:t>
      </w:r>
    </w:p>
    <w:p>
      <w:r>
        <w:br/>
        <w:t>950] Із гостем, я, вітчизни, дому зрадниця?</w:t>
      </w:r>
    </w:p>
    <w:p>
      <w:r>
        <w:br/>
        <w:t>Кіпріду звинувачуй, будь могутніший,</w:t>
      </w:r>
    </w:p>
    <w:p>
      <w:r>
        <w:br/>
        <w:t>Ніж Зевс. А він же, хай владар богів усіх, —</w:t>
      </w:r>
    </w:p>
    <w:p>
      <w:r>
        <w:br/>
        <w:t>Слугує цій богині. Тож пробач мені.</w:t>
      </w:r>
    </w:p>
    <w:p>
      <w:r>
        <w:br/>
        <w:t>І ще ось гарне б мав ти звинувачення:</w:t>
      </w:r>
    </w:p>
    <w:p>
      <w:r>
        <w:br/>
        <w:t>Як Александр загинув і в Аїд зійшов,</w:t>
      </w:r>
    </w:p>
    <w:p>
      <w:r>
        <w:br/>
        <w:t>Мені, що шлюбом не була вже зв'язана,</w:t>
      </w:r>
    </w:p>
    <w:p>
      <w:r>
        <w:br/>
        <w:t>З ахейцями годилось, Трою кинувши,</w:t>
      </w:r>
    </w:p>
    <w:p>
      <w:r>
        <w:br/>
        <w:t>Пливти. Я поривалась. Це посвідчили б</w:t>
      </w:r>
    </w:p>
    <w:p>
      <w:r>
        <w:br/>
        <w:t>Дозорці, що на мурі, й замків стражники:</w:t>
      </w:r>
    </w:p>
    <w:p>
      <w:r>
        <w:br/>
        <w:t>960] Не раз мене ловили, як із веж стрімких</w:t>
      </w:r>
    </w:p>
    <w:p>
      <w:r>
        <w:br/>
        <w:t>Я по мотузці крадькома спускалася.</w:t>
      </w:r>
    </w:p>
    <w:p>
      <w:r>
        <w:br/>
        <w:t>А муж новий мій, Деїфоб, завів мене</w:t>
      </w:r>
    </w:p>
    <w:p>
      <w:r>
        <w:br/>
        <w:t>В свій дім, фракійців не спитавши, силою.</w:t>
      </w:r>
    </w:p>
    <w:p>
      <w:r>
        <w:br/>
        <w:t>Отож чи справедливо, муже, вб'єш мене,</w:t>
      </w:r>
    </w:p>
    <w:p>
      <w:r>
        <w:br/>
        <w:t>Лише за те, що я насильство звідала?</w:t>
      </w:r>
    </w:p>
    <w:p>
      <w:r>
        <w:br/>
        <w:t>Моя краса не пальму принесла мені —</w:t>
      </w:r>
    </w:p>
    <w:p>
      <w:r>
        <w:br/>
        <w:t>Гірку неволю. Ти богів долати взявсь?</w:t>
      </w:r>
    </w:p>
    <w:p>
      <w:r>
        <w:br/>
        <w:t>Хіба щось може бути безрозсуднішим?</w:t>
      </w:r>
    </w:p>
    <w:p>
      <w:r>
        <w:br/>
        <w:t>ПРОВІДНИЦЯ ХОРУ</w:t>
      </w:r>
    </w:p>
    <w:p>
      <w:r>
        <w:br/>
        <w:t>(до Гекаби)</w:t>
      </w:r>
    </w:p>
    <w:p>
      <w:r>
        <w:br/>
        <w:t>Вітчизну й рід наш захисти, володарко,</w:t>
      </w:r>
    </w:p>
    <w:p>
      <w:r>
        <w:br/>
        <w:t>970] Приборкай красномовну: гарно річ веде —</w:t>
      </w:r>
    </w:p>
    <w:p>
      <w:r>
        <w:br/>
        <w:t>Погано чинить. Ось що найжахливіше.</w:t>
      </w:r>
    </w:p>
    <w:p>
      <w:r>
        <w:br/>
        <w:t>ГЕКАБА</w:t>
      </w:r>
    </w:p>
    <w:p>
      <w:r>
        <w:br/>
        <w:t>Богинь безсмертних захищу насамперед —</w:t>
      </w:r>
    </w:p>
    <w:p>
      <w:r>
        <w:br/>
        <w:t>Облудність її мови зараз виявлю.</w:t>
      </w:r>
    </w:p>
    <w:p>
      <w:r>
        <w:br/>
        <w:t>Не думаю, щоб Геру й доньку Зевсову —</w:t>
      </w:r>
    </w:p>
    <w:p>
      <w:r>
        <w:br/>
        <w:t>Палладу-діву вже аж так затьмарило,</w:t>
      </w:r>
    </w:p>
    <w:p>
      <w:r>
        <w:br/>
        <w:t>Щоб та могла продати Аргос варварам,</w:t>
      </w:r>
    </w:p>
    <w:p>
      <w:r>
        <w:br/>
        <w:t>А ця — Афіни слугувать їм змусила.</w:t>
      </w:r>
    </w:p>
    <w:p>
      <w:r>
        <w:br/>
        <w:t>Та й смішно, щоб на Іду для змагань пустих</w:t>
      </w:r>
    </w:p>
    <w:p>
      <w:r>
        <w:br/>
        <w:t>Богині ті зійшлися. Що ж то Гері так</w:t>
      </w:r>
    </w:p>
    <w:p>
      <w:r>
        <w:br/>
        <w:t>980] Заважило на вроді? Може, інший хтось</w:t>
      </w:r>
    </w:p>
    <w:p>
      <w:r>
        <w:br/>
        <w:t>Подобавсь їй, од Зевса знаменитіший?</w:t>
      </w:r>
    </w:p>
    <w:p>
      <w:r>
        <w:br/>
        <w:t>А чи Афіні, що сама в отця свого</w:t>
      </w:r>
    </w:p>
    <w:p>
      <w:r>
        <w:br/>
        <w:t>Дівоцтва попросила й шлюбом нехтує,</w:t>
      </w:r>
    </w:p>
    <w:p>
      <w:r>
        <w:br/>
        <w:t>Запраглось мужа? Не роби ж дурними їх,</w:t>
      </w:r>
    </w:p>
    <w:p>
      <w:r>
        <w:br/>
        <w:t>Приховуючи блуд свій: чи повірить хто?</w:t>
      </w:r>
    </w:p>
    <w:p>
      <w:r>
        <w:br/>
        <w:t>А що Кіпріда в Менелаїв дім прийшла</w:t>
      </w:r>
    </w:p>
    <w:p>
      <w:r>
        <w:br/>
        <w:t>Із моїм сином — найсмішніша вигадка:</w:t>
      </w:r>
    </w:p>
    <w:p>
      <w:r>
        <w:br/>
        <w:t>Хіба ж їй важко, з неба не спускаючись,</w:t>
      </w:r>
    </w:p>
    <w:p>
      <w:r>
        <w:br/>
        <w:t>Тебе, та й всі Амікли, в Іліон послать?</w:t>
      </w:r>
    </w:p>
    <w:p>
      <w:r>
        <w:br/>
        <w:t>990] Мій син був дійсно вроди незрівнянної,</w:t>
      </w:r>
    </w:p>
    <w:p>
      <w:r>
        <w:br/>
        <w:t>Кіпрідою ж сама ти стала, вгледівши</w:t>
      </w:r>
    </w:p>
    <w:p>
      <w:r>
        <w:br/>
        <w:t>Цю вроду. Весь дурман од Афродіти йде, [228]</w:t>
      </w:r>
    </w:p>
    <w:p>
      <w:r>
        <w:br/>
        <w:t>Чи Афросіни (саме так слід зватись їй).</w:t>
      </w:r>
    </w:p>
    <w:p>
      <w:r>
        <w:br/>
        <w:t>Його в чужинськім одязі побачивши,</w:t>
      </w:r>
    </w:p>
    <w:p>
      <w:r>
        <w:br/>
        <w:t>Всього у злоті, ти взялася пристрастю,</w:t>
      </w:r>
    </w:p>
    <w:p>
      <w:r>
        <w:br/>
        <w:t>Не дуже, бач, велося тобі в Аргосі,</w:t>
      </w:r>
    </w:p>
    <w:p>
      <w:r>
        <w:br/>
        <w:t>Гадала: кину Спарту, й там, де золото</w:t>
      </w:r>
    </w:p>
    <w:p>
      <w:r>
        <w:br/>
        <w:t>Пливе рікою, у краю фрігійському,</w:t>
      </w:r>
    </w:p>
    <w:p>
      <w:r>
        <w:br/>
        <w:t>Порозкошую вволю: Менелаїв дім</w:t>
      </w:r>
    </w:p>
    <w:p>
      <w:r>
        <w:br/>
        <w:t>1000] Уже був надто вбогий як на розмах твій.</w:t>
      </w:r>
    </w:p>
    <w:p>
      <w:r>
        <w:br/>
        <w:t>Ти кажеш: син мій силоміццю взяв тебе.</w:t>
      </w:r>
    </w:p>
    <w:p>
      <w:r>
        <w:br/>
        <w:t>А хто відчув це в Спарті? Чи гукнула ти</w:t>
      </w:r>
    </w:p>
    <w:p>
      <w:r>
        <w:br/>
        <w:t>Когось на поміч? Хоч і Кастор, юний ще,</w:t>
      </w:r>
    </w:p>
    <w:p>
      <w:r>
        <w:br/>
        <w:t>Не між зірками з братом — побіч тебе жив.</w:t>
      </w:r>
    </w:p>
    <w:p>
      <w:r>
        <w:br/>
        <w:t>Та ось ти — в Трої. І відразу вслід тобі —</w:t>
      </w:r>
    </w:p>
    <w:p>
      <w:r>
        <w:br/>
        <w:t>Аргів'яни завзяті. В хід списи пішли.</w:t>
      </w:r>
    </w:p>
    <w:p>
      <w:r>
        <w:br/>
        <w:t>Сприяла в битві доля Менелаєві —</w:t>
      </w:r>
    </w:p>
    <w:p>
      <w:r>
        <w:br/>
        <w:t>Його ти й вихваляла, щоб мій син терпів</w:t>
      </w:r>
    </w:p>
    <w:p>
      <w:r>
        <w:br/>
        <w:t>Од грізного в любові супротивника.</w:t>
      </w:r>
    </w:p>
    <w:p>
      <w:r>
        <w:br/>
        <w:t>1010] Щастило Трої — з мужа насміхалася.</w:t>
      </w:r>
    </w:p>
    <w:p>
      <w:r>
        <w:br/>
        <w:t>Дороговказом був для тебе випадок:</w:t>
      </w:r>
    </w:p>
    <w:p>
      <w:r>
        <w:br/>
        <w:t>Йому, а не чесноті, догоджала ти.</w:t>
      </w:r>
    </w:p>
    <w:p>
      <w:r>
        <w:br/>
        <w:t>Спускалась, кажеш, на мотузці з веж оцих,</w:t>
      </w:r>
    </w:p>
    <w:p>
      <w:r>
        <w:br/>
        <w:t>Мовляв, жила насильно, проти волі, тут.</w:t>
      </w:r>
    </w:p>
    <w:p>
      <w:r>
        <w:br/>
        <w:t>Тебе спіймав хтось, коли шнур чіпляла ти,</w:t>
      </w:r>
    </w:p>
    <w:p>
      <w:r>
        <w:br/>
        <w:t>Меча гострила?.. Саме це б належало</w:t>
      </w:r>
    </w:p>
    <w:p>
      <w:r>
        <w:br/>
        <w:t>Жоні робити, вірній мужу першому.</w:t>
      </w:r>
    </w:p>
    <w:p>
      <w:r>
        <w:br/>
        <w:t>Ще ж я тебе благала, примовляючи</w:t>
      </w:r>
    </w:p>
    <w:p>
      <w:r>
        <w:br/>
        <w:t>Не раз: "Покинь нас, дочко! Інших жон собі</w:t>
      </w:r>
    </w:p>
    <w:p>
      <w:r>
        <w:br/>
        <w:t>1020] Сини мої приглянуть. Я тайком тебе</w:t>
      </w:r>
    </w:p>
    <w:p>
      <w:r>
        <w:br/>
        <w:t>До кораблів спроваджу: швидше б мир зайшов</w:t>
      </w:r>
    </w:p>
    <w:p>
      <w:r>
        <w:br/>
        <w:t>Між еллінами й нами!" — Ти кривилася:</w:t>
      </w:r>
    </w:p>
    <w:p>
      <w:r>
        <w:br/>
        <w:t>Бо де ще, як не в домі Александровім,</w:t>
      </w:r>
    </w:p>
    <w:p>
      <w:r>
        <w:br/>
        <w:t>Так потурають примхам, ницьма падають?</w:t>
      </w:r>
    </w:p>
    <w:p>
      <w:r>
        <w:br/>
        <w:t>Ось цим ти й дорожила. А тепер ото</w:t>
      </w:r>
    </w:p>
    <w:p>
      <w:r>
        <w:br/>
        <w:t>Виходиш, нарядившись, і повітрям цим,</w:t>
      </w:r>
    </w:p>
    <w:p>
      <w:r>
        <w:br/>
        <w:t>Що й муж твій, нечестива, смієш дихати!</w:t>
      </w:r>
    </w:p>
    <w:p>
      <w:r>
        <w:br/>
        <w:t>А мала б у ряднині йти покірливо,</w:t>
      </w:r>
    </w:p>
    <w:p>
      <w:r>
        <w:br/>
        <w:t>Тремтливо, обголивши кляту голову,</w:t>
      </w:r>
    </w:p>
    <w:p>
      <w:r>
        <w:br/>
        <w:t>1030] І скромній випадало б, не зухвалій буть,</w:t>
      </w:r>
    </w:p>
    <w:p>
      <w:r>
        <w:br/>
        <w:t>Коли вже стільки горя спричинила всім.</w:t>
      </w:r>
    </w:p>
    <w:p>
      <w:r>
        <w:br/>
        <w:t>Так ось же, Менелаю, моїх слів вінець:</w:t>
      </w:r>
    </w:p>
    <w:p>
      <w:r>
        <w:br/>
        <w:t>Добро зроби Елладі: вбий злочинницю,</w:t>
      </w:r>
    </w:p>
    <w:p>
      <w:r>
        <w:br/>
        <w:t>Як і годиться, — все жіноцтво матиме</w:t>
      </w:r>
    </w:p>
    <w:p>
      <w:r>
        <w:br/>
        <w:t>Закон: за зраду мужа смерть належиться.</w:t>
      </w:r>
    </w:p>
    <w:p>
      <w:r>
        <w:br/>
        <w:t>ПРОВІДНИЦЯ ХОРУ</w:t>
      </w:r>
    </w:p>
    <w:p>
      <w:r>
        <w:br/>
        <w:t>Вшануй і предків, і свій дім, володарю, —</w:t>
      </w:r>
    </w:p>
    <w:p>
      <w:r>
        <w:br/>
        <w:t>Скарай дружину. Не дозволь, щоб еллінів</w:t>
      </w:r>
    </w:p>
    <w:p>
      <w:r>
        <w:br/>
        <w:t>За м'якосердих мали. Стійкість вияви!</w:t>
      </w:r>
    </w:p>
    <w:p>
      <w:r>
        <w:br/>
        <w:t>МЕНЕЛАЙ</w:t>
      </w:r>
    </w:p>
    <w:p>
      <w:r>
        <w:br/>
        <w:t>Однакова в нас думка: так, жона моя [229]</w:t>
      </w:r>
    </w:p>
    <w:p>
      <w:r>
        <w:br/>
        <w:t>1040] Не з примусу — охоче дім мій кинула,</w:t>
      </w:r>
    </w:p>
    <w:p>
      <w:r>
        <w:br/>
        <w:t>Чужого ложа спрагла. А Кіпріда тут —</w:t>
      </w:r>
    </w:p>
    <w:p>
      <w:r>
        <w:br/>
        <w:t>Для красного слівця лиш. Хай поб'ють тебе</w:t>
      </w:r>
    </w:p>
    <w:p>
      <w:r>
        <w:br/>
        <w:t>Камінням. Довгих мук завдавши еллінам,</w:t>
      </w:r>
    </w:p>
    <w:p>
      <w:r>
        <w:br/>
        <w:t>Загинеш миттю. Знай, як мужа кривдити!</w:t>
      </w:r>
    </w:p>
    <w:p>
      <w:r>
        <w:br/>
        <w:t>ЄЛЕНА</w:t>
      </w:r>
    </w:p>
    <w:p>
      <w:r>
        <w:br/>
        <w:t>Молю, до ніг припавши: не вбивай мене —</w:t>
      </w:r>
    </w:p>
    <w:p>
      <w:r>
        <w:br/>
        <w:t>Боги — не я тут завинила. Змилуйся!..</w:t>
      </w:r>
    </w:p>
    <w:p>
      <w:r>
        <w:br/>
        <w:t>ГЕКАБА</w:t>
      </w:r>
    </w:p>
    <w:p>
      <w:r>
        <w:br/>
        <w:t>Не зрадь тих друзів, що з-за неї згинули,</w:t>
      </w:r>
    </w:p>
    <w:p>
      <w:r>
        <w:br/>
        <w:t>За них прошу, а також — за дітей своїх.</w:t>
      </w:r>
    </w:p>
    <w:p>
      <w:r>
        <w:br/>
        <w:t>МЕНЕЛАЙ</w:t>
      </w:r>
    </w:p>
    <w:p>
      <w:r>
        <w:br/>
        <w:t>Лиши, стара, ті просьби; все тут рішено:</w:t>
      </w:r>
    </w:p>
    <w:p>
      <w:r>
        <w:br/>
        <w:t>1050] Велю ось слугам, щоб уже вели її</w:t>
      </w:r>
    </w:p>
    <w:p>
      <w:r>
        <w:br/>
        <w:t>До корабля — в Елладу морем вирушить.</w:t>
      </w:r>
    </w:p>
    <w:p>
      <w:r>
        <w:br/>
        <w:t>ГЕКАБА</w:t>
      </w:r>
    </w:p>
    <w:p>
      <w:r>
        <w:br/>
        <w:t>Лиш ти на цьому ж кораблі плисти не смій.</w:t>
      </w:r>
    </w:p>
    <w:p>
      <w:r>
        <w:br/>
        <w:t>МЕНЕЛАЙ</w:t>
      </w:r>
    </w:p>
    <w:p>
      <w:r>
        <w:br/>
        <w:t>А що? Чи важча стала, ніж колись була?</w:t>
      </w:r>
    </w:p>
    <w:p>
      <w:r>
        <w:br/>
        <w:t>ГЕКАБА</w:t>
      </w:r>
    </w:p>
    <w:p>
      <w:r>
        <w:br/>
        <w:t>Не є коханцем, хто б весь час жаги не чув,</w:t>
      </w:r>
    </w:p>
    <w:p>
      <w:r>
        <w:br/>
        <w:t>Куди б лишень кохана не звернулася.</w:t>
      </w:r>
    </w:p>
    <w:p>
      <w:r>
        <w:br/>
        <w:t>МЕНЕЛАЙ</w:t>
      </w:r>
    </w:p>
    <w:p>
      <w:r>
        <w:br/>
        <w:t>По-твоєму хай буде. На судно моє</w:t>
      </w:r>
    </w:p>
    <w:p>
      <w:r>
        <w:br/>
        <w:t>Вона не ступить. Ти незле дораджуєш.</w:t>
      </w:r>
    </w:p>
    <w:p>
      <w:r>
        <w:br/>
        <w:t>Прибуде в Аргос — по заслузі підлою</w:t>
      </w:r>
    </w:p>
    <w:p>
      <w:r>
        <w:br/>
        <w:t>Загине смертю, підла, щоб жінкам усім</w:t>
      </w:r>
    </w:p>
    <w:p>
      <w:r>
        <w:br/>
        <w:t>1060] Про цноту нагадати. Хай нелегко це,</w:t>
      </w:r>
    </w:p>
    <w:p>
      <w:r>
        <w:br/>
        <w:t>Одначе покарання вселить в інших страх,</w:t>
      </w:r>
    </w:p>
    <w:p>
      <w:r>
        <w:br/>
        <w:t>Котрі й від неї гірші, глузд поверне їм.</w:t>
      </w:r>
    </w:p>
    <w:p>
      <w:r>
        <w:br/>
        <w:t>СТАСИМ ТРЕТІЙ</w:t>
      </w:r>
    </w:p>
    <w:p>
      <w:r>
        <w:br/>
        <w:t>ХОР</w:t>
      </w:r>
    </w:p>
    <w:p>
      <w:r>
        <w:br/>
        <w:t>Строфа І</w:t>
      </w:r>
    </w:p>
    <w:p>
      <w:r>
        <w:br/>
        <w:t>Ти ж і храм Іліонський свій,</w:t>
      </w:r>
    </w:p>
    <w:p>
      <w:r>
        <w:br/>
        <w:t>І вівтар запашний віддав,</w:t>
      </w:r>
    </w:p>
    <w:p>
      <w:r>
        <w:br/>
        <w:t>Зевсе, збройним ахейцям!..</w:t>
      </w:r>
    </w:p>
    <w:p>
      <w:r>
        <w:br/>
        <w:t>Щедрих жертв очисний вогонь,</w:t>
      </w:r>
    </w:p>
    <w:p>
      <w:r>
        <w:br/>
        <w:t>Мирри дим, що струмить в ефір,</w:t>
      </w:r>
    </w:p>
    <w:p>
      <w:r>
        <w:br/>
        <w:t>І Пергам небосяжний,</w:t>
      </w:r>
    </w:p>
    <w:p>
      <w:r>
        <w:br/>
        <w:t>І схили Іди, густо вповиті плющем,</w:t>
      </w:r>
    </w:p>
    <w:p>
      <w:r>
        <w:br/>
        <w:t>1070] Що п'є вологу з крижаних струмків, [230]</w:t>
      </w:r>
    </w:p>
    <w:p>
      <w:r>
        <w:br/>
        <w:t>І ту, що перший в неї промінь б'є,</w:t>
      </w:r>
    </w:p>
    <w:p>
      <w:r>
        <w:br/>
        <w:t>Скелю стрімку — світосяйну блаженних оселю.</w:t>
      </w:r>
    </w:p>
    <w:p>
      <w:r>
        <w:br/>
        <w:t>Антистрофа І</w:t>
      </w:r>
    </w:p>
    <w:p>
      <w:r>
        <w:br/>
        <w:t>Ні дарів, ні впродовж ночей</w:t>
      </w:r>
    </w:p>
    <w:p>
      <w:r>
        <w:br/>
        <w:t>Танців радісних, гомінких,</w:t>
      </w:r>
    </w:p>
    <w:p>
      <w:r>
        <w:br/>
        <w:t>Що вславляють безсмертних.</w:t>
      </w:r>
    </w:p>
    <w:p>
      <w:r>
        <w:br/>
        <w:t>Ні зображень із золота,</w:t>
      </w:r>
    </w:p>
    <w:p>
      <w:r>
        <w:br/>
        <w:t>Ні дванадцять божественних</w:t>
      </w:r>
    </w:p>
    <w:p>
      <w:r>
        <w:br/>
        <w:t>Місяців повнолицих.</w:t>
      </w:r>
    </w:p>
    <w:p>
      <w:r>
        <w:br/>
        <w:t>Чи ти, владарю, бачиш? Чи бачиш ти</w:t>
      </w:r>
    </w:p>
    <w:p>
      <w:r>
        <w:br/>
        <w:t>1080] 3 престолу понадхмарного свого,</w:t>
      </w:r>
    </w:p>
    <w:p>
      <w:r>
        <w:br/>
        <w:t>Як гине місто наше — все дотла</w:t>
      </w:r>
    </w:p>
    <w:p>
      <w:r>
        <w:br/>
        <w:t>Згубний вогонь, охопивши його, пожирає.</w:t>
      </w:r>
    </w:p>
    <w:p>
      <w:r>
        <w:br/>
        <w:t>Строфа II</w:t>
      </w:r>
    </w:p>
    <w:p>
      <w:r>
        <w:br/>
        <w:t>Мужу, супутнику мій!</w:t>
      </w:r>
    </w:p>
    <w:p>
      <w:r>
        <w:br/>
        <w:t>Блукаєш десь тінню нині,</w:t>
      </w:r>
    </w:p>
    <w:p>
      <w:r>
        <w:br/>
        <w:t>Неомитий, непохоронений!..</w:t>
      </w:r>
    </w:p>
    <w:p>
      <w:r>
        <w:br/>
        <w:t>Мене ж на веслах-крилах</w:t>
      </w:r>
    </w:p>
    <w:p>
      <w:r>
        <w:br/>
        <w:t>Судно переправить</w:t>
      </w:r>
    </w:p>
    <w:p>
      <w:r>
        <w:br/>
        <w:t>До Аргосу, славного кіньми,</w:t>
      </w:r>
    </w:p>
    <w:p>
      <w:r>
        <w:br/>
        <w:t>Де височать до неба</w:t>
      </w:r>
    </w:p>
    <w:p>
      <w:r>
        <w:br/>
        <w:t>1090] КІКЛОПОВІ СТІНИ…</w:t>
      </w:r>
    </w:p>
    <w:p>
      <w:r>
        <w:br/>
        <w:t>При брамі діти — юрба тремка,</w:t>
      </w:r>
    </w:p>
    <w:p>
      <w:r>
        <w:br/>
        <w:t>Ковтаючи сльози, кричать-ячать:</w:t>
      </w:r>
    </w:p>
    <w:p>
      <w:r>
        <w:br/>
        <w:t>Мамо, глянь! Нас везуть</w:t>
      </w:r>
    </w:p>
    <w:p>
      <w:r>
        <w:br/>
        <w:t>Від очей твоїх ахейці</w:t>
      </w:r>
    </w:p>
    <w:p>
      <w:r>
        <w:br/>
        <w:t>Ген на темних кораблях,</w:t>
      </w:r>
    </w:p>
    <w:p>
      <w:r>
        <w:br/>
        <w:t>Веслами хвилю пінять, —</w:t>
      </w:r>
    </w:p>
    <w:p>
      <w:r>
        <w:br/>
        <w:t>Чи на Саламін священний,</w:t>
      </w:r>
    </w:p>
    <w:p>
      <w:r>
        <w:br/>
        <w:t>Чи до Істму, де двох морів</w:t>
      </w:r>
    </w:p>
    <w:p>
      <w:r>
        <w:br/>
        <w:t>Хвиля бурлить, де ворота</w:t>
      </w:r>
    </w:p>
    <w:p>
      <w:r>
        <w:br/>
        <w:t>1100] До Пелопового краю.</w:t>
      </w:r>
    </w:p>
    <w:p>
      <w:r>
        <w:br/>
        <w:t>Антистрофа II</w:t>
      </w:r>
    </w:p>
    <w:p>
      <w:r>
        <w:br/>
        <w:t>Там, серед безкраю вод,</w:t>
      </w:r>
    </w:p>
    <w:p>
      <w:r>
        <w:br/>
        <w:t>Нехай в корабель Менелаїв</w:t>
      </w:r>
    </w:p>
    <w:p>
      <w:r>
        <w:br/>
        <w:t>Блискавичним огнем з обох рук метне</w:t>
      </w:r>
    </w:p>
    <w:p>
      <w:r>
        <w:br/>
        <w:t>З-за хмари Зевс Каратель!</w:t>
      </w:r>
    </w:p>
    <w:p>
      <w:r>
        <w:br/>
        <w:t>Мене з Іліону,</w:t>
      </w:r>
    </w:p>
    <w:p>
      <w:r>
        <w:br/>
        <w:t>Залиту сльозами, в Елладу</w:t>
      </w:r>
    </w:p>
    <w:p>
      <w:r>
        <w:br/>
        <w:t>Женуть із вітчизни — в рабство.</w:t>
      </w:r>
    </w:p>
    <w:p>
      <w:r>
        <w:br/>
        <w:t>А Зевсова донька —</w:t>
      </w:r>
    </w:p>
    <w:p>
      <w:r>
        <w:br/>
        <w:t>Хизується дзеркальцем золотим,</w:t>
      </w:r>
    </w:p>
    <w:p>
      <w:r>
        <w:br/>
        <w:t>1110] Дівочою втіхою… Хай же ввік</w:t>
      </w:r>
    </w:p>
    <w:p>
      <w:r>
        <w:br/>
        <w:t>Не побачить Менелай [231]</w:t>
      </w:r>
    </w:p>
    <w:p>
      <w:r>
        <w:br/>
        <w:t>Ні лаконських нив, ні дому,</w:t>
      </w:r>
    </w:p>
    <w:p>
      <w:r>
        <w:br/>
        <w:t>Ні Пітани, де блищить</w:t>
      </w:r>
    </w:p>
    <w:p>
      <w:r>
        <w:br/>
        <w:t>Храм міднобрамний Паллади, —</w:t>
      </w:r>
    </w:p>
    <w:p>
      <w:r>
        <w:br/>
        <w:t>Як повернеться з тією,</w:t>
      </w:r>
    </w:p>
    <w:p>
      <w:r>
        <w:br/>
        <w:t>Що на сором Елладі всій</w:t>
      </w:r>
    </w:p>
    <w:p>
      <w:r>
        <w:br/>
        <w:t>Взяв за жону й на загибель</w:t>
      </w:r>
    </w:p>
    <w:p>
      <w:r>
        <w:br/>
        <w:t>Для стрімкого Сімоента!..</w:t>
      </w:r>
    </w:p>
    <w:p>
      <w:r>
        <w:br/>
        <w:t>ЕКСОД</w:t>
      </w:r>
    </w:p>
    <w:p>
      <w:r>
        <w:br/>
        <w:t>Входить Талфібій; слуги вносять тіло Астіанакта.</w:t>
      </w:r>
    </w:p>
    <w:p>
      <w:r>
        <w:br/>
        <w:t>ПРОВІДНИЦЯ ХОРУ</w:t>
      </w:r>
    </w:p>
    <w:p>
      <w:r>
        <w:br/>
        <w:t>Ось нові до нових долучаються бід,</w:t>
      </w:r>
    </w:p>
    <w:p>
      <w:r>
        <w:br/>
        <w:t>1120] Що посіли наш край. От погляньте сюди,</w:t>
      </w:r>
    </w:p>
    <w:p>
      <w:r>
        <w:br/>
        <w:t>Нещасливі троянки: вже й Астіанакт</w:t>
      </w:r>
    </w:p>
    <w:p>
      <w:r>
        <w:br/>
        <w:t>Не живе: зіштовхнули данайці його,</w:t>
      </w:r>
    </w:p>
    <w:p>
      <w:r>
        <w:br/>
        <w:t>Щоб загинув жорстоко, із вежі.</w:t>
      </w:r>
    </w:p>
    <w:p>
      <w:r>
        <w:br/>
        <w:t>ТАЛФІБІЙ</w:t>
      </w:r>
    </w:p>
    <w:p>
      <w:r>
        <w:br/>
        <w:t>Гекабо, вже останній корабель готов,</w:t>
      </w:r>
    </w:p>
    <w:p>
      <w:r>
        <w:br/>
        <w:t>Щоб одшіивти до Фтії; рештки здобичі</w:t>
      </w:r>
    </w:p>
    <w:p>
      <w:r>
        <w:br/>
        <w:t>Ахіллового сина всі там складено.</w:t>
      </w:r>
    </w:p>
    <w:p>
      <w:r>
        <w:br/>
        <w:t>Неоптолем одплив он, вість отримавши</w:t>
      </w:r>
    </w:p>
    <w:p>
      <w:r>
        <w:br/>
        <w:t>Недобру про Пелея: з краю рідного</w:t>
      </w:r>
    </w:p>
    <w:p>
      <w:r>
        <w:br/>
        <w:t>Акаст прогнати взявсь його, син Пелія.</w:t>
      </w:r>
    </w:p>
    <w:p>
      <w:r>
        <w:br/>
        <w:t>1130] Отож хутенько відв'язав судно своє</w:t>
      </w:r>
    </w:p>
    <w:p>
      <w:r>
        <w:br/>
        <w:t>Й подався в море разом з Андромахою.</w:t>
      </w:r>
    </w:p>
    <w:p>
      <w:r>
        <w:br/>
        <w:t>І я заплакать мусив, як з вітчизною</w:t>
      </w:r>
    </w:p>
    <w:p>
      <w:r>
        <w:br/>
        <w:t>Прощалась гірко й, до могили Ректора</w:t>
      </w:r>
    </w:p>
    <w:p>
      <w:r>
        <w:br/>
        <w:t>Припавши, голосила… Владаря свого</w:t>
      </w:r>
    </w:p>
    <w:p>
      <w:r>
        <w:br/>
        <w:t>Молила, щоб дозволив їй землею вкрить</w:t>
      </w:r>
    </w:p>
    <w:p>
      <w:r>
        <w:br/>
        <w:t>Пожбуреного з вежі сина Ректора.</w:t>
      </w:r>
    </w:p>
    <w:p>
      <w:r>
        <w:br/>
        <w:t>А ще — аби щита він міднокутого,</w:t>
      </w:r>
    </w:p>
    <w:p>
      <w:r>
        <w:br/>
        <w:t>Що Ректор потрясав ним ворогам на жах,</w:t>
      </w:r>
    </w:p>
    <w:p>
      <w:r>
        <w:br/>
        <w:t>Не віз у дім Пелея, прямо в спальню ту,</w:t>
      </w:r>
    </w:p>
    <w:p>
      <w:r>
        <w:br/>
        <w:t>1140] Де мусить буть жоною — сина втративши</w:t>
      </w:r>
    </w:p>
    <w:p>
      <w:r>
        <w:br/>
        <w:t>І мужа: це нестерпно для очей було б.</w:t>
      </w:r>
    </w:p>
    <w:p>
      <w:r>
        <w:br/>
        <w:t>І щоб не в мармур, не у кедр, а в щит оцей</w:t>
      </w:r>
    </w:p>
    <w:p>
      <w:r>
        <w:br/>
        <w:t>Дитя поклали. Тіло це до рук твоїх</w:t>
      </w:r>
    </w:p>
    <w:p>
      <w:r>
        <w:br/>
        <w:t>Оддати маю, щоб і зодягла його,</w:t>
      </w:r>
    </w:p>
    <w:p>
      <w:r>
        <w:br/>
        <w:t>Й вінками ти прибрала по можливості,</w:t>
      </w:r>
    </w:p>
    <w:p>
      <w:r>
        <w:br/>
        <w:t>На жаль, без неньки: сина схоронити їй</w:t>
      </w:r>
    </w:p>
    <w:p>
      <w:r>
        <w:br/>
        <w:t>Велитель не дозволив, поспішаючи.</w:t>
      </w:r>
    </w:p>
    <w:p>
      <w:r>
        <w:br/>
        <w:t>Лиш тіло прибереш ти, — тут же вкриємо</w:t>
      </w:r>
    </w:p>
    <w:p>
      <w:r>
        <w:br/>
        <w:t>Його землею; в землю й спис устромимо.</w:t>
      </w:r>
    </w:p>
    <w:p>
      <w:r>
        <w:br/>
        <w:t>1150] Що велено — викрнуй, не барись лишень.</w:t>
      </w:r>
    </w:p>
    <w:p>
      <w:r>
        <w:br/>
        <w:t>Одну роботу я за тебе сам зробив:</w:t>
      </w:r>
    </w:p>
    <w:p>
      <w:r>
        <w:br/>
        <w:t>Скамандр на мілководді переходячи,</w:t>
      </w:r>
    </w:p>
    <w:p>
      <w:r>
        <w:br/>
        <w:t>Схлюпнув дитя водою, з тіла кров омив. [232]</w:t>
      </w:r>
    </w:p>
    <w:p>
      <w:r>
        <w:br/>
        <w:t>Але піду вже. Треба ж яму викопать…</w:t>
      </w:r>
    </w:p>
    <w:p>
      <w:r>
        <w:br/>
        <w:t>Завершимо чимшвидше, що належить нам,</w:t>
      </w:r>
    </w:p>
    <w:p>
      <w:r>
        <w:br/>
        <w:t>То впору й на вітчизну всі відчалимо.</w:t>
      </w:r>
    </w:p>
    <w:p>
      <w:r>
        <w:br/>
        <w:t>Талфібій відходить.</w:t>
      </w:r>
    </w:p>
    <w:p>
      <w:r>
        <w:br/>
        <w:t>ГЕКАБА</w:t>
      </w:r>
    </w:p>
    <w:p>
      <w:r>
        <w:br/>
        <w:t>Кладіть на землю щит округлий Ректора —</w:t>
      </w:r>
    </w:p>
    <w:p>
      <w:r>
        <w:br/>
        <w:t>Лиш гляну я на нього — туга серце рве.</w:t>
      </w:r>
    </w:p>
    <w:p>
      <w:r>
        <w:br/>
        <w:t>О ви, списами славні, а не розумом,</w:t>
      </w:r>
    </w:p>
    <w:p>
      <w:r>
        <w:br/>
        <w:t>1160] Вас ляк узяв, ахейці, перед хлопчиком,</w:t>
      </w:r>
    </w:p>
    <w:p>
      <w:r>
        <w:br/>
        <w:t>Тому його й скарали так нечувано…</w:t>
      </w:r>
    </w:p>
    <w:p>
      <w:r>
        <w:br/>
        <w:t>Щоб не підняв він Трої?.. Ви нікчемами</w:t>
      </w:r>
    </w:p>
    <w:p>
      <w:r>
        <w:br/>
        <w:t>Й тоді були, як Ректор сяяв мужністю,</w:t>
      </w:r>
    </w:p>
    <w:p>
      <w:r>
        <w:br/>
        <w:t>А ми й чимало інших гинуть мусили…</w:t>
      </w:r>
    </w:p>
    <w:p>
      <w:r>
        <w:br/>
        <w:t>Тепер — ні Трої, ні її захисників,</w:t>
      </w:r>
    </w:p>
    <w:p>
      <w:r>
        <w:br/>
        <w:t>А вас — дитя злякало!.. Не хвалю того,</w:t>
      </w:r>
    </w:p>
    <w:p>
      <w:r>
        <w:br/>
        <w:t>Хто не позбувся страху безрозсудного.</w:t>
      </w:r>
    </w:p>
    <w:p>
      <w:r>
        <w:br/>
        <w:t>Моє дитятко!.. О, за що ж то смерть така?</w:t>
      </w:r>
    </w:p>
    <w:p>
      <w:r>
        <w:br/>
        <w:t>Поліг би за вітчизну в віці зрілому,</w:t>
      </w:r>
    </w:p>
    <w:p>
      <w:r>
        <w:br/>
        <w:t>1170] І шлюб, і владу богорівну звідавши, —</w:t>
      </w:r>
    </w:p>
    <w:p>
      <w:r>
        <w:br/>
        <w:t>Щасливий був би (коли в тому щастя є).</w:t>
      </w:r>
    </w:p>
    <w:p>
      <w:r>
        <w:br/>
        <w:t>Та вже ані відчути, ні побачити…</w:t>
      </w:r>
    </w:p>
    <w:p>
      <w:r>
        <w:br/>
        <w:t>Було все дома, поряд, — обійшло тебе.</w:t>
      </w:r>
    </w:p>
    <w:p>
      <w:r>
        <w:br/>
        <w:t>Нещасний! Як поранив, як побив собі</w:t>
      </w:r>
    </w:p>
    <w:p>
      <w:r>
        <w:br/>
        <w:t>До отчих мурів, що їх Феб тут звів колись,</w:t>
      </w:r>
    </w:p>
    <w:p>
      <w:r>
        <w:br/>
        <w:t>Голівку!.. Те волосся мати любо так</w:t>
      </w:r>
    </w:p>
    <w:p>
      <w:r>
        <w:br/>
        <w:t>Чесала, цілувала… Кісточки он тут</w:t>
      </w:r>
    </w:p>
    <w:p>
      <w:r>
        <w:br/>
        <w:t>Роздроблені, криваві… Годі… Слів нема!..</w:t>
      </w:r>
    </w:p>
    <w:p>
      <w:r>
        <w:br/>
        <w:t>О ручки!.. Подивлюся — наче батькові…</w:t>
      </w:r>
    </w:p>
    <w:p>
      <w:r>
        <w:br/>
        <w:t>1180] Обвисли ви… Суглоби он потовчені!..</w:t>
      </w:r>
    </w:p>
    <w:p>
      <w:r>
        <w:br/>
        <w:t>О вустонька!.. Чимало слів злітало з вас</w:t>
      </w:r>
    </w:p>
    <w:p>
      <w:r>
        <w:br/>
        <w:t>Високих! — Обманули, бо ж не раз, було, —</w:t>
      </w:r>
    </w:p>
    <w:p>
      <w:r>
        <w:br/>
        <w:t>"Бабусю, — мовив, за поділ хапаючись, —</w:t>
      </w:r>
    </w:p>
    <w:p>
      <w:r>
        <w:br/>
        <w:t>Волосся своє зріжу й, друзів скликавши,</w:t>
      </w:r>
    </w:p>
    <w:p>
      <w:r>
        <w:br/>
        <w:t>До тебе, на могилці, примовлятимем".</w:t>
      </w:r>
    </w:p>
    <w:p>
      <w:r>
        <w:br/>
        <w:t>Та не мене ти — я тебе, молодшого,</w:t>
      </w:r>
    </w:p>
    <w:p>
      <w:r>
        <w:br/>
        <w:t>Стара, вигнанка, без дітей оплакую.</w:t>
      </w:r>
    </w:p>
    <w:p>
      <w:r>
        <w:br/>
        <w:t>Гай-гай!.. Плекала, годувала, пестила,</w:t>
      </w:r>
    </w:p>
    <w:p>
      <w:r>
        <w:br/>
        <w:t>Ночей не досипляла… І намарне все!</w:t>
      </w:r>
    </w:p>
    <w:p>
      <w:r>
        <w:br/>
        <w:t>1190] То що ж співець напише на плиті твоїй?</w:t>
      </w:r>
    </w:p>
    <w:p>
      <w:r>
        <w:br/>
        <w:t>"Колись із страху вбили цього хлопчика</w:t>
      </w:r>
    </w:p>
    <w:p>
      <w:r>
        <w:br/>
        <w:t>Аргосці"? — Напис, що знеславить еллінів.</w:t>
      </w:r>
    </w:p>
    <w:p>
      <w:r>
        <w:br/>
        <w:t>Тобі, кому отчизну всю відібрано,</w:t>
      </w:r>
    </w:p>
    <w:p>
      <w:r>
        <w:br/>
        <w:t>Цей щит лишився; в ньому й схороню тебе.</w:t>
      </w:r>
    </w:p>
    <w:p>
      <w:r>
        <w:br/>
        <w:t>О щите, що плече прекрасне Гектора</w:t>
      </w:r>
    </w:p>
    <w:p>
      <w:r>
        <w:br/>
        <w:t>Беріг! Де захисник твій наймогугніший?</w:t>
      </w:r>
    </w:p>
    <w:p>
      <w:r>
        <w:br/>
        <w:t>Он на руків'ї — слід долоні рідної,</w:t>
      </w:r>
    </w:p>
    <w:p>
      <w:r>
        <w:br/>
        <w:t>Точений обідок он наче вогкий ще</w:t>
      </w:r>
    </w:p>
    <w:p>
      <w:r>
        <w:br/>
        <w:t>Од поту, що з чола спливав у Гектора:</w:t>
      </w:r>
    </w:p>
    <w:p>
      <w:r>
        <w:br/>
        <w:t>1200] Щита він під час бою до щоки тулив. [233]</w:t>
      </w:r>
    </w:p>
    <w:p>
      <w:r>
        <w:br/>
        <w:t>(До жінок).</w:t>
      </w:r>
    </w:p>
    <w:p>
      <w:r>
        <w:br/>
        <w:t>Несіть же, хто що може, щоб сердешне це</w:t>
      </w:r>
    </w:p>
    <w:p>
      <w:r>
        <w:br/>
        <w:t>Дитя прибрати: доля, бач, відмовила</w:t>
      </w:r>
    </w:p>
    <w:p>
      <w:r>
        <w:br/>
        <w:t>В достойному обряді… То хоч це прийми.</w:t>
      </w:r>
    </w:p>
    <w:p>
      <w:r>
        <w:br/>
        <w:t>Направду нерозумний, хто рад вірити</w:t>
      </w:r>
    </w:p>
    <w:p>
      <w:r>
        <w:br/>
        <w:t>У незрадливе щастя: як шаленець той,</w:t>
      </w:r>
    </w:p>
    <w:p>
      <w:r>
        <w:br/>
        <w:t>Так і воно — невтримне, непосидливе.</w:t>
      </w:r>
    </w:p>
    <w:p>
      <w:r>
        <w:br/>
        <w:t>Нема такого, хто б у щасті вік прожив.</w:t>
      </w:r>
    </w:p>
    <w:p>
      <w:r>
        <w:br/>
        <w:t>ПРОВІДНИЦЯ ХОРУ</w:t>
      </w:r>
    </w:p>
    <w:p>
      <w:r>
        <w:br/>
        <w:t>Он із майна, що у фрігійців забрано,</w:t>
      </w:r>
    </w:p>
    <w:p>
      <w:r>
        <w:br/>
        <w:t>Несуть нам дещо — вберемо загиблого.</w:t>
      </w:r>
    </w:p>
    <w:p>
      <w:r>
        <w:br/>
        <w:t>ГЕКАБА</w:t>
      </w:r>
    </w:p>
    <w:p>
      <w:r>
        <w:br/>
        <w:t>1210] Не за змагання кінні між однолітків,</w:t>
      </w:r>
    </w:p>
    <w:p>
      <w:r>
        <w:br/>
        <w:t>І не за стріли влучні, чим займаються</w:t>
      </w:r>
    </w:p>
    <w:p>
      <w:r>
        <w:br/>
        <w:t>Фрігійці, хай і в міру, я кладу тобі,</w:t>
      </w:r>
    </w:p>
    <w:p>
      <w:r>
        <w:br/>
        <w:t>Бабуся, ті прикраси, що були колись</w:t>
      </w:r>
    </w:p>
    <w:p>
      <w:r>
        <w:br/>
        <w:t>Твоїми… Нині все, богам ненависна,</w:t>
      </w:r>
    </w:p>
    <w:p>
      <w:r>
        <w:br/>
        <w:t>Єлена відібрала, ще й тебе звела</w:t>
      </w:r>
    </w:p>
    <w:p>
      <w:r>
        <w:br/>
        <w:t>Із світу, через неї впав наш дім увесь.</w:t>
      </w:r>
    </w:p>
    <w:p>
      <w:r>
        <w:br/>
        <w:t>ПРОВІДНИЦЯ ХОРУ</w:t>
      </w:r>
    </w:p>
    <w:p>
      <w:r>
        <w:br/>
        <w:t>Ой, вразив ти,</w:t>
      </w:r>
    </w:p>
    <w:p>
      <w:r>
        <w:br/>
        <w:t>Вразив у серце саме</w:t>
      </w:r>
    </w:p>
    <w:p>
      <w:r>
        <w:br/>
        <w:t>Ти, хто міг славним тут</w:t>
      </w:r>
    </w:p>
    <w:p>
      <w:r>
        <w:br/>
        <w:t>1220] Бути володарем!.;</w:t>
      </w:r>
    </w:p>
    <w:p>
      <w:r>
        <w:br/>
        <w:t>ГЕКАБА</w:t>
      </w:r>
    </w:p>
    <w:p>
      <w:r>
        <w:br/>
        <w:t>У що ти зодягтись мав, беручи собі</w:t>
      </w:r>
    </w:p>
    <w:p>
      <w:r>
        <w:br/>
        <w:t>З-поміж дівчат азійських найвродливішу,</w:t>
      </w:r>
    </w:p>
    <w:p>
      <w:r>
        <w:br/>
        <w:t>Ось тим і прибираю нині… мертвого.</w:t>
      </w:r>
    </w:p>
    <w:p>
      <w:r>
        <w:br/>
        <w:t>І ти, що здобич у бою звитяжному</w:t>
      </w:r>
    </w:p>
    <w:p>
      <w:r>
        <w:br/>
        <w:t>Брав незліченну, милий щите Ректора, —</w:t>
      </w:r>
    </w:p>
    <w:p>
      <w:r>
        <w:br/>
        <w:t>Прийми вінець; безсмертний — з мертвим ляжеш ти,</w:t>
      </w:r>
    </w:p>
    <w:p>
      <w:r>
        <w:br/>
        <w:t>Незмірно вищий честю, аніж зброя та,</w:t>
      </w:r>
    </w:p>
    <w:p>
      <w:r>
        <w:br/>
        <w:t>Що в Одіссея — хитруна підступного!</w:t>
      </w:r>
    </w:p>
    <w:p>
      <w:r>
        <w:br/>
        <w:t>ХОР</w:t>
      </w:r>
    </w:p>
    <w:p>
      <w:r>
        <w:br/>
        <w:t>Ой, лишенько!..</w:t>
      </w:r>
    </w:p>
    <w:p>
      <w:r>
        <w:br/>
        <w:t>1230] Рідна земля тебе,</w:t>
      </w:r>
    </w:p>
    <w:p>
      <w:r>
        <w:br/>
        <w:t>Слізьми омитого,</w:t>
      </w:r>
    </w:p>
    <w:p>
      <w:r>
        <w:br/>
        <w:t>Впов'є, синку мій!</w:t>
      </w:r>
    </w:p>
    <w:p>
      <w:r>
        <w:br/>
        <w:t>Плач за ним, мати, плач…</w:t>
      </w:r>
    </w:p>
    <w:p>
      <w:r>
        <w:br/>
        <w:t>ГЕКАБА</w:t>
      </w:r>
    </w:p>
    <w:p>
      <w:r>
        <w:br/>
        <w:t>Ой-ой!..</w:t>
      </w:r>
    </w:p>
    <w:p>
      <w:r>
        <w:br/>
        <w:t>ХОР</w:t>
      </w:r>
    </w:p>
    <w:p>
      <w:r>
        <w:br/>
        <w:t>Ридай над мертвими!.. [234]</w:t>
      </w:r>
    </w:p>
    <w:p>
      <w:r>
        <w:br/>
        <w:t>ГЕКАБА</w:t>
      </w:r>
    </w:p>
    <w:p>
      <w:r>
        <w:br/>
        <w:t>О горе!..</w:t>
      </w:r>
    </w:p>
    <w:p>
      <w:r>
        <w:br/>
        <w:t>ХОР</w:t>
      </w:r>
    </w:p>
    <w:p>
      <w:r>
        <w:br/>
        <w:t>Краю нема твоїм</w:t>
      </w:r>
    </w:p>
    <w:p>
      <w:r>
        <w:br/>
        <w:t>Бідам нечуваним!..</w:t>
      </w:r>
    </w:p>
    <w:p>
      <w:r>
        <w:br/>
        <w:t>ГЕКАБА</w:t>
      </w:r>
    </w:p>
    <w:p>
      <w:r>
        <w:br/>
        <w:t>Перев'яжу хоч рани, хай не лікарка,</w:t>
      </w:r>
    </w:p>
    <w:p>
      <w:r>
        <w:br/>
        <w:t>А так, одне ім'я лиш, хисту — жодного…</w:t>
      </w:r>
    </w:p>
    <w:p>
      <w:r>
        <w:br/>
        <w:t>Між тіней зійдеш — батько лікуватиме.</w:t>
      </w:r>
    </w:p>
    <w:p>
      <w:r>
        <w:br/>
        <w:t>ХОР</w:t>
      </w:r>
    </w:p>
    <w:p>
      <w:r>
        <w:br/>
        <w:t>1240] Бий голову руками,</w:t>
      </w:r>
    </w:p>
    <w:p>
      <w:r>
        <w:br/>
        <w:t>Хай луна йде, бий же, бий же!..</w:t>
      </w:r>
    </w:p>
    <w:p>
      <w:r>
        <w:br/>
        <w:t>ГЕКАБА</w:t>
      </w:r>
    </w:p>
    <w:p>
      <w:r>
        <w:br/>
        <w:t>О ви, троянки милі!..</w:t>
      </w:r>
    </w:p>
    <w:p>
      <w:r>
        <w:br/>
        <w:t>ХОР</w:t>
      </w:r>
    </w:p>
    <w:p>
      <w:r>
        <w:br/>
        <w:t>Що ти, страждальнице,</w:t>
      </w:r>
    </w:p>
    <w:p>
      <w:r>
        <w:br/>
        <w:t>Хочеш сказати нам?..</w:t>
      </w:r>
    </w:p>
    <w:p>
      <w:r>
        <w:br/>
        <w:t>ГЕКАБА</w:t>
      </w:r>
    </w:p>
    <w:p>
      <w:r>
        <w:br/>
        <w:t>Боги лиш моїм горем були зайняті</w:t>
      </w:r>
    </w:p>
    <w:p>
      <w:r>
        <w:br/>
        <w:t>Й ненавистю до Трої. Тож намарно ми</w:t>
      </w:r>
    </w:p>
    <w:p>
      <w:r>
        <w:br/>
        <w:t>Складали жертви. Втім, якщо б не кинув нас,</w:t>
      </w:r>
    </w:p>
    <w:p>
      <w:r>
        <w:br/>
        <w:t>Високовладних, у цю прірву бог якийсь, —</w:t>
      </w:r>
    </w:p>
    <w:p>
      <w:r>
        <w:br/>
        <w:t>Були б ми невідомі, не прославлені</w:t>
      </w:r>
    </w:p>
    <w:p>
      <w:r>
        <w:br/>
        <w:t>1250] В піснях: співцям натхнення б не доставили.</w:t>
      </w:r>
    </w:p>
    <w:p>
      <w:r>
        <w:br/>
        <w:t>Складіть же у могилку бідне тіло це,</w:t>
      </w:r>
    </w:p>
    <w:p>
      <w:r>
        <w:br/>
        <w:t>Бо має вже належні мертвим почесті.</w:t>
      </w:r>
    </w:p>
    <w:p>
      <w:r>
        <w:br/>
        <w:t>Однак покійним, я гадаю, байдуже,</w:t>
      </w:r>
    </w:p>
    <w:p>
      <w:r>
        <w:br/>
        <w:t>Чи пишно їх хоронять: це живих пиха</w:t>
      </w:r>
    </w:p>
    <w:p>
      <w:r>
        <w:br/>
        <w:t>В обрядах величавих виявляється.</w:t>
      </w:r>
    </w:p>
    <w:p>
      <w:r>
        <w:br/>
        <w:t>ПРОВІДНИЦЯ ХОРУ</w:t>
      </w:r>
    </w:p>
    <w:p>
      <w:r>
        <w:br/>
        <w:t>Безталанна та ненька! Стільки надій</w:t>
      </w:r>
    </w:p>
    <w:p>
      <w:r>
        <w:br/>
        <w:t>В ній погасло з тобою, прахом пішло!..</w:t>
      </w:r>
    </w:p>
    <w:p>
      <w:r>
        <w:br/>
        <w:t>Для людей всіх, нащадок славетних батьків,</w:t>
      </w:r>
    </w:p>
    <w:p>
      <w:r>
        <w:br/>
        <w:t>Ти був щастя зразком —</w:t>
      </w:r>
    </w:p>
    <w:p>
      <w:r>
        <w:br/>
        <w:t>1260] І так нещасливо загинув!..</w:t>
      </w:r>
    </w:p>
    <w:p>
      <w:r>
        <w:br/>
        <w:t>ГЕКАБА</w:t>
      </w:r>
    </w:p>
    <w:p>
      <w:r>
        <w:br/>
        <w:t>Гай-гай! Гай-гай!..</w:t>
      </w:r>
    </w:p>
    <w:p>
      <w:r>
        <w:br/>
        <w:t>А це хто смолоскипами там, на зубцях</w:t>
      </w:r>
    </w:p>
    <w:p>
      <w:r>
        <w:br/>
        <w:t>Іліона кружляє? Чи знаки якісь</w:t>
      </w:r>
    </w:p>
    <w:p>
      <w:r>
        <w:br/>
        <w:t>Подає нам?.. Яка ж то ще свіжа біда</w:t>
      </w:r>
    </w:p>
    <w:p>
      <w:r>
        <w:br/>
        <w:t>Може Трої загрожувать нині?</w:t>
      </w:r>
    </w:p>
    <w:p>
      <w:r>
        <w:br/>
        <w:t>Появляється Талфібій з воїнами. [235]</w:t>
      </w:r>
    </w:p>
    <w:p>
      <w:r>
        <w:br/>
        <w:t>ТАЛФІБІЙ</w:t>
      </w:r>
    </w:p>
    <w:p>
      <w:r>
        <w:br/>
        <w:t>Провідники загонів, час підпалювать</w:t>
      </w:r>
    </w:p>
    <w:p>
      <w:r>
        <w:br/>
        <w:t>Гніздо Пріама! Годі смолоскипами</w:t>
      </w:r>
    </w:p>
    <w:p>
      <w:r>
        <w:br/>
        <w:t>Розмахувать без діла! За роботу всі!</w:t>
      </w:r>
    </w:p>
    <w:p>
      <w:r>
        <w:br/>
        <w:t>А тільки-но, будівлі стануть попелом,</w:t>
      </w:r>
    </w:p>
    <w:p>
      <w:r>
        <w:br/>
        <w:t>Тоді й додому без затримки рушимо.</w:t>
      </w:r>
    </w:p>
    <w:p>
      <w:r>
        <w:br/>
        <w:t>(До троянок).</w:t>
      </w:r>
    </w:p>
    <w:p>
      <w:r>
        <w:br/>
        <w:t>1270] А ви, щоб заодно вже два накази дать,</w:t>
      </w:r>
    </w:p>
    <w:p>
      <w:r>
        <w:br/>
        <w:t>Як лиш мідноголосо засурмлять вожді,</w:t>
      </w:r>
    </w:p>
    <w:p>
      <w:r>
        <w:br/>
        <w:t>Негайно до ахейських кораблів ідіть,</w:t>
      </w:r>
    </w:p>
    <w:p>
      <w:r>
        <w:br/>
        <w:t>Аби скоріше відсіля одчалити.</w:t>
      </w:r>
    </w:p>
    <w:p>
      <w:r>
        <w:br/>
        <w:t>А ти, жоно похила, найнещасніша,</w:t>
      </w:r>
    </w:p>
    <w:p>
      <w:r>
        <w:br/>
        <w:t>Йди вже: прийшли он люди Одіссеєві —</w:t>
      </w:r>
    </w:p>
    <w:p>
      <w:r>
        <w:br/>
        <w:t>Рабою в нього будеш, так судилося.</w:t>
      </w:r>
    </w:p>
    <w:p>
      <w:r>
        <w:br/>
        <w:t>ГЕКАБА</w:t>
      </w:r>
    </w:p>
    <w:p>
      <w:r>
        <w:br/>
        <w:t>О горе!.. Ось якої я межі сягла,</w:t>
      </w:r>
    </w:p>
    <w:p>
      <w:r>
        <w:br/>
        <w:t>Стражденна! З батьківщини поженуть мене,</w:t>
      </w:r>
    </w:p>
    <w:p>
      <w:r>
        <w:br/>
        <w:t>А наша Троя вже береться полум'ям!..</w:t>
      </w:r>
    </w:p>
    <w:p>
      <w:r>
        <w:br/>
        <w:t>1280] Спішіть, ослаблі ноги, хай нелегко вам, —</w:t>
      </w:r>
    </w:p>
    <w:p>
      <w:r>
        <w:br/>
        <w:t>Із містом нещасливим попрощаюся.</w:t>
      </w:r>
    </w:p>
    <w:p>
      <w:r>
        <w:br/>
        <w:t>О Троє, найславніша в краю варварів!</w:t>
      </w:r>
    </w:p>
    <w:p>
      <w:r>
        <w:br/>
        <w:t>Ще мить — і втратиш голосне ім'я своє!..</w:t>
      </w:r>
    </w:p>
    <w:p>
      <w:r>
        <w:br/>
        <w:t>Тебе вже палять; ми на чужину йдемо</w:t>
      </w:r>
    </w:p>
    <w:p>
      <w:r>
        <w:br/>
        <w:t>В неволю. О безсмертні! Що ж я кличу їх?</w:t>
      </w:r>
    </w:p>
    <w:p>
      <w:r>
        <w:br/>
        <w:t>Чи ж то раніше чули наші оклики?..</w:t>
      </w:r>
    </w:p>
    <w:p>
      <w:r>
        <w:br/>
        <w:t>У пломінь кинусь! Разом із вітчизною</w:t>
      </w:r>
    </w:p>
    <w:p>
      <w:r>
        <w:br/>
        <w:t>В огні загину: в цьому порятунок мій.</w:t>
      </w:r>
    </w:p>
    <w:p>
      <w:r>
        <w:br/>
        <w:t>ТАЛФІБІЙ</w:t>
      </w:r>
    </w:p>
    <w:p>
      <w:r>
        <w:br/>
        <w:t>Нещасна! Ти від горя збожеволіла!</w:t>
      </w:r>
    </w:p>
    <w:p>
      <w:r>
        <w:br/>
        <w:t>(До воїнів).</w:t>
      </w:r>
    </w:p>
    <w:p>
      <w:r>
        <w:br/>
        <w:t>1290] Ведіть, не співчувайте: Одіссеєві</w:t>
      </w:r>
    </w:p>
    <w:p>
      <w:r>
        <w:br/>
        <w:t>Вручити слід належне за розподілом.</w:t>
      </w:r>
    </w:p>
    <w:p>
      <w:r>
        <w:br/>
        <w:t>КОММОС</w:t>
      </w:r>
    </w:p>
    <w:p>
      <w:r>
        <w:br/>
        <w:t>ГЕКАБА</w:t>
      </w:r>
    </w:p>
    <w:p>
      <w:r>
        <w:br/>
        <w:t>Ой-ой-ой-ой-ой-ой!..</w:t>
      </w:r>
    </w:p>
    <w:p>
      <w:r>
        <w:br/>
        <w:t>О сину Крона, владарю фрігійців!</w:t>
      </w:r>
    </w:p>
    <w:p>
      <w:r>
        <w:br/>
        <w:t>Прародичу! Бачиш ті муки, що їх</w:t>
      </w:r>
    </w:p>
    <w:p>
      <w:r>
        <w:br/>
        <w:t>Дарданцям зазнати доводиться?..</w:t>
      </w:r>
    </w:p>
    <w:p>
      <w:r>
        <w:br/>
        <w:t>ХОР</w:t>
      </w:r>
    </w:p>
    <w:p>
      <w:r>
        <w:br/>
        <w:t>Він бачить: місто велике в прах</w:t>
      </w:r>
    </w:p>
    <w:p>
      <w:r>
        <w:br/>
        <w:t>Обертається… Трої нема вже, Трої!..</w:t>
      </w:r>
    </w:p>
    <w:p>
      <w:r>
        <w:br/>
        <w:t>ГЕКАБА</w:t>
      </w:r>
    </w:p>
    <w:p>
      <w:r>
        <w:br/>
        <w:t>Ой-ой-ой-ой!.. [236]</w:t>
      </w:r>
    </w:p>
    <w:p>
      <w:r>
        <w:br/>
        <w:t>Вогнем узявсь Іліон,</w:t>
      </w:r>
    </w:p>
    <w:p>
      <w:r>
        <w:br/>
        <w:t>Зубчасті вежі он жевріють,</w:t>
      </w:r>
    </w:p>
    <w:p>
      <w:r>
        <w:br/>
        <w:t>Падають мури, будівлі.</w:t>
      </w:r>
    </w:p>
    <w:p>
      <w:r>
        <w:br/>
        <w:t>ХОР</w:t>
      </w:r>
    </w:p>
    <w:p>
      <w:r>
        <w:br/>
        <w:t>1300] Наче гнаний вітром дим легкий,</w:t>
      </w:r>
    </w:p>
    <w:p>
      <w:r>
        <w:br/>
        <w:t>Так у безвість кане</w:t>
      </w:r>
    </w:p>
    <w:p>
      <w:r>
        <w:br/>
        <w:t>Наш край, протятий списом.</w:t>
      </w:r>
    </w:p>
    <w:p>
      <w:r>
        <w:br/>
        <w:t>Пограбовані гнізда, спустошені</w:t>
      </w:r>
    </w:p>
    <w:p>
      <w:r>
        <w:br/>
        <w:t>Вогнем, залізом.</w:t>
      </w:r>
    </w:p>
    <w:p>
      <w:r>
        <w:br/>
        <w:t>ГЕКАБА</w:t>
      </w:r>
    </w:p>
    <w:p>
      <w:r>
        <w:br/>
        <w:t>Строфа</w:t>
      </w:r>
    </w:p>
    <w:p>
      <w:r>
        <w:br/>
        <w:t>О земле! Діток моїх годувальнице!</w:t>
      </w:r>
    </w:p>
    <w:p>
      <w:r>
        <w:br/>
        <w:t>ХОР</w:t>
      </w:r>
    </w:p>
    <w:p>
      <w:r>
        <w:br/>
        <w:t>Гай-гай!..</w:t>
      </w:r>
    </w:p>
    <w:p>
      <w:r>
        <w:br/>
        <w:t>ГЕКАБА</w:t>
      </w:r>
    </w:p>
    <w:p>
      <w:r>
        <w:br/>
        <w:t>О діти! Вчуйте, впізнайте ви неньки голос!</w:t>
      </w:r>
    </w:p>
    <w:p>
      <w:r>
        <w:br/>
        <w:t>ХОР</w:t>
      </w:r>
    </w:p>
    <w:p>
      <w:r>
        <w:br/>
        <w:t>Голосиш ти, тужиш над покійними…</w:t>
      </w:r>
    </w:p>
    <w:p>
      <w:r>
        <w:br/>
        <w:t>ГЕКАБА</w:t>
      </w:r>
    </w:p>
    <w:p>
      <w:r>
        <w:br/>
        <w:t>Упавши ницька, немічна, стара,</w:t>
      </w:r>
    </w:p>
    <w:p>
      <w:r>
        <w:br/>
        <w:t>Мов птах крильми, — землю б'ю руками…</w:t>
      </w:r>
    </w:p>
    <w:p>
      <w:r>
        <w:br/>
        <w:t>ХОР</w:t>
      </w:r>
    </w:p>
    <w:p>
      <w:r>
        <w:br/>
        <w:t>1310] І я ось, глянь, упавши на коліна,</w:t>
      </w:r>
    </w:p>
    <w:p>
      <w:r>
        <w:br/>
        <w:t>Кличу тих, хто там, в імлі, —</w:t>
      </w:r>
    </w:p>
    <w:p>
      <w:r>
        <w:br/>
        <w:t>Мужів полеглих наших.</w:t>
      </w:r>
    </w:p>
    <w:p>
      <w:r>
        <w:br/>
        <w:t>ГЕКАБА</w:t>
      </w:r>
    </w:p>
    <w:p>
      <w:r>
        <w:br/>
        <w:t>Женуть уже нас, волочать!..</w:t>
      </w:r>
    </w:p>
    <w:p>
      <w:r>
        <w:br/>
        <w:t>ХОР</w:t>
      </w:r>
    </w:p>
    <w:p>
      <w:r>
        <w:br/>
        <w:t>Гострий зойк душу рве.</w:t>
      </w:r>
    </w:p>
    <w:p>
      <w:r>
        <w:br/>
        <w:t>ГЕКАБА</w:t>
      </w:r>
    </w:p>
    <w:p>
      <w:r>
        <w:br/>
        <w:t>В чужі оселі, в неволю…</w:t>
      </w:r>
    </w:p>
    <w:p>
      <w:r>
        <w:br/>
        <w:t>ХОР</w:t>
      </w:r>
    </w:p>
    <w:p>
      <w:r>
        <w:br/>
        <w:t>З рідних наших нив…</w:t>
      </w:r>
    </w:p>
    <w:p>
      <w:r>
        <w:br/>
        <w:t>ГЕКАБА</w:t>
      </w:r>
    </w:p>
    <w:p>
      <w:r>
        <w:br/>
        <w:t>Пріаме, Пріаме, ти впав неоплаканий,</w:t>
      </w:r>
    </w:p>
    <w:p>
      <w:r>
        <w:br/>
        <w:t>Непохоронений… Болю мого не знаєш…</w:t>
      </w:r>
    </w:p>
    <w:p>
      <w:r>
        <w:br/>
        <w:t>ХОР</w:t>
      </w:r>
    </w:p>
    <w:p>
      <w:r>
        <w:br/>
        <w:t>Ніч темна вічі йому пригнітила:</w:t>
      </w:r>
    </w:p>
    <w:p>
      <w:r>
        <w:br/>
        <w:t>1320] Праведний — стрінув неправедну смерть. [237]</w:t>
      </w:r>
    </w:p>
    <w:p>
      <w:r>
        <w:br/>
        <w:t>Антистрофа</w:t>
      </w:r>
    </w:p>
    <w:p>
      <w:r>
        <w:br/>
        <w:t>ГЕКАБА</w:t>
      </w:r>
    </w:p>
    <w:p>
      <w:r>
        <w:br/>
        <w:t>О храми!.. О найдорожча вітчизно моя!..</w:t>
      </w:r>
    </w:p>
    <w:p>
      <w:r>
        <w:br/>
        <w:t>ХОР</w:t>
      </w:r>
    </w:p>
    <w:p>
      <w:r>
        <w:br/>
        <w:t>Гай-гай!..</w:t>
      </w:r>
    </w:p>
    <w:p>
      <w:r>
        <w:br/>
        <w:t>ГЕКАБА</w:t>
      </w:r>
    </w:p>
    <w:p>
      <w:r>
        <w:br/>
        <w:t>Вас нищить полум'я, зранює спис ворожий.</w:t>
      </w:r>
    </w:p>
    <w:p>
      <w:r>
        <w:br/>
        <w:t>ХОР</w:t>
      </w:r>
    </w:p>
    <w:p>
      <w:r>
        <w:br/>
        <w:t>У землю цю, безіменні, ляжете…</w:t>
      </w:r>
    </w:p>
    <w:p>
      <w:r>
        <w:br/>
        <w:t>ГЕКАБА</w:t>
      </w:r>
    </w:p>
    <w:p>
      <w:r>
        <w:br/>
        <w:t>І пил, мов дим, розвіється, а з ним —</w:t>
      </w:r>
    </w:p>
    <w:p>
      <w:r>
        <w:br/>
        <w:t>Одлине ген образ мого міста.</w:t>
      </w:r>
    </w:p>
    <w:p>
      <w:r>
        <w:br/>
        <w:t>ХОР</w:t>
      </w:r>
    </w:p>
    <w:p>
      <w:r>
        <w:br/>
        <w:t>Затреться й назва краю; все до смерті</w:t>
      </w:r>
    </w:p>
    <w:p>
      <w:r>
        <w:br/>
        <w:t>Йде своєю стежкою —</w:t>
      </w:r>
    </w:p>
    <w:p>
      <w:r>
        <w:br/>
        <w:t>Он Трої вже немає…</w:t>
      </w:r>
    </w:p>
    <w:p>
      <w:r>
        <w:br/>
        <w:t>ГЕКАБА</w:t>
      </w:r>
    </w:p>
    <w:p>
      <w:r>
        <w:br/>
        <w:t>Ви чули те? Ви зрозуміли?..</w:t>
      </w:r>
    </w:p>
    <w:p>
      <w:r>
        <w:br/>
        <w:t>ХОР</w:t>
      </w:r>
    </w:p>
    <w:p>
      <w:r>
        <w:br/>
        <w:t>1330] Тріск жахний… Впав Пергам…</w:t>
      </w:r>
    </w:p>
    <w:p>
      <w:r>
        <w:br/>
        <w:t>ГЕКАБА</w:t>
      </w:r>
    </w:p>
    <w:p>
      <w:r>
        <w:br/>
        <w:t>Все місто важко стряслося…</w:t>
      </w:r>
    </w:p>
    <w:p>
      <w:r>
        <w:br/>
        <w:t>ХОР</w:t>
      </w:r>
    </w:p>
    <w:p>
      <w:r>
        <w:br/>
        <w:t>Вже не місто — прах…</w:t>
      </w:r>
    </w:p>
    <w:p>
      <w:r>
        <w:br/>
        <w:t>(Чути звук сурми).</w:t>
      </w:r>
    </w:p>
    <w:p>
      <w:r>
        <w:br/>
        <w:t>ГЕКАБА</w:t>
      </w:r>
    </w:p>
    <w:p>
      <w:r>
        <w:br/>
        <w:t>Ой-ой!..</w:t>
      </w:r>
    </w:p>
    <w:p>
      <w:r>
        <w:br/>
        <w:t>Рушайте, тремкі мої ноги, рушайте вже:</w:t>
      </w:r>
    </w:p>
    <w:p>
      <w:r>
        <w:br/>
        <w:t>Ген за тим обрієм — ждуть мене дні неволі…</w:t>
      </w:r>
    </w:p>
    <w:p>
      <w:r>
        <w:br/>
        <w:t>ХОР</w:t>
      </w:r>
    </w:p>
    <w:p>
      <w:r>
        <w:br/>
        <w:t>О краю, краю ти наш безталанний!..</w:t>
      </w:r>
    </w:p>
    <w:p>
      <w:r>
        <w:br/>
        <w:t>Вже нам до суден ахейських пора.</w:t>
      </w:r>
    </w:p>
    <w:p>
      <w:r>
        <w:br/>
        <w:t>Троянки в супроводі озброєних воїнів ідуть до кораблів.</w:t>
      </w:r>
    </w:p>
    <w:p>
      <w:r>
        <w:br/>
        <w:t>ПРИМІТКИ</w:t>
      </w:r>
    </w:p>
    <w:p>
      <w:r>
        <w:br/>
        <w:t>5. Довкола Трої мури… звели… — Згідно з міфом, Аполлон та Посейдон обгородили Трою муром.</w:t>
      </w:r>
    </w:p>
    <w:p>
      <w:r>
        <w:br/>
        <w:t>8. Епей, син Панопея, славний тим, що збудував "Троянського коня".</w:t>
      </w:r>
    </w:p>
    <w:p>
      <w:r>
        <w:br/>
        <w:t>16. Пріам — останній володар Трої, чоловік Гекаби, батько багатьох дітей, найвідоміші серед них — Гектор, Паріс, Кассандра.</w:t>
      </w:r>
    </w:p>
    <w:p>
      <w:r>
        <w:br/>
        <w:t>22-23…Гері уступаючи й Афіні… — Паріс (див. прим, до р. 925), вирішуючи, кому присудити яблуко з написом "Найвродливішій", віддав перевагу Афродіті, що пообіцяла йому першу з-між усіх красунь Єлену; через те Гера й Афіна виступали у Троянській війні проти троянців (фрігійців).</w:t>
      </w:r>
    </w:p>
    <w:p>
      <w:r>
        <w:br/>
        <w:t>27. Скамандр — річка в Троаді.</w:t>
      </w:r>
    </w:p>
    <w:p>
      <w:r>
        <w:br/>
        <w:t>40-41…Кассандру… що Феб її… кинув… — Аполлон, закохавшись у Кассандру, наділив її даром провіщання; коли ж вона зневажила його любов, він зробив так, що П віщуванням ніхто не вірив. Після падіння Трої Кассандра сховалась у храмі за статуєю Афіни, але її силоміць вивів звідти Аякс Локрійський (р. 68). При розподілі здобичі Кассандра припала Агамемнонові; приїхала з ним у Мікени, де й загинула, як і він, від рук Клітемнестри й Егіста.</w:t>
      </w:r>
    </w:p>
    <w:p>
      <w:r>
        <w:br/>
        <w:t>88. Мікон, Делос — острови з групи (Складських.</w:t>
      </w:r>
    </w:p>
    <w:p>
      <w:r>
        <w:br/>
        <w:t>89. Каферей — мис на південно-східному березі Евбеї. 129. Еврот — річка, що пропливає біля Спарти.</w:t>
      </w:r>
    </w:p>
    <w:p>
      <w:r>
        <w:br/>
        <w:t>154…лунає лункий… лемент. — В оригіналі — майстерне звуконаслідування, побудоване на повторенні дифтонгів "ой", "ай" (імітація зойку, плачу); в перекладі не завжди вдається адекватно віддати винятково милозвучну, образну мову Евріпіда.</w:t>
      </w:r>
    </w:p>
    <w:p>
      <w:r>
        <w:br/>
        <w:t>182. Вісник данайський… — тобто грецький: данайці, потомки Даная, сина єгипетського владаря Белла; рятуючись від свого брата Єгипта, Данай разом із своїми 50-ма доньками втік до Аргосу.</w:t>
      </w:r>
    </w:p>
    <w:p>
      <w:r>
        <w:br/>
        <w:t>185. Фтія — місто на півдні Фессалії, володіння Пелея та його сина Ахілла.</w:t>
      </w:r>
    </w:p>
    <w:p>
      <w:r>
        <w:br/>
        <w:t>197. За верстатом ідейським… — від Іди, гірського пасма біля Трої.</w:t>
      </w:r>
    </w:p>
    <w:p>
      <w:r>
        <w:br/>
        <w:t>203. Пірена — див. прим, до "Медеї", р. 67.</w:t>
      </w:r>
    </w:p>
    <w:p>
      <w:r>
        <w:br/>
        <w:t>211. Пенесм омитий… край… — Фессалія.</w:t>
      </w:r>
    </w:p>
    <w:p>
      <w:r>
        <w:br/>
        <w:t>217…в країну Гефеста… — тобто в Сіцілію, розташовану напроти заснованого фінікійцями Карфагена; на цьому острові, у вогнедишній Етні, за переказом, містилась Гефестова кузня.</w:t>
      </w:r>
    </w:p>
    <w:p>
      <w:r>
        <w:br/>
        <w:t>221…місцевість, що всім… видна… — Йдеться про Південну Італію, де в гирлі річки Кратія афіняни в середині V ст. до н.е. заснували колонію Турії.</w:t>
      </w:r>
    </w:p>
    <w:p>
      <w:r>
        <w:br/>
        <w:t>239-240…край… кадмейський… — тут мається на увазі Бестія.</w:t>
      </w:r>
    </w:p>
    <w:p>
      <w:r>
        <w:br/>
        <w:t>[442]</w:t>
      </w:r>
    </w:p>
    <w:p>
      <w:r>
        <w:br/>
        <w:t>248. Щоб гордій спартанці… — тобто Клітемнестрі, дочці лакедемонського володаря Тіндара.</w:t>
      </w:r>
    </w:p>
    <w:p>
      <w:r>
        <w:br/>
        <w:t>272. Ахілла син — Неоптолем.</w:t>
      </w:r>
    </w:p>
    <w:p>
      <w:r>
        <w:br/>
        <w:t>311. Гіменей — весільний бог, покровитель подружжя. 325. Геката — див. прим, до "Медеї", р. 396.</w:t>
      </w:r>
    </w:p>
    <w:p>
      <w:r>
        <w:br/>
        <w:t>330. Евой! — ритуальний оклик вакханок, що вславляють Діоніса. 369. Про інше змовчу… — Кассандра має на увазі ряд злочинів, що їх спричинила зрада Клітемнестри.</w:t>
      </w:r>
    </w:p>
    <w:p>
      <w:r>
        <w:br/>
        <w:t>405. Ця думка знайде широке відлуння у пізніших риторичних диспутах, у поезії, наприклад, у "Скорботних елегіях" Овідія: "Хто ж би то Гектора знав, якби Трої не зрадило щастя?" (IV, 75). 422. Атрея син — Агамемнон. 429. Син Лаерта — Одіссей. 439. Нещасний!.. — Кассандра має на увазі Одіссея, перераховуючи описані в Гомеровій поемі його пригоди.</w:t>
      </w:r>
    </w:p>
    <w:p>
      <w:r>
        <w:br/>
        <w:t>447-448…телиці… голос подадуть… — Мова йде про священних корів Геліоса, що їх повбивали супутники Одіссея; на рожнах замукало печене м'ясо ("Одіссея", XII, 395).</w:t>
      </w:r>
    </w:p>
    <w:p>
      <w:r>
        <w:br/>
        <w:t>491. Хранителя… — тобто Зевса, охоронця домашнього вогнища.</w:t>
      </w:r>
    </w:p>
    <w:p>
      <w:r>
        <w:br/>
        <w:t>534. Діва, зроджена Зевсом — Афіна Паллада, чий храм був на троянському пагорбі; за переказом, Афіна народилася з голови Зевса.</w:t>
      </w:r>
    </w:p>
    <w:p>
      <w:r>
        <w:br/>
        <w:t>561. Діву гір… — тобто Артеміду.</w:t>
      </w:r>
    </w:p>
    <w:p>
      <w:r>
        <w:br/>
        <w:t>565. Пергам — троянська фортеця% Троя взагалі.</w:t>
      </w:r>
    </w:p>
    <w:p>
      <w:r>
        <w:br/>
        <w:t>599. Гроза ахейців — Гектор.</w:t>
      </w:r>
    </w:p>
    <w:p>
      <w:r>
        <w:br/>
        <w:t>616-617…втіха— В сльозах… — "Чому сльози солодкі для стражденних?" — запитає з таким же подивом Августин Аврелій у своїх "Сповідях" (IV, 5).</w:t>
      </w:r>
    </w:p>
    <w:p>
      <w:r>
        <w:br/>
        <w:t>624. Конечність (далі також "Необхідність"). — В оригіналі Ананке, втілення неминучості, що, за вченням Геракліта й інших філософів, керує світом.</w:t>
      </w:r>
    </w:p>
    <w:p>
      <w:r>
        <w:br/>
        <w:t>718. Пелопіди — Агамемнон і Менелай.</w:t>
      </w:r>
    </w:p>
    <w:p>
      <w:r>
        <w:br/>
        <w:t>807. Теламон — син Еака, учасник походу Геракла, сина Алкмени, на Трою. Похід був викликаний тим, що владар Трої Лаомедонт не заплатив за виконану роботу (див. прим, до р. 5) Аполлонові й Посейдонові. За порушення Лаомедонтом даного слова його дочка Гесіона мала стати жертвою морського чудовиська. Гесіону врятував Геракл; але теж не отримав від Лаомедонта обіцяних коней. Тоді разом з іншими героями Геракл зруйнував Трою.</w:t>
      </w:r>
    </w:p>
    <w:p>
      <w:r>
        <w:br/>
        <w:t>829. Лаомедонта син — Ганімед, виночерпій на Олімпі.</w:t>
      </w:r>
    </w:p>
    <w:p>
      <w:r>
        <w:br/>
        <w:t>850…про Зевса… помовчу… — Зевс, уподобавши собі Ганімеда, перемінився в орла, викрав хлопця і заніс його на Олімп.</w:t>
      </w:r>
    </w:p>
    <w:p>
      <w:r>
        <w:br/>
        <w:t>856-857. Мужа… Повезла собі… — Йдеться про богиню світанку Еос, яка покохала Тіфона, брата Пріама.</w:t>
      </w:r>
    </w:p>
    <w:p>
      <w:r>
        <w:br/>
        <w:t>889. Уж людський — тобто вічний розум, який, за уявленням Анаксагoра, порядкує світом.</w:t>
      </w:r>
    </w:p>
    <w:p>
      <w:r>
        <w:br/>
        <w:t>925…приснився… факелом… — За переказом, Гекабі, перед тим як вона мала стати матір'ю Паріса, приснилося, що вона народила жевріючу головню. Пріам, боячися, щоб новонароджений не спричинився до загибелі Трої, велів комусь із старих слуг залишити немовля в горах на поталу диким звірам. Хлопчик одначе врятувався: його вигодувала своїм молоком ведмедиця. Зростаючи між пастухами, він сміливо охороняв отари від розбійників, за що дістав наймення Александр — "той, хто захищає (отари) від чоловіків". Про Паріса (Александра) мова йде у трагедії Евріпіда "Александр", що збереглась лише у фрагментах.</w:t>
      </w:r>
    </w:p>
    <w:p>
      <w:r>
        <w:br/>
        <w:t>989. Амікли — місто в Лаконії, де вшановувалась Афродіта. 993. Афросіна — втілення безрозсудності.</w:t>
      </w:r>
    </w:p>
    <w:p>
      <w:r>
        <w:br/>
        <w:t>1072. Скелю… світлосяйну… — Йдеться про Гаргару, одну з вершин гірського пасма Іди, де, за переказом, часто перебував Зевс. Натякається на незвичне освітлення цієї гори при сході сонця — явище, яке спостерігали стародавні (пор. у Лукреція, в поемі "Про природу речей", V, 663).</w:t>
      </w:r>
    </w:p>
    <w:p>
      <w:r>
        <w:br/>
        <w:t>1077–1078…дванадцять… Місяців… — Мова йде про обрядові пироги у вигляді місяця (у греків — Селена), що дарувались йому, коли він був уповні. 1113. Пітана — один із округів міста Спарти… 1129. Акаст — володар фессалійського міста Іолка. 1282…в краю варварів… — Тобто у негрецькому, чужинному краю.</w:t>
      </w:r>
    </w:p>
    <w:p>
      <w:r>
        <w:br/>
        <w:t>[443]</w:t>
      </w:r>
    </w:p>
    <w:p>
      <w:r>
        <w:br/>
        <w:t>1293. Син Крона (Кроноса) — Зевс.</w:t>
      </w:r>
    </w:p>
    <w:p>
      <w:r>
        <w:br/>
        <w:t>1309…землю б'ю руками… — ритуальний жест, яким викликали тіні померлих, що під землею.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