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Тривога</w:t>
      </w:r>
    </w:p>
    <w:p>
      <w:r>
        <w:br/>
        <w:t xml:space="preserve"> Я лиш статист свого календаря&lt;br /&gt;</w:t>
        <w:br/>
        <w:t>і сам себе веду на гільйотину,&lt;br /&gt;</w:t>
        <w:br/>
        <w:t>хоч і не винен. У таку годину&lt;br /&gt;</w:t>
        <w:br/>
        <w:t>десь тихо схлипує моя зоря.&lt;br /&gt;</w:t>
        <w:br/>
        <w:t>Серед безладності прожитих днів&lt;br /&gt;</w:t>
        <w:br/>
        <w:t>не відаю, чому я так баную,&lt;br /&gt;</w:t>
        <w:br/>
        <w:t>ключі думок до вирію шикую,&lt;br /&gt;</w:t>
        <w:br/>
        <w:t>хоч сам давно ув ірій відлетів.&lt;br /&gt;</w:t>
        <w:br/>
        <w:t>Та суть не в тім. Пекучий біль в душі,&lt;br /&gt;</w:t>
        <w:br/>
        <w:t>що смута йте по нашій Україні,&lt;br /&gt;</w:t>
        <w:br/>
        <w:t>що рідні діти, хтиві та невірні,&lt;br /&gt;</w:t>
        <w:br/>
        <w:t>згубивши глузд, вигострюють ножі.&lt;br /&gt;</w:t>
        <w:br/>
        <w:t>Щоби в часи стожилавих потуг&lt;br /&gt;</w:t>
        <w:br/>
        <w:t>(або як слушна вигульна година)&lt;br /&gt;</w:t>
        <w:br/>
        <w:t>з холодним серцем яничара-сина&lt;br /&gt;</w:t>
        <w:br/>
        <w:t>покласти їх до рук лихих катюг.</w:t>
      </w:r>
    </w:p>
    <w:p>
      <w:r>
        <w:br/>
        <w:t>Я чую докір: прецінь, не усі&lt;br /&gt;</w:t>
        <w:br/>
        <w:t>продали совість Сатані за ґрейцар!&lt;br /&gt;</w:t>
        <w:br/>
        <w:t>Ще є панове в Україні ґречні&lt;br /&gt;</w:t>
        <w:br/>
        <w:t>й кермо тримають справно у руці.</w:t>
      </w:r>
    </w:p>
    <w:p>
      <w:r>
        <w:br/>
        <w:t>Ну що ж, резон. Усіх один котел&lt;br /&gt;</w:t>
        <w:br/>
        <w:t>і я, що грішний теж, не заганяю.&lt;br /&gt;</w:t>
        <w:br/>
        <w:t>Але ж у хаті нашій тать гуляє,&lt;br /&gt;</w:t>
        <w:br/>
        <w:t>і гнів святий поміж людей росте!&lt;br /&gt;</w:t>
        <w:br/>
        <w:t>Запроданці наш осквернили Дух,&lt;br /&gt;</w:t>
        <w:br/>
        <w:t>безбатченки і досі верховодять.&lt;br /&gt;</w:t>
        <w:br/>
        <w:t>А Правда де?.. Чому на тихі води,&lt;br /&gt;</w:t>
        <w:br/>
        <w:t>на ясні зорі Батько наш оглух?..&lt;br /&gt;</w:t>
        <w:br/>
        <w:t>Чом тузимося нині тут і там?..&lt;br /&gt;</w:t>
        <w:br/>
        <w:t>І де Мазепа?.. Де новітні Стуси?..&lt;br /&gt;</w:t>
        <w:br/>
        <w:t>Чому в ділах ми зрадили Ісуса&lt;br /&gt;</w:t>
        <w:br/>
        <w:t>і кожен прагне свій зводити Храм?&lt;br /&gt;</w:t>
        <w:br/>
        <w:t>Тому болить мене мій крик, мій жаль,&lt;br /&gt;</w:t>
        <w:br/>
        <w:t>тому веду себе на гільйотину.&lt;br /&gt;</w:t>
        <w:br/>
        <w:t>...Врятуй нам, Боже, страдницю-Вкраїну,&lt;br /&gt;</w:t>
        <w:br/>
        <w:t>зітри з чола її гірку печаль.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Тривога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