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Трійка</w:t>
      </w:r>
    </w:p>
    <w:p>
      <w:r>
        <w:br/>
        <w:t xml:space="preserve"> Микола Некрасов&lt;br /&gt;</w:t>
        <w:br/>
        <w:t>Трійка&lt;br /&gt;</w:t>
        <w:br/>
        <w:t>Перекладач: М. Терещенко</w:t>
      </w:r>
    </w:p>
    <w:p>
      <w:r>
        <w:br/>
        <w:t>Чом ти пильно зориш на дорогу,&lt;br /&gt;</w:t>
        <w:br/>
        <w:t>Без веселих подружок стоїш?&lt;br /&gt;</w:t>
        <w:br/>
        <w:t>Мабуть, серце здіймає тривогу —&lt;br /&gt;</w:t>
        <w:br/>
        <w:t>І лице спалахнуло ясніш.</w:t>
      </w:r>
    </w:p>
    <w:p>
      <w:r>
        <w:br/>
        <w:t>І чому поспішаєш хапливо,&lt;br /&gt;</w:t>
        <w:br/>
        <w:t>Хочеш тройку догнати мерщій?..&lt;br /&gt;</w:t>
        <w:br/>
        <w:t>Щоб на тебе, струнку і вродливу,&lt;br /&gt;</w:t>
        <w:br/>
        <w:t>Задивився корнет молодий.</w:t>
      </w:r>
    </w:p>
    <w:p>
      <w:r>
        <w:br/>
        <w:t>Задивитись на тебе не диво,&lt;br /&gt;</w:t>
        <w:br/>
        <w:t>Покохать тебе кожен не пріч:&lt;br /&gt;</w:t>
        <w:br/>
        <w:t>В'ється стрічка червона грайливо&lt;br /&gt;</w:t>
        <w:br/>
        <w:t>У косі твоїй, чорній як ніч;</w:t>
      </w:r>
    </w:p>
    <w:p>
      <w:r>
        <w:br/>
        <w:t>Крізь рум'янець на щічці смуглявій&lt;br /&gt;</w:t>
        <w:br/>
        <w:t>Пробивається ніжний пушок,&lt;br /&gt;</w:t>
        <w:br/>
        <w:t>Сміло дивиться погляд лукавий&lt;br /&gt;</w:t>
        <w:br/>
        <w:t>З-під твоїх напівкруглих брівок.</w:t>
      </w:r>
    </w:p>
    <w:p>
      <w:r>
        <w:br/>
        <w:t>Дивний погляд чорнявки-дикунки,&lt;br /&gt;</w:t>
        <w:br/>
        <w:t>Повний чарів, що збуджують кров,&lt;br /&gt;</w:t>
        <w:br/>
        <w:t>Старика підіб'є на дарунки,&lt;br /&gt;</w:t>
        <w:br/>
        <w:t>Кине в серце юнацьке любов.</w:t>
      </w:r>
    </w:p>
    <w:p>
      <w:r>
        <w:br/>
        <w:t>Поживеш у розкошах ти вволю,&lt;br /&gt;</w:t>
        <w:br/>
        <w:t>І легке твоє буде життя...&lt;br /&gt;</w:t>
        <w:br/>
        <w:t>Та не те тобі спало на долю:&lt;br /&gt;</w:t>
        <w:br/>
        <w:t>З мужиком будеш жить без пуття.</w:t>
      </w:r>
    </w:p>
    <w:p>
      <w:r>
        <w:br/>
        <w:t>Підв'язавши угору поділки,&lt;br /&gt;</w:t>
        <w:br/>
        <w:t>Перетягнеш ти груди свої,&lt;br /&gt;</w:t>
        <w:br/>
        <w:t>Буде бить чоловік без горілки,&lt;br /&gt;</w:t>
        <w:br/>
        <w:t>Дні отруїть свекруха твої.</w:t>
      </w:r>
    </w:p>
    <w:p>
      <w:r>
        <w:br/>
        <w:t>Одцвітеш від важкої роботи&lt;br /&gt;</w:t>
        <w:br/>
        <w:t>Ти, не встигши розквітнуть, за мить.&lt;br /&gt;</w:t>
        <w:br/>
        <w:t>І поринеш ти в сон і турботи,&lt;br /&gt;</w:t>
        <w:br/>
        <w:t>Будеш няньчити, їсти й робить.</w:t>
      </w:r>
    </w:p>
    <w:p>
      <w:r>
        <w:br/>
        <w:t>І в лиці твоїм, повнім горіння&lt;br /&gt;</w:t>
        <w:br/>
        <w:t>І життя, — миттю з'явиться жах,&lt;br /&gt;</w:t>
        <w:br/>
        <w:t>Вічний вираз тупого терпіння,&lt;br /&gt;</w:t>
        <w:br/>
        <w:t>І безглуздий, страшний переляк.</w:t>
      </w:r>
    </w:p>
    <w:p>
      <w:r>
        <w:br/>
        <w:t>І сховають в глибоку могилу,&lt;br /&gt;</w:t>
        <w:br/>
        <w:t>Коли шляхом ти пройдеш своїм,&lt;br /&gt;</w:t>
        <w:br/>
        <w:t>Надаремне розтрачену силу&lt;br /&gt;</w:t>
        <w:br/>
        <w:t>І життя, не зігріте нічим.</w:t>
      </w:r>
    </w:p>
    <w:p>
      <w:r>
        <w:br/>
        <w:t>Не дивися ж, сумна, на дорогу&lt;br /&gt;</w:t>
        <w:br/>
        <w:t>І за тройкою ти не спіши,&lt;br /&gt;</w:t>
        <w:br/>
        <w:t>І тужливу на серці тривогу&lt;br /&gt;</w:t>
        <w:br/>
        <w:t>Назавжди ти в собі заглуши!</w:t>
      </w:r>
    </w:p>
    <w:p>
      <w:r>
        <w:br/>
        <w:t>Не догнать тобі тройки прудкої:&lt;br /&gt;</w:t>
        <w:br/>
        <w:t>Коні сповнені сили міцної,&lt;br /&gt;</w:t>
        <w:br/>
        <w:t>І підпилий візник, і к другій&lt;br /&gt;</w:t>
        <w:br/>
        <w:t>Мчить корнет, наче той буревій...</w:t>
      </w:r>
    </w:p>
    <w:p>
      <w:r>
        <w:br/>
        <w:t>1846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Трійка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