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Триєдина перспектива</w:t>
      </w:r>
    </w:p>
    <w:p>
      <w:r>
        <w:br/>
        <w:t xml:space="preserve"> 1</w:t>
      </w:r>
    </w:p>
    <w:p>
      <w:r>
        <w:br/>
        <w:t>Ти перелітуєш, як лань, –&lt;br /&gt;</w:t>
        <w:br/>
        <w:t>Між трав, під небом, серед лісу.&lt;br /&gt;</w:t>
        <w:br/>
        <w:t>Але проклята глухомань&lt;br /&gt;</w:t>
        <w:br/>
        <w:t>Тебе не втримає.&lt;br /&gt;</w:t>
        <w:br/>
        <w:t>Не бійся:</w:t>
      </w:r>
    </w:p>
    <w:p>
      <w:r>
        <w:br/>
        <w:t>Ти зимуватимеш сама,&lt;br /&gt;</w:t>
        <w:br/>
        <w:t>І далі житимеш – як палець.&lt;br /&gt;</w:t>
        <w:br/>
        <w:t>Тебе крутитиме аркан –&lt;br /&gt;</w:t>
        <w:br/>
        <w:t>На витривалість сольний танець.</w:t>
      </w:r>
    </w:p>
    <w:p>
      <w:r>
        <w:br/>
        <w:t>Ти вийдеш з моди, як з води,&lt;br /&gt;</w:t>
        <w:br/>
        <w:t>Схрестивши руки попід груди,&lt;br /&gt;</w:t>
        <w:br/>
        <w:t>І пожинатимеш плоди&lt;br /&gt;</w:t>
        <w:br/>
        <w:t>Своєї самоти.&lt;br /&gt;</w:t>
        <w:br/>
        <w:t>Повсюди</w:t>
      </w:r>
    </w:p>
    <w:p>
      <w:r>
        <w:br/>
        <w:t>Тебе питатимуть: хто ти?&lt;br /&gt;</w:t>
        <w:br/>
        <w:t>Чиї тепер у тебе очі?</w:t>
      </w:r>
    </w:p>
    <w:p>
      <w:r>
        <w:br/>
        <w:t>Тебе найближчі потолочать&lt;br /&gt;</w:t>
        <w:br/>
        <w:t>Незгірш, як наймані кати.</w:t>
      </w:r>
    </w:p>
    <w:p>
      <w:r>
        <w:br/>
        <w:t>2</w:t>
      </w:r>
    </w:p>
    <w:p>
      <w:r>
        <w:br/>
        <w:t>Ридай, зализувачко ран&lt;br /&gt;</w:t>
        <w:br/>
        <w:t>Відредагованої драми:&lt;br /&gt;</w:t>
        <w:br/>
        <w:t>То чоловічий хист – аркан.&lt;br /&gt;</w:t>
        <w:br/>
        <w:t>Ти ж затесалась між аркани.</w:t>
      </w:r>
    </w:p>
    <w:p>
      <w:r>
        <w:br/>
        <w:t>А там – суцільний плебісцит.&lt;br /&gt;</w:t>
        <w:br/>
        <w:t>Морозно, як у лютім січні.&lt;br /&gt;</w:t>
        <w:br/>
        <w:t>І непомірний апетит,&lt;br /&gt;</w:t>
        <w:br/>
        <w:t>І ритуали чоловічі.</w:t>
      </w:r>
    </w:p>
    <w:p>
      <w:r>
        <w:br/>
        <w:t>А там – різниця і темниця,&lt;br /&gt;</w:t>
        <w:br/>
        <w:t>Бакшиш,&lt;br /&gt;</w:t>
        <w:br/>
        <w:t>гашиш&lt;br /&gt;</w:t>
        <w:br/>
        <w:t>і нувориш.&lt;br /&gt;</w:t>
        <w:br/>
        <w:t>Некоронована царице!&lt;br /&gt;</w:t>
        <w:br/>
        <w:t>Ти не показуй, що дрижиш…</w:t>
      </w:r>
    </w:p>
    <w:p>
      <w:r>
        <w:br/>
        <w:t>3</w:t>
      </w:r>
    </w:p>
    <w:p>
      <w:r>
        <w:br/>
        <w:t>Парад дешевих Афродит&lt;br /&gt;</w:t>
        <w:br/>
        <w:t>Тебе не скине із цариці.&lt;br /&gt;</w:t>
        <w:br/>
        <w:t>Ти – не балетна танцівниця,&lt;br /&gt;</w:t>
        <w:br/>
        <w:t>Аркан – твій танець і твій щит.</w:t>
      </w:r>
    </w:p>
    <w:p>
      <w:r>
        <w:br/>
        <w:t>Верхи смерек – твої пуанти,&lt;br /&gt;</w:t>
        <w:br/>
        <w:t>І косми хмар – твій колорит.&lt;br /&gt;</w:t>
        <w:br/>
        <w:t>Танцюй сама.&lt;br /&gt;</w:t>
        <w:br/>
        <w:t>Комедіанти&lt;br /&gt;</w:t>
        <w:br/>
        <w:t>Хай свій ладнають реквізит.</w:t>
      </w:r>
    </w:p>
    <w:p>
      <w:r>
        <w:br/>
        <w:t>Бо твій а р к а н не стане вальсом,&lt;br /&gt;</w:t>
        <w:br/>
        <w:t>Хоч не жіночий то є хист.&lt;br /&gt;</w:t>
        <w:br/>
        <w:t>Назвуть зухвальство – зубоскальством,&lt;br /&gt;</w:t>
        <w:br/>
        <w:t>І навздогін приліплять свист.</w:t>
      </w:r>
    </w:p>
    <w:p>
      <w:r>
        <w:br/>
        <w:t>Тримай аркан одна, як палець, —&lt;br /&gt;</w:t>
        <w:br/>
        <w:t>І літуй, і зимуй сама.</w:t>
      </w:r>
    </w:p>
    <w:p>
      <w:r>
        <w:br/>
        <w:t>Можливо, не один зухвалець&lt;br /&gt;</w:t>
        <w:br/>
        <w:t>Колись повторить твій аркан.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Триєдина перспектива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