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скарби</w:t>
      </w:r>
    </w:p>
    <w:p>
      <w:r>
        <w:br/>
        <w:t xml:space="preserve"> &lt;p&gt;I</w:t>
      </w:r>
    </w:p>
    <w:p>
      <w:r>
        <w:br/>
        <w:t>Ліс. Троє розбійників б'ються між собою за скарби: чоботи-скороходи, кирею-невидимку і меч-гартованець. Було б за що! А то ж за старий мотлох.</w:t>
      </w:r>
    </w:p>
    <w:p>
      <w:r>
        <w:br/>
        <w:t>1-й розбійник. Віддай кирею!</w:t>
      </w:r>
    </w:p>
    <w:p>
      <w:r>
        <w:br/>
        <w:t>2-й розбійник. Дзуськи! Віддай меч, кажу!.. Ти чого вкрав мої чоботи?</w:t>
      </w:r>
    </w:p>
    <w:p>
      <w:r>
        <w:br/>
        <w:t>3-й розбійник. Та це ж мої чоботи! Ти – злодій!</w:t>
      </w:r>
    </w:p>
    <w:p>
      <w:r>
        <w:br/>
        <w:t>1-й розбійник. Я беру собі кирею.</w:t>
      </w:r>
    </w:p>
    <w:p>
      <w:r>
        <w:br/>
        <w:t>2-й розбійник. Ач який! Чого захотів!</w:t>
      </w:r>
    </w:p>
    <w:p>
      <w:r>
        <w:br/>
        <w:t>1-й розбійник. Як ти смієш мене бити? Та ще й красти мого меча.</w:t>
      </w:r>
    </w:p>
    <w:p>
      <w:r>
        <w:br/>
        <w:t>3-й розбійник. Що? Киреї закортіло, злодюго?</w:t>
      </w:r>
    </w:p>
    <w:p>
      <w:r>
        <w:br/>
        <w:t>Зчиняється колотнеча. Мимо лісовою дорогою проїжджає принц.</w:t>
      </w:r>
    </w:p>
    <w:p>
      <w:r>
        <w:br/>
        <w:t>Принц. Гей, що ви тут затіяли? (Злазить з коня).</w:t>
      </w:r>
    </w:p>
    <w:p>
      <w:r>
        <w:br/>
        <w:t>1-й розбійник. Це він у всьому винен. Украв меч, та ще й хоче, щоб я йому кирею віддав-</w:t>
      </w:r>
    </w:p>
    <w:p>
      <w:r>
        <w:br/>
        <w:t>3-й розбійник. Вони обидва великі злодії. Усе в мене поцупили.</w:t>
      </w:r>
    </w:p>
    <w:p>
      <w:r>
        <w:br/>
        <w:t>1-й розбійник. Не бреши!</w:t>
      </w:r>
    </w:p>
    <w:p>
      <w:r>
        <w:br/>
        <w:t>2-й розбійник. Ти сам брехун!</w:t>
      </w:r>
    </w:p>
    <w:p>
      <w:r>
        <w:br/>
        <w:t>Розбійники кидаються один на одного.</w:t>
      </w:r>
    </w:p>
    <w:p>
      <w:r>
        <w:br/>
        <w:t>Принц. Стривайте! Стривайте! Чого ви галасуєте? Хіба не можна комусь одному дати цю стару кирею і подерті чоботи?</w:t>
      </w:r>
    </w:p>
    <w:p>
      <w:r>
        <w:br/>
        <w:t>2-й р о з б і й н и к. Е, ні! Це не проста кирея, а кирея-невидимка.</w:t>
      </w:r>
    </w:p>
    <w:p>
      <w:r>
        <w:br/>
        <w:t>1-й розбійник. А той меч розрубує шолом з найміцнішої криці. Бо це меч-гартованець.</w:t>
      </w:r>
    </w:p>
    <w:p>
      <w:r>
        <w:br/>
        <w:t>3-й розбійник. А це не прості чоботи, а скороходи.</w:t>
      </w:r>
    </w:p>
    <w:p>
      <w:r>
        <w:br/>
        <w:t>Принц. Ну, якщо так, то є за що сваритися. А може б, ви не сперечалися та поділили все порівну між собою?</w:t>
      </w:r>
    </w:p>
    <w:p>
      <w:r>
        <w:br/>
        <w:t>2-й розбійник. Спробуйте. Але я не хочу, щоб цей меч коли-небудь відтяв мені голову.</w:t>
      </w:r>
    </w:p>
    <w:p>
      <w:r>
        <w:br/>
        <w:t>1-й розбійник. От лихо! З такою киреєю мене обкрадуть, а я і не побачу злодія.</w:t>
      </w:r>
    </w:p>
    <w:p>
      <w:r>
        <w:br/>
        <w:t>2-й розбійник. Украсти, звісно, можна. Та хіба без чобіт утечеш?</w:t>
      </w:r>
    </w:p>
    <w:p>
      <w:r>
        <w:br/>
        <w:t>Принц. Ви всі по-своєму маєте рацію. Тож я вам ось що пораджу: продайте все мені. Тоді не матимете клопоту.</w:t>
      </w:r>
    </w:p>
    <w:p>
      <w:r>
        <w:br/>
        <w:t>1-й розбійник. Ну то як? Продамо?</w:t>
      </w:r>
    </w:p>
    <w:p>
      <w:r>
        <w:br/>
        <w:t>3-й розбійник. Воно б, звісно, не погано було.</w:t>
      </w:r>
    </w:p>
    <w:p>
      <w:r>
        <w:br/>
        <w:t>2-й розбійник. Тільки от як з ціною?</w:t>
      </w:r>
    </w:p>
    <w:p>
      <w:r>
        <w:br/>
        <w:t>П р и н ц. З ціною ? Замість киреї я даю свій червоний плащ з мережаною облямівкою, за чоботи – черевики з самоцвітами, а за меч не пошкодую щирозлотої шаблі. Ну то як? Згода?</w:t>
      </w:r>
    </w:p>
    <w:p>
      <w:r>
        <w:br/>
        <w:t>2-й розбійник.Я готовий поміняти кирею на плащ.</w:t>
      </w:r>
    </w:p>
    <w:p>
      <w:r>
        <w:br/>
        <w:t>1-й і 3-й розбійники. Ми теж не маємо нічого проти.</w:t>
      </w:r>
    </w:p>
    <w:p>
      <w:r>
        <w:br/>
        <w:t>Принц. Гаразд. Отже, міняємося.</w:t>
      </w:r>
    </w:p>
    <w:p>
      <w:r>
        <w:br/>
        <w:t>Вимінявши чоботи-скороходи, кирею-невидимку і меч-гартованець, принц сідає на коня і пускається своєю дорогою.</w:t>
      </w:r>
    </w:p>
    <w:p>
      <w:r>
        <w:br/>
        <w:t>Принц. Де-небудь поблизу немає заїзду?</w:t>
      </w:r>
    </w:p>
    <w:p>
      <w:r>
        <w:br/>
        <w:t>1-й розбійник. На узліссі є заїзд "Золотий ріжок". Ну, бувайте здорові!</w:t>
      </w:r>
    </w:p>
    <w:p>
      <w:r>
        <w:br/>
        <w:t>Принц. Справді? Бувайте! (Від'їжджає).</w:t>
      </w:r>
    </w:p>
    <w:p>
      <w:r>
        <w:br/>
        <w:t>3-й розбійник. Непогане діло ми облагодили, правда? Мені й не снилося, що можна чоботи обміняти на такі черевики. Гляньте-но. На застібці діамантовий камінь.</w:t>
      </w:r>
    </w:p>
    <w:p>
      <w:r>
        <w:br/>
        <w:t>2-й розбійник. А хіба мій плащ не чудовий? Як одягну, то буду паном на всю губу.</w:t>
      </w:r>
    </w:p>
    <w:p>
      <w:r>
        <w:br/>
        <w:t>1-й розбійник .І оця шабля теж чогось варта. Подивіться: рукоять і піхви зі щирого золота. Ну й дурень той принц! Так продешевив!</w:t>
      </w:r>
    </w:p>
    <w:p>
      <w:r>
        <w:br/>
        <w:t>2-й розбійник. Тс-с-с-с… І стіни мають вуха. Ходімо куди-небудь та хильнемо чарчину-другу.</w:t>
      </w:r>
    </w:p>
    <w:p>
      <w:r>
        <w:br/>
        <w:t>Троє розбійників, жартуючи, відходять у протилежний бік.</w:t>
      </w:r>
    </w:p>
    <w:p>
      <w:r>
        <w:br/>
        <w:t>II</w:t>
      </w:r>
    </w:p>
    <w:p>
      <w:r>
        <w:br/>
        <w:t>Шинок заїзду "Золотий ріжок". У кутку сидить принц і гризе окраєць хліба. Крім принца, в шинку ще семеро селян.</w:t>
      </w:r>
    </w:p>
    <w:p>
      <w:r>
        <w:br/>
        <w:t>Шинкар. Кажуть, начебто принцеса виходить заміж.</w:t>
      </w:r>
    </w:p>
    <w:p>
      <w:r>
        <w:br/>
        <w:t>1-й селянин. Справді, є така чутка. І начебто жених – чорний король.</w:t>
      </w:r>
    </w:p>
    <w:p>
      <w:r>
        <w:br/>
        <w:t>2-й селянин. Подейкують, ніби принцесі той король дуже осоружний.</w:t>
      </w:r>
    </w:p>
    <w:p>
      <w:r>
        <w:br/>
        <w:t>1-й селянин. Але ж вона може йому відмовити, якщо він їй осоружний!</w:t>
      </w:r>
    </w:p>
    <w:p>
      <w:r>
        <w:br/>
        <w:t>Шинкар. Якби не його три скарби! Кажуть, чорний король подарує нашому чоботи-скороходи, меч-гартованець і кирею-невидимку. От завидющий король і пообіцяв віддати принцесу за чорного короля.</w:t>
      </w:r>
    </w:p>
    <w:p>
      <w:r>
        <w:br/>
        <w:t>2-й селянин. Ох, бідолашна принцеса!</w:t>
      </w:r>
    </w:p>
    <w:p>
      <w:r>
        <w:br/>
        <w:t>1-й селянин. Невже її ніхто не зарятує ?</w:t>
      </w:r>
    </w:p>
    <w:p>
      <w:r>
        <w:br/>
        <w:t>Шинкар. Може б, і трапився який принц. Адже країн багато. Але хіба подужаєш чорного короля ? Тому й ніхто не відважиться.</w:t>
      </w:r>
    </w:p>
    <w:p>
      <w:r>
        <w:br/>
        <w:t>2-й селянин. Ходить чутка, нібито жадібний король поставив дракона сторожити доньку.</w:t>
      </w:r>
    </w:p>
    <w:p>
      <w:r>
        <w:br/>
        <w:t>Шинкар. Та ні, не дракона, а вартового.</w:t>
      </w:r>
    </w:p>
    <w:p>
      <w:r>
        <w:br/>
        <w:t>1-й селянин. Якби я умів чаклувати, найперший кинувся б рятувати принцесу.</w:t>
      </w:r>
    </w:p>
    <w:p>
      <w:r>
        <w:br/>
        <w:t>Шинкар. Ясна річ, я теж не дав би себе випередити.</w:t>
      </w:r>
    </w:p>
    <w:p>
      <w:r>
        <w:br/>
        <w:t>Усі сміються.</w:t>
      </w:r>
    </w:p>
    <w:p>
      <w:r>
        <w:br/>
        <w:t>Принц (зненацька підбігаючи до селян). Не турбуйтеся! Я її врятую.</w:t>
      </w:r>
    </w:p>
    <w:p>
      <w:r>
        <w:br/>
        <w:t>Селяни (приголомшено). Ви?!</w:t>
      </w:r>
    </w:p>
    <w:p>
      <w:r>
        <w:br/>
        <w:t>Принц. Атож. Нехай хоч зараз об'являється той чорний король. (Згорнувши руки на грудях, обводить селян очима). Я вмить з ним розправлюся.</w:t>
      </w:r>
    </w:p>
    <w:p>
      <w:r>
        <w:br/>
        <w:t>Шинкар. Але ж у того короля три скарби: по-перше, чоботи-скороходи, по-друге…</w:t>
      </w:r>
    </w:p>
    <w:p>
      <w:r>
        <w:br/>
        <w:t>Принц. Меч-гартованець? Я теж усе це маю. Гляньте на мої чоботи, на меч, на стару кирею. Вони нічим не відрізняються від того, що має чорний король.</w:t>
      </w:r>
    </w:p>
    <w:p>
      <w:r>
        <w:br/>
        <w:t>Селяни (знову приголомшено). Ці чоботи?! Цей меч?! Ця кирея?!</w:t>
      </w:r>
    </w:p>
    <w:p>
      <w:r>
        <w:br/>
        <w:t>Шинкар (сумніваючись). Але ж ваші чоботи подерті.</w:t>
      </w:r>
    </w:p>
    <w:p>
      <w:r>
        <w:br/>
        <w:t>Принц. Так, подерті. А проте це чоботи-скороходи.</w:t>
      </w:r>
    </w:p>
    <w:p>
      <w:r>
        <w:br/>
        <w:t>Шинкар. Невже?</w:t>
      </w:r>
    </w:p>
    <w:p>
      <w:r>
        <w:br/>
        <w:t>Принц (засмучено). Ви, мабуть, гадаєте, що я брешу. Гаразд. Тоді я вам покажу, як я літаю. От тільки відчиніть двері. Я стрибну і відразу зникну.</w:t>
      </w:r>
    </w:p>
    <w:p>
      <w:r>
        <w:br/>
        <w:t>Шинкар. Але спочатку розрахуйтеся зі мною.</w:t>
      </w:r>
    </w:p>
    <w:p>
      <w:r>
        <w:br/>
        <w:t>Принц. Не хвилюйся. Я хутко повернуся. Яких вам дарунків принести? Іспанських динь? Чи, може, фіґів з далекої Арабії?</w:t>
      </w:r>
    </w:p>
    <w:p>
      <w:r>
        <w:br/>
        <w:t>Шинкар. Байдуже, – чого-небудь принесіть. От лише покажіть, як ви літаєте.</w:t>
      </w:r>
    </w:p>
    <w:p>
      <w:r>
        <w:br/>
        <w:t>Принц. Гаразд. Я лечу. Раз, два, три!..</w:t>
      </w:r>
    </w:p>
    <w:p>
      <w:r>
        <w:br/>
        <w:t>Принц щосили стрибає. Але, не долетівши до дверей, приземлюється на озадді. Селяни регочуться.</w:t>
      </w:r>
    </w:p>
    <w:p>
      <w:r>
        <w:br/>
        <w:t>Ш и н к а р . Я так і думав!</w:t>
      </w:r>
    </w:p>
    <w:p>
      <w:r>
        <w:br/>
        <w:t>1-й селянин. У таких чоботях не те, що тисячу рі, а навіть два-три кени не подолаєш.</w:t>
      </w:r>
    </w:p>
    <w:p>
      <w:r>
        <w:br/>
        <w:t>2-й селянин. Ні, принц таки стрибнув. Але він, мабуть, пролетів тисячу рі й вернувся тут же назад.</w:t>
      </w:r>
    </w:p>
    <w:p>
      <w:r>
        <w:br/>
        <w:t>1-й селянин. Кинь жартувати. І придумав же таку нісенітницю!</w:t>
      </w:r>
    </w:p>
    <w:p>
      <w:r>
        <w:br/>
        <w:t>Селяни регочуться. Невдаха-принц підводиться і простує до дверей.</w:t>
      </w:r>
    </w:p>
    <w:p>
      <w:r>
        <w:br/>
        <w:t>Шинкар. Стривайте, стривайте! Хто платитиме?</w:t>
      </w:r>
    </w:p>
    <w:p>
      <w:r>
        <w:br/>
        <w:t>Принц мовчки кидає гроші шинкареві.</w:t>
      </w:r>
    </w:p>
    <w:p>
      <w:r>
        <w:br/>
        <w:t>2-й селянин. А де ж наші подарунки?</w:t>
      </w:r>
    </w:p>
    <w:p>
      <w:r>
        <w:br/>
        <w:t>Принц (поклавши руку на рукоять меча). Що?</w:t>
      </w:r>
    </w:p>
    <w:p>
      <w:r>
        <w:br/>
        <w:t>2-й селянин (сахаючись). Ні-ні, я нічого не сказав… (Наче до себе). Таким мечем легко, мабуть, голову відтяти.</w:t>
      </w:r>
    </w:p>
    <w:p>
      <w:r>
        <w:br/>
        <w:t>Шинкар (заспокійливо). Ви ще молоді, вертайтеся до свого батька. Де вам з вашою силою подужати чорного короля. Правду кажуть люди: не можеш – не берись.</w:t>
      </w:r>
    </w:p>
    <w:p>
      <w:r>
        <w:br/>
        <w:t>Селяни. Так і зробіть. Так і зробіть. Добра порада.</w:t>
      </w:r>
    </w:p>
    <w:p>
      <w:r>
        <w:br/>
        <w:t>П р и н ц . Я… я думав, що все можу. (Несподівано пускає сльозу). Мені соромно перед вами, хоч у землю западайся.</w:t>
      </w:r>
    </w:p>
    <w:p>
      <w:r>
        <w:br/>
        <w:t>1-й селянин. Ви накиньте кирею. Може, зникнете.</w:t>
      </w:r>
    </w:p>
    <w:p>
      <w:r>
        <w:br/>
        <w:t>Принц. Перестаньте варнякати! (Тупнувши ногою). Я таки врятую принцесу. Якщо мої чоботи не скороходи, то принаймні в мене є меч. І кирея… (Відчайдушно). Зрештою, голими руками я їй допоможу. (Яку нестямі вибігає з шинку).</w:t>
      </w:r>
    </w:p>
    <w:p>
      <w:r>
        <w:br/>
        <w:t>Шинкар. Жаль бідолахи. Його, напевне, чорний король уб'є…</w:t>
      </w:r>
    </w:p>
    <w:p>
      <w:r>
        <w:br/>
        <w:t>III</w:t>
      </w:r>
    </w:p>
    <w:p>
      <w:r>
        <w:br/>
        <w:t>Сад у королівському замку. Між трояндами жебонить водограй. Спочатку нікого не видно. Згодом появляється принц у киреї.</w:t>
      </w:r>
    </w:p>
    <w:p>
      <w:r>
        <w:br/>
        <w:t>Принц. Здається, я став невидимий, як тільки загорнувся у кирею. Бо пройшов через браму – і вартові навіть словом мене не зачепили. У цій киреї наче вітер, що шелестить у кущах троянди, легенько добудуся у покій принцеси… О, хтось іде сюди! Невже принцеса? Де б мені сховатися?.. Зрештою, навіщо? Адже все одно вона мене не побачить.</w:t>
      </w:r>
    </w:p>
    <w:p>
      <w:r>
        <w:br/>
        <w:t>Принцеса підійшла до водограю й сумовито зітхнула.</w:t>
      </w:r>
    </w:p>
    <w:p>
      <w:r>
        <w:br/>
        <w:t>Принцеса. Яка я нещасна! Не мине і тижня, як той гидкий чорний король повезе мене в Африку, де стільки левів і крокодилів… (Сідає на траву). Я так хочу залишитися в цьому замку! Хочу слухати, як жебонить цей водограй серед кущів троянди…</w:t>
      </w:r>
    </w:p>
    <w:p>
      <w:r>
        <w:br/>
        <w:t>П р и н ц . О, бідолашна принцеса! Я життя не пошкодую задля неї.</w:t>
      </w:r>
    </w:p>
    <w:p>
      <w:r>
        <w:br/>
        <w:t>Принцеса (здивовано позирає на принца). Хто ви такий?</w:t>
      </w:r>
    </w:p>
    <w:p>
      <w:r>
        <w:br/>
        <w:t>Принц (до себе). Ой лишенько! Навіщо я заговорив?</w:t>
      </w:r>
    </w:p>
    <w:p>
      <w:r>
        <w:br/>
        <w:t>Принцеса. А що ж тут поганого? Що з вами? Ви ж такий вродливий…</w:t>
      </w:r>
    </w:p>
    <w:p>
      <w:r>
        <w:br/>
        <w:t>Принц. Хіба ви мене бачите?</w:t>
      </w:r>
    </w:p>
    <w:p>
      <w:r>
        <w:br/>
        <w:t>Принцеса. Авжеж, бачу. Чого ви так дивуєтеся?</w:t>
      </w:r>
    </w:p>
    <w:p>
      <w:r>
        <w:br/>
        <w:t>П р и н ц . І кирею бачите?</w:t>
      </w:r>
    </w:p>
    <w:p>
      <w:r>
        <w:br/>
        <w:t>Принцеса. Атож, бачу стару кирею.</w:t>
      </w:r>
    </w:p>
    <w:p>
      <w:r>
        <w:br/>
        <w:t>Принц (розпачливо). Але ж я невидимий.</w:t>
      </w:r>
    </w:p>
    <w:p>
      <w:r>
        <w:br/>
        <w:t>Принцеса. Чому?</w:t>
      </w:r>
    </w:p>
    <w:p>
      <w:r>
        <w:br/>
        <w:t>Принц. Бо на мені кирея-невидимка.</w:t>
      </w:r>
    </w:p>
    <w:p>
      <w:r>
        <w:br/>
        <w:t>Принцеса. Це кирея чорного короля?</w:t>
      </w:r>
    </w:p>
    <w:p>
      <w:r>
        <w:br/>
        <w:t>Принц. Ні, моя власна.</w:t>
      </w:r>
    </w:p>
    <w:p>
      <w:r>
        <w:br/>
        <w:t>Принцеса. Та хіба вона вас ховає від людського ока?</w:t>
      </w:r>
    </w:p>
    <w:p>
      <w:r>
        <w:br/>
        <w:t>Принц. Ховає. Адже вартові на брамі мене не затримали.</w:t>
      </w:r>
    </w:p>
    <w:p>
      <w:r>
        <w:br/>
        <w:t>Принцеса (сміється). Що ж тут дивного? Побачивши таку стару кирею, вони, мабуть, подумали, що то слуга.</w:t>
      </w:r>
    </w:p>
    <w:p>
      <w:r>
        <w:br/>
        <w:t>Принц. Слуга? (У розпачі присідає). У таких чоботях?</w:t>
      </w:r>
    </w:p>
    <w:p>
      <w:r>
        <w:br/>
        <w:t>Принцеса. А що особливого у тих чоботях?</w:t>
      </w:r>
    </w:p>
    <w:p>
      <w:r>
        <w:br/>
        <w:t>Принц. Це чоботи-скороходи.</w:t>
      </w:r>
    </w:p>
    <w:p>
      <w:r>
        <w:br/>
        <w:t>Принцеса. Такі, як у чорного короля?</w:t>
      </w:r>
    </w:p>
    <w:p>
      <w:r>
        <w:br/>
        <w:t>Принц. Атож… тільки от недавно я спробував летіти, та не стрибнув навіть на два кени. Правда, у мене ще є меч. Меч-гартованець, що крицю рубає.</w:t>
      </w:r>
    </w:p>
    <w:p>
      <w:r>
        <w:br/>
        <w:t>Принцеса.А що ви хочете рубати?</w:t>
      </w:r>
    </w:p>
    <w:p>
      <w:r>
        <w:br/>
        <w:t>Принц. От тільки зітну голову чорному королю, та й край.</w:t>
      </w:r>
    </w:p>
    <w:p>
      <w:r>
        <w:br/>
        <w:t>Принцеса. Ви хочете викликати чорного короля на двобій?</w:t>
      </w:r>
    </w:p>
    <w:p>
      <w:r>
        <w:br/>
        <w:t>Принц. Я не прийшов з ним битися. Я прийшов вас рятувати.</w:t>
      </w:r>
    </w:p>
    <w:p>
      <w:r>
        <w:br/>
        <w:t>Принцеса. Справді?</w:t>
      </w:r>
    </w:p>
    <w:p>
      <w:r>
        <w:br/>
        <w:t>Принц. Атож.</w:t>
      </w:r>
    </w:p>
    <w:p>
      <w:r>
        <w:br/>
        <w:t>Принцеса. Ой, яка я рада!</w:t>
      </w:r>
    </w:p>
    <w:p>
      <w:r>
        <w:br/>
        <w:t>Несподівано з'являється чорний король. Принц і принцеса здивовані.</w:t>
      </w:r>
    </w:p>
    <w:p>
      <w:r>
        <w:br/>
        <w:t>Чорний король. Добридень! Я щойно прилетів з Африки. Як вам подобаються мої чоботи?</w:t>
      </w:r>
    </w:p>
    <w:p>
      <w:r>
        <w:br/>
        <w:t>Принцеса (холодно). Можете вертатися в свою Африку.</w:t>
      </w:r>
    </w:p>
    <w:p>
      <w:r>
        <w:br/>
        <w:t>Чорний король. Е, ні. Сьогодні я хочу з вами докладно поговорити. (Дивиться на принца). А отой слуга – хто це?</w:t>
      </w:r>
    </w:p>
    <w:p>
      <w:r>
        <w:br/>
        <w:t>Принц. Слуга? (Роздратовано підводиться на ноги). Я – принц. Я прийшов рятувати принцесу. Поки я тут, ніхто не зважиться пальцем її торкнути.</w:t>
      </w:r>
    </w:p>
    <w:p>
      <w:r>
        <w:br/>
        <w:t>Чорний король (з удаваною чемністю). Я маю три скарби. Ви це знаєте?</w:t>
      </w:r>
    </w:p>
    <w:p>
      <w:r>
        <w:br/>
        <w:t>Принц. Меч, чоботи і кирею? Певна річ, у своїх чоботях я не стрибну на один тьо. Та, я гадаю, і ви у своїх разом з принцесою теж не зможете полетіти на тисячу рі. Погляньте на мою кирею. Тільки завдяки їй я добрався сюди. Вартові подумали, що я слуга. Виходить, кирея мене сховала.</w:t>
      </w:r>
    </w:p>
    <w:p>
      <w:r>
        <w:br/>
        <w:t>Чорний король (зареготавшись). Яке зухвальство! Ви лишень подивіться, на що здатна моя кирея. (Одягає кирею і вмить щезає).</w:t>
      </w:r>
    </w:p>
    <w:p>
      <w:r>
        <w:br/>
        <w:t>Принцеса (сплескуючи в долоні). О, зник! Коли його немає, я така рада!</w:t>
      </w:r>
    </w:p>
    <w:p>
      <w:r>
        <w:br/>
        <w:t>Принц. Така кирея – вигідна річ. Тепер вона була б нам до речі.</w:t>
      </w:r>
    </w:p>
    <w:p>
      <w:r>
        <w:br/>
        <w:t>Чорний король (раптово з'являється роздратований). Кажете, до речі. А мені вона не потрібна. (Скидає кирею на землю). Мені досить меча. (Видивляється на принца). Ви хочете позбавити мене щастя. Я пропоную чесну гру. Мій меч рубає навіть крицю. Тож вашу голову вмить зітне. (Витягає меча з піхов).</w:t>
      </w:r>
    </w:p>
    <w:p>
      <w:r>
        <w:br/>
        <w:t>Принцеса (схопившись обороняти принца). Якщо ваш меч і крицю рубає, то, напевне, легко проткне мені груди. Ну, коліть мене! Коліть!</w:t>
      </w:r>
    </w:p>
    <w:p>
      <w:r>
        <w:br/>
        <w:t>Чорний король (відсахнувшись). Я не можу вас поранити.</w:t>
      </w:r>
    </w:p>
    <w:p>
      <w:r>
        <w:br/>
        <w:t>Принцеса (глузливо). Виходить, ваш меч не може проткнути мені грудей ? А ви ж казали, ніби він і крицю рубає навпіл!</w:t>
      </w:r>
    </w:p>
    <w:p>
      <w:r>
        <w:br/>
        <w:t>Принц. Постривайте! (Стримуючи принцесу). Король правду каже. Я його ворог, тож нам належить у чесній боротьбі звести рахунок. (До короля). Ну, починаймо! (Висмикує меча).</w:t>
      </w:r>
    </w:p>
    <w:p>
      <w:r>
        <w:br/>
        <w:t>Чорний король. Ти хоч і молодий, а, бачу, відважний. Я тебе за одним махом на той світ зажену.</w:t>
      </w:r>
    </w:p>
    <w:p>
      <w:r>
        <w:br/>
        <w:t>Чорний король і принц стинаються мечами. І вмить королівський меч розрубує, як скалку, принців меч.</w:t>
      </w:r>
    </w:p>
    <w:p>
      <w:r>
        <w:br/>
        <w:t>Чорний король. Ну то як?</w:t>
      </w:r>
    </w:p>
    <w:p>
      <w:r>
        <w:br/>
        <w:t>Принц. Меч, звісно, ви розрубали, але я все одно сміюся з вас.</w:t>
      </w:r>
    </w:p>
    <w:p>
      <w:r>
        <w:br/>
        <w:t>Чорний король . Будемо далі битися?</w:t>
      </w:r>
    </w:p>
    <w:p>
      <w:r>
        <w:br/>
        <w:t>Принц. Ясна річ, будемо.</w:t>
      </w:r>
    </w:p>
    <w:p>
      <w:r>
        <w:br/>
        <w:t>Чорний король. А може, краще перестати? (Кидає меч на землю). Ви переможені, тож навіщо мені тепер меч?</w:t>
      </w:r>
    </w:p>
    <w:p>
      <w:r>
        <w:br/>
        <w:t>Принц (зачудовано дивиться на короля). Чому?</w:t>
      </w:r>
    </w:p>
    <w:p>
      <w:r>
        <w:br/>
        <w:t>Чорний король. Чому? Якби я вас забив, то принцеса ще дужче мене зненавиділа б. Ви хіба цього не розумієте?</w:t>
      </w:r>
    </w:p>
    <w:p>
      <w:r>
        <w:br/>
        <w:t>Принц. Чого ж ні? Розумію. Бо, здається, і ви збагнули.</w:t>
      </w:r>
    </w:p>
    <w:p>
      <w:r>
        <w:br/>
        <w:t>Чорний король (задумливо). Я думав, що завдяки трьом скарбам заполоню принцесу. Але я помилився.</w:t>
      </w:r>
    </w:p>
    <w:p>
      <w:r>
        <w:br/>
        <w:t>Принц (кладучи руку королеві на плече). А я думав, що, маючи три скарби, зможу принцесу врятувати. Але я теж помилився.</w:t>
      </w:r>
    </w:p>
    <w:p>
      <w:r>
        <w:br/>
        <w:t>Чорний король. Так, ми обидва помилилися. (Бере принца за руку). А чи не краще нам замиритися? Прийміть моє вибачення.</w:t>
      </w:r>
    </w:p>
    <w:p>
      <w:r>
        <w:br/>
        <w:t>Принц. І ви мені теж пробачте. Тепер, здається, не видно, хто з нас переможений, а хто переможець.</w:t>
      </w:r>
    </w:p>
    <w:p>
      <w:r>
        <w:br/>
        <w:t>Чорний король. Я вас переміг. Але я і себе переміг. (До принцеси). Я повертаюся до Африки. А ви живіть у спокої. Принців меч не розрубав криці, а натомість уразив твердіше за неї ваше серце. На ваше весілля я хочу подарувати вам три скарби: меч, чоботи й кирею. З тими скарбами вам не страшний ніякий ворог. А якщо все-таки якийсь лиходій порушить ваш спокій, дайте мені знати, і я вмить прискочу з п'ятдесятьма тисячами чорних вершників і покараю нахабу. (Сумовито). Для зустрічі з вами в африканській столиці я вибудував мармуровий палац. Навколо нього цвіте лотос. (Принцові). Будь ласка, коли-небудь узуйте чоботи-скороходи й завітайте до мене в гостину.</w:t>
      </w:r>
    </w:p>
    <w:p>
      <w:r>
        <w:br/>
        <w:t>П р и н ц . Я вам дуже вдячний за запрошення.</w:t>
      </w:r>
    </w:p>
    <w:p>
      <w:r>
        <w:br/>
        <w:t>Принцеса (причіплює королеві до грудей троянду). Я вам завдала чимало неприємностей. Я навіть уві сні не подумала б, що ви така добра людина. Пробачте. Я перед вами винна. (Припавши до грудей чорного короля, плаче, як мала дитина).</w:t>
      </w:r>
    </w:p>
    <w:p>
      <w:r>
        <w:br/>
        <w:t>Чорний король (гладить принцесу по голові). Дякую за добре слово. Зрештою, я не злий дух. Нечиста сила у подобі чорного короля трапляється лише в казках. (До принца). Правда?</w:t>
      </w:r>
    </w:p>
    <w:p>
      <w:r>
        <w:br/>
        <w:t>Принц. Авжеж. (Повертаючись до глядачів). Шановні панове! Ми всі троє прозріли. Лише в казках ви натрапляєте на злого, як нечиста сила, чорного короля і принца з трьома скарбами. Тепер нам відкрилися очі, тож: не годиться жити в казці. Перед нами далеко в тумані простелився широкий-широкий світ. Із саду, де цвітуть троянди й жебонить водограй, ми підемо разом у цей світ. У широкий світ! В огидний і водночас прекрасний, великий чарівний світ! Ми не знаємо, що нас очікує в ньому: страждання чи радість. Та ми знаємо, що сміливо, наче військовий загін, підемо у цей світ.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скарби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