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бажання</w:t>
      </w:r>
    </w:p>
    <w:p>
      <w:r>
        <w:br/>
        <w:t xml:space="preserve"> Ой було це ще в давнії роки,&lt;br /&gt;</w:t>
        <w:br/>
        <w:t>Як у нас, на Вкраїні широкій,&lt;br /&gt;</w:t>
        <w:br/>
        <w:t>Чоловік на селі жив Тимоха,&lt;br /&gt;</w:t>
        <w:br/>
        <w:t>І була в нього жінка Солоха.&lt;br /&gt;</w:t>
        <w:br/>
        <w:t>Поганенько було таки жити,&lt;br /&gt;</w:t>
        <w:br/>
        <w:t>Хоч було на чому й заробити.&lt;br /&gt;</w:t>
        <w:br/>
        <w:t>Та як правду вам щиру сказати,&lt;br /&gt;</w:t>
        <w:br/>
        <w:t>То вони не уміли придбати,&lt;br /&gt;</w:t>
        <w:br/>
        <w:t>Бо у гарне вбиратись любили,&lt;br /&gt;</w:t>
        <w:br/>
        <w:t>А напрясти, наткати не вміли,&lt;br /&gt;</w:t>
        <w:br/>
        <w:t>Їсти теж як би все їм ласенько,&lt;br /&gt;</w:t>
        <w:br/>
        <w:t>Встати — пізно, лягти ж — так раненько.&lt;br /&gt;</w:t>
        <w:br/>
        <w:t>Так вони дожилися до того,&lt;br /&gt;</w:t>
        <w:br/>
        <w:t>Що немає і в хаті нічого.&lt;br /&gt;</w:t>
        <w:br/>
        <w:t>То і лає Тимоха Солоху,&lt;br /&gt;</w:t>
        <w:br/>
        <w:t>А Солоха картає Тимоху.&lt;br /&gt;</w:t>
        <w:br/>
        <w:t>Чоловік їй говорить: "Якби ти&lt;br /&gt;</w:t>
        <w:br/>
        <w:t>До пуття та уміла робити,&lt;br /&gt;</w:t>
        <w:br/>
        <w:t>То було б усього в нас багато —&lt;br /&gt;</w:t>
        <w:br/>
        <w:t>І про будень, і також про свято".&lt;br /&gt;</w:t>
        <w:br/>
        <w:t>Жінка каже: "І з тебе робота!&lt;br /&gt;</w:t>
        <w:br/>
        <w:t>Аж дивитись на тебе нудота:&lt;br /&gt;</w:t>
        <w:br/>
        <w:t>Тільки лежні справляєш та сидні,&lt;br /&gt;</w:t>
        <w:br/>
        <w:t>Тим у нас тільки й є самі злидні!"&lt;br /&gt;</w:t>
        <w:br/>
        <w:t>Так погризшись, розумнії, далі&lt;br /&gt;</w:t>
        <w:br/>
        <w:t>Долю лаяти злу починали:&lt;br /&gt;</w:t>
        <w:br/>
        <w:t>"Це все доля недобра та люта,&lt;br /&gt;</w:t>
        <w:br/>
        <w:t>Через неї це горе та скрута!&lt;br /&gt;</w:t>
        <w:br/>
        <w:t>Нащо так це, що треба робити?&lt;br /&gt;</w:t>
        <w:br/>
        <w:t>Кому доля годить, той на світі,&lt;br /&gt;</w:t>
        <w:br/>
        <w:t>Не робивши, прожити здолає,&lt;br /&gt;</w:t>
        <w:br/>
        <w:t>Ще й багатства та щастя зазнає".&lt;br /&gt;</w:t>
        <w:br/>
        <w:t>А Солоха сердито говоре:&lt;br /&gt;</w:t>
        <w:br/>
        <w:t>"Наша ж доля дає саме горе.&lt;br /&gt;</w:t>
        <w:br/>
        <w:t>Ну, та й доля ж ця наша — такая,&lt;br /&gt;</w:t>
        <w:br/>
        <w:t>Як пралюта свекруха лихая!"&lt;br /&gt;</w:t>
        <w:br/>
        <w:t>Тільки встигли те слово сказати,&lt;br /&gt;</w:t>
        <w:br/>
        <w:t>Коли стук щось одразу до хати!&lt;br /&gt;</w:t>
        <w:br/>
        <w:t>Увіходить якась молодиця:&lt;br /&gt;</w:t>
        <w:br/>
        <w:t>"Нащо ж так все на мене свариться?&lt;br /&gt;</w:t>
        <w:br/>
        <w:t>Я — та Доля. Щоб ви не казали,&lt;br /&gt;</w:t>
        <w:br/>
        <w:t>Що ви щастя на світі не мали,&lt;br /&gt;</w:t>
        <w:br/>
        <w:t>Та що маєте долю лихую,—&lt;br /&gt;</w:t>
        <w:br/>
        <w:t>Три бажання обом вам дарую:&lt;br /&gt;</w:t>
        <w:br/>
        <w:t>Жінці — перше, Тимосі ж два буде,&lt;br /&gt;</w:t>
        <w:br/>
        <w:t>Не миліться ж ви, добрії люде:&lt;br /&gt;</w:t>
        <w:br/>
        <w:t>Тричі можете вдвох ви бажати,&lt;br /&gt;</w:t>
        <w:br/>
        <w:t>Хто що схоче, то й буде те мати,&lt;br /&gt;</w:t>
        <w:br/>
        <w:t>Більше ж трьох вже ніяк! Прощавайте!&lt;br /&gt;</w:t>
        <w:br/>
        <w:t>Щастя з рук ви, глядіть, не пускайте!"&lt;br /&gt;</w:t>
        <w:br/>
        <w:t>Те сказала і зникла вже з хати,&lt;br /&gt;</w:t>
        <w:br/>
        <w:t>А ті раді. "Що саме бажати?"—&lt;br /&gt;</w:t>
        <w:br/>
        <w:t>Вже Солоха в Тимохи питає,&lt;br /&gt;</w:t>
        <w:br/>
        <w:t>А Тимоха і сам ще не знає,&lt;br /&gt;</w:t>
        <w:br/>
        <w:t>Бо думок у Тимохи багато:&lt;br /&gt;</w:t>
        <w:br/>
        <w:t>"Оттепер нам повік саме свято!&lt;br /&gt;</w:t>
        <w:br/>
        <w:t>Перше, грошей найбільш забажаю,&lt;br /&gt;</w:t>
        <w:br/>
        <w:t>Я із грішми доскочу й до раю!&lt;br /&gt;</w:t>
        <w:br/>
        <w:t>Будуть інші за мене робити,&lt;br /&gt;</w:t>
        <w:br/>
        <w:t>Ласих страв буде їсти і пити,&lt;br /&gt;</w:t>
        <w:br/>
        <w:t>Я ж, як пан, увесь день на перині,&lt;br /&gt;</w:t>
        <w:br/>
        <w:t>Тільки скрикну: "Давайте ви, свині!"&lt;br /&gt;</w:t>
        <w:br/>
        <w:t>Гроші є, то усе нам байдуже,&lt;br /&gt;</w:t>
        <w:br/>
        <w:t>Ти тоді зачіпай нас не дуже!&lt;br /&gt;</w:t>
        <w:br/>
        <w:t>Я палаци куплю і з панами...&lt;br /&gt;</w:t>
        <w:br/>
        <w:t>Ні, гордують пани мужиками!&lt;br /&gt;</w:t>
        <w:br/>
        <w:t>Коли так, то я паном зроблюся!&lt;br /&gt;</w:t>
        <w:br/>
        <w:t>Генералом! В мундир уберуся,&lt;br /&gt;</w:t>
        <w:br/>
        <w:t>Шану матиму дуже велику:&lt;br /&gt;</w:t>
        <w:br/>
        <w:t>Всі шанують панів споконвіку.&lt;br /&gt;</w:t>
        <w:br/>
        <w:t>А воно іще більша є шана:&lt;br /&gt;</w:t>
        <w:br/>
        <w:t>Архиреєм би... Звечора й зрана&lt;br /&gt;</w:t>
        <w:br/>
        <w:t>Цілуватимуть всі мене в руку,&lt;br /&gt;</w:t>
        <w:br/>
        <w:t>Я ж даватиму й панству науку.&lt;br /&gt;</w:t>
        <w:br/>
        <w:t>Тільки ні: в мене жінка, а знати —&lt;br /&gt;</w:t>
        <w:br/>
        <w:t>Архиреї усі нежонаті...&lt;br /&gt;</w:t>
        <w:br/>
        <w:t>Так царем!.." І знов думка гуляє,&lt;br /&gt;</w:t>
        <w:br/>
        <w:t>І думкам тим і спину немає.&lt;br /&gt;</w:t>
        <w:br/>
        <w:t>А Солоха теж в хмарах літає:&lt;br /&gt;</w:t>
        <w:br/>
        <w:t>Їй стрічки і намисто сіяє,&lt;br /&gt;</w:t>
        <w:br/>
        <w:t>Теж палац та такий пребагатий!..&lt;br /&gt;</w:t>
        <w:br/>
        <w:t>Бо не хоче вже вбогої хати...&lt;br /&gt;</w:t>
        <w:br/>
        <w:t>Та на лихо згадалось Солосі,&lt;br /&gt;</w:t>
        <w:br/>
        <w:t>Що вони не вечеряли й досі.&lt;br /&gt;</w:t>
        <w:br/>
        <w:t>То було їй про їжу байдуже,&lt;br /&gt;</w:t>
        <w:br/>
        <w:t>А тепер закортіло ще й дуже.&lt;br /&gt;</w:t>
        <w:br/>
        <w:t>У печі ще раніш затопила,&lt;br /&gt;</w:t>
        <w:br/>
        <w:t>Подивилась: "Ну, й жар же до діла:&lt;br /&gt;</w:t>
        <w:br/>
        <w:t>Хоч спекти, хоч спрягти, хоч зварити!"&lt;br /&gt;</w:t>
        <w:br/>
        <w:t>Почала вона жар ворушити,&lt;br /&gt;</w:t>
        <w:br/>
        <w:t>Та й не стямилась, як і сказала:&lt;br /&gt;</w:t>
        <w:br/>
        <w:t>"Як би тут ковбаса зашкварчала,&lt;br /&gt;</w:t>
        <w:br/>
        <w:t>От-би так! А то з ранку самого,&lt;br /&gt;</w:t>
        <w:br/>
        <w:t>Опріч хліба не їла нічого!"&lt;br /&gt;</w:t>
        <w:br/>
        <w:t>Тільки встигла сказати — ой леле!&lt;br /&gt;</w:t>
        <w:br/>
        <w:t>Уже кільце ковбаски дебеле&lt;br /&gt;</w:t>
        <w:br/>
        <w:t>На жару і шкварчить і пряжеться!&lt;br /&gt;</w:t>
        <w:br/>
        <w:t>Тут Тимоха ураз як сунеться:&lt;br /&gt;</w:t>
        <w:br/>
        <w:t>"Чи вона уже зовсім здуріла?&lt;br /&gt;</w:t>
        <w:br/>
        <w:t>Що, дурна ти лепете[1], зробила?&lt;br /&gt;</w:t>
        <w:br/>
        <w:t>За оцю ковбасу віддала ти&lt;br /&gt;</w:t>
        <w:br/>
        <w:t>Своє щастя, що мала придбати.&lt;br /&gt;</w:t>
        <w:br/>
        <w:t>Чом ти грошей, дурна, не бажала?&lt;br /&gt;</w:t>
        <w:br/>
        <w:t>Ковбаси вона, бачте, не мала!&lt;br /&gt;</w:t>
        <w:br/>
        <w:t>А бодай би вона тобі сіла&lt;br /&gt;</w:t>
        <w:br/>
        <w:t>На той ніс, що встрява не до діла!"&lt;br /&gt;</w:t>
        <w:br/>
        <w:t>Стриб ковбаска до пики Солосі —&lt;br /&gt;</w:t>
        <w:br/>
        <w:t>Так одразу й повисла на носі!&lt;br /&gt;</w:t>
        <w:br/>
        <w:t>Ніс зробивсь — вже яка йому й міра!&lt;br /&gt;</w:t>
        <w:br/>
        <w:t>Гірше, ніж за сім гривень сокира.&lt;br /&gt;</w:t>
        <w:br/>
        <w:t>Тут Солоха: "Мій боже великий!&lt;br /&gt;</w:t>
        <w:br/>
        <w:t>Ой пропала ж я, бідна, навіки!&lt;br /&gt;</w:t>
        <w:br/>
        <w:t>Нащо ж я на цей світ народилась?!"&lt;br /&gt;</w:t>
        <w:br/>
        <w:t>Так вона тут сльозами і вмилась!&lt;br /&gt;</w:t>
        <w:br/>
        <w:t>А Тимоха сидить уже тихо,&lt;br /&gt;</w:t>
        <w:br/>
        <w:t>Бачить сам, що і він зробив лихо,&lt;br /&gt;</w:t>
        <w:br/>
        <w:t>І бажання віддав без нічого,&lt;br /&gt;</w:t>
        <w:br/>
        <w:t>Та ще й жінці накоїв він злого.&lt;br /&gt;</w:t>
        <w:br/>
        <w:t>Що робити? — він дума-гадає...&lt;br /&gt;</w:t>
        <w:br/>
        <w:t>А Солоха уже його лає:&lt;br /&gt;</w:t>
        <w:br/>
        <w:t>"Бач, здалась я йому на наругу!..&lt;br /&gt;</w:t>
        <w:br/>
        <w:t>Одмінив мою пику на другу!..&lt;br /&gt;</w:t>
        <w:br/>
        <w:t>Як я вийду такою між люде?&lt;br /&gt;</w:t>
        <w:br/>
        <w:t>І яке ж то життя тепер буде?&lt;br /&gt;</w:t>
        <w:br/>
        <w:t>Віддавай мого носа, бо згину&lt;br /&gt;</w:t>
        <w:br/>
        <w:t>Та й тебе задавлю, злу личину!"&lt;br /&gt;</w:t>
        <w:br/>
        <w:t>Що робити? Чи грошей бажати,&lt;br /&gt;</w:t>
        <w:br/>
        <w:t>Чи Солоху з біди визволяти?&lt;br /&gt;</w:t>
        <w:br/>
        <w:t>Воно й грошики дуже хороші!..&lt;br /&gt;</w:t>
        <w:br/>
        <w:t>Ну, та жінка миліша як гроші!&lt;br /&gt;</w:t>
        <w:br/>
        <w:t>"Так щезай же ти, халепо клята!"&lt;br /&gt;</w:t>
        <w:br/>
        <w:t>Де й поділась ураз ковбаса та!&lt;br /&gt;</w:t>
        <w:br/>
        <w:t>Хоч нічого не має Тимоха,&lt;br /&gt;</w:t>
        <w:br/>
        <w:t>Так ізнов як людина Солоха.&lt;br /&gt;</w:t>
        <w:br/>
        <w:t>Аж тут — стук! Знову Доля до хати:&lt;br /&gt;</w:t>
        <w:br/>
        <w:t>"Чи ще будете ви нарікати?&lt;br /&gt;</w:t>
        <w:br/>
        <w:t>Я ж вам щастя давала! Ви ж нащо&lt;br /&gt;</w:t>
        <w:br/>
        <w:t>Віддали його так анізащо?&lt;br /&gt;</w:t>
        <w:br/>
        <w:t>Ні, не доля тут винна — самі ви,&lt;br /&gt;</w:t>
        <w:br/>
        <w:t>Що без краю недбалі й ліниві!&lt;br /&gt;</w:t>
        <w:br/>
        <w:t>Заробіть, тоді й будете мати,&lt;br /&gt;</w:t>
        <w:br/>
        <w:t>На дурничку ж не можна придбати.&lt;br /&gt;</w:t>
        <w:br/>
        <w:t>Самі взять свого щастя не вміли!&lt;br /&gt;</w:t>
        <w:br/>
        <w:t>Прощавайте, якщо зрозуміли!"&lt;br /&gt;</w:t>
        <w:br/>
        <w:t>Засміялась та й зникла із хати...&lt;br /&gt;</w:t>
        <w:br/>
        <w:t>Як прибитії наші зостались!&lt;br /&gt;</w:t>
        <w:br/>
        <w:t>Довго очі звести не зважались,&lt;br /&gt;</w:t>
        <w:br/>
        <w:t>Похилившись, сиділи довгенько&lt;br /&gt;</w:t>
        <w:br/>
        <w:t>Та зітхали обоє важенько.&lt;br /&gt;</w:t>
        <w:br/>
        <w:t>Як же згодом прочумались трохи,&lt;br /&gt;</w:t>
        <w:br/>
        <w:t>То Тимоха сказав до Солохи:&lt;br /&gt;</w:t>
        <w:br/>
        <w:t>"Отака приведенція в світі!..&lt;br /&gt;</w:t>
        <w:br/>
        <w:t>Воно й правда, що треба робити..."</w:t>
      </w:r>
    </w:p>
    <w:p>
      <w:r>
        <w:br/>
        <w:t>[1] Лепета — базіка.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