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Третій день крізь сутінь масну...</w:t>
      </w:r>
    </w:p>
    <w:p>
      <w:r>
        <w:br/>
        <w:t xml:space="preserve"> Третій день крізь сутінь масну.&lt;br /&gt;</w:t>
        <w:br/>
        <w:t>Третій день без спочинку і сну.&lt;br /&gt;</w:t>
        <w:br/>
        <w:t>Я звик до піску і до холоду звик,&lt;br /&gt;</w:t>
        <w:br/>
        <w:t>і в торбі у мене – вино і часник.&lt;br /&gt;</w:t>
        <w:br/>
        <w:t>А під сукно, мов під листя смерек,&lt;br /&gt;</w:t>
        <w:br/>
        <w:t>Зарито афганський крек.</w:t>
      </w:r>
    </w:p>
    <w:p>
      <w:r>
        <w:br/>
        <w:t>Я тридцять днів ховався в імлі,&lt;br /&gt;</w:t>
        <w:br/>
        <w:t>їв траву і спав на землі,&lt;br /&gt;</w:t>
        <w:br/>
        <w:t>збираючи, мов данину тяжку,&lt;br /&gt;</w:t>
        <w:br/>
        <w:t>крихти коштовного порошку,&lt;br /&gt;</w:t>
        <w:br/>
        <w:t>який, ніби тіні пропащих душ,&lt;br /&gt;</w:t>
        <w:br/>
        <w:t>лежить на хребті Гіндукуш.</w:t>
      </w:r>
    </w:p>
    <w:p>
      <w:r>
        <w:br/>
        <w:t>Це смерть шукає мої сліди,&lt;br /&gt;</w:t>
        <w:br/>
        <w:t>смерть виводить мене до води,&lt;br /&gt;</w:t>
        <w:br/>
        <w:t>і, доки я з річища мерзлого п’ю,&lt;br /&gt;</w:t>
        <w:br/>
        <w:t>тримає флягу мою.</w:t>
      </w:r>
    </w:p>
    <w:p>
      <w:r>
        <w:br/>
        <w:t>Я ніс усе, що і мав нести,&lt;br /&gt;</w:t>
        <w:br/>
        <w:t>я обійшов талібанські пости,&lt;br /&gt;</w:t>
        <w:br/>
        <w:t>дістався міста, продав телефон,&lt;br /&gt;</w:t>
        <w:br/>
        <w:t>перейшов таджицький кордон,&lt;br /&gt;</w:t>
        <w:br/>
        <w:t>і на п’яту ніч, хто би що не казав,&lt;br /&gt;</w:t>
        <w:br/>
        <w:t>побачив Ростовський вокзал.</w:t>
      </w:r>
    </w:p>
    <w:p>
      <w:r>
        <w:br/>
        <w:t>Там попереду погранці,&lt;br /&gt;</w:t>
        <w:br/>
        <w:t>сонце в траві, туман на ріці,&lt;br /&gt;</w:t>
        <w:br/>
        <w:t>довгий день, строкатий базар.&lt;br /&gt;</w:t>
        <w:br/>
        <w:t>Лише б довезти додому товар,&lt;br /&gt;</w:t>
        <w:br/>
        <w:t>і скинути, якщо повезе,&lt;br /&gt;</w:t>
        <w:br/>
        <w:t>циганам із ХТЗ.</w:t>
      </w:r>
    </w:p>
    <w:p>
      <w:r>
        <w:br/>
        <w:t>Але смерть чекає на того, хто йде.&lt;br /&gt;</w:t>
        <w:br/>
        <w:t>Смерть тримає мене і веде.&lt;br /&gt;</w:t>
        <w:br/>
        <w:t>Смерть прокидається вночі&lt;br /&gt;</w:t>
        <w:br/>
        <w:t>на моєму плечі…</w:t>
      </w:r>
    </w:p>
    <w:p>
      <w:r>
        <w:br/>
        <w:t>…Тихий ранок, темний вагон.&lt;br /&gt;</w:t>
        <w:br/>
        <w:t>Це був останній мій перегон.&lt;br /&gt;</w:t>
        <w:br/>
        <w:t>Усі дороги вели сюди.&lt;br /&gt;</w:t>
        <w:br/>
        <w:t>Ось мічені кров’ю собачі сліди,&lt;br /&gt;</w:t>
        <w:br/>
        <w:t>і важко, мов короп у глибині,&lt;br /&gt;</w:t>
        <w:br/>
        <w:t>куля сидить у мені.</w:t>
      </w:r>
    </w:p>
    <w:p>
      <w:r>
        <w:br/>
        <w:t>Дихати, дихати що б не було,&lt;br /&gt;</w:t>
        <w:br/>
        <w:t>коли твоя тяга – єдине тепло.&lt;br /&gt;</w:t>
        <w:br/>
        <w:t>Життя втрачає свою вагу,&lt;br /&gt;</w:t>
        <w:br/>
        <w:t>коли вдихаєш гарячу жагу,&lt;br /&gt;</w:t>
        <w:br/>
        <w:t>коли видихаєш солодкий щем,&lt;br /&gt;</w:t>
        <w:br/>
        <w:t>курячи синій елем.</w:t>
      </w:r>
    </w:p>
    <w:p>
      <w:r>
        <w:br/>
        <w:t>Кров затікає в теплий рукав.&lt;br /&gt;</w:t>
        <w:br/>
        <w:t>Мене все одно ніхто не чекав.&lt;br /&gt;</w:t>
        <w:br/>
        <w:t>Кордон зачинено на замок.&lt;br /&gt;</w:t>
        <w:br/>
        <w:t>І, не відходячи ні на крок,&lt;br /&gt;</w:t>
        <w:br/>
        <w:t>моя душа, ніби щось чуже,&lt;br /&gt;</w:t>
        <w:br/>
        <w:t>тіло моє стереже.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Третій день крізь сутінь масну...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