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Травневі трави</w:t>
      </w:r>
    </w:p>
    <w:p>
      <w:r>
        <w:br/>
        <w:t xml:space="preserve"> Десь далеко в вечірнім спочинку&lt;br /&gt;</w:t>
        <w:br/>
        <w:t>Шлях упав під стомлені верби…&lt;br /&gt;</w:t>
        <w:br/>
        <w:t>Позривать романці й конюшинку!&lt;br /&gt;</w:t>
        <w:br/>
        <w:t>Цілувать його порох тепер би!&lt;br /&gt;</w:t>
        <w:br/>
        <w:t>Квітнуть очи від тьмяного болю,&lt;br /&gt;</w:t>
        <w:br/>
        <w:t>І не зраджує нас неминуче…&lt;br /&gt;</w:t>
        <w:br/>
        <w:t>У покорі чи в дикій сваволі&lt;br /&gt;</w:t>
        <w:br/>
        <w:t>Не побігла до річки під кручу?&lt;br /&gt;</w:t>
        <w:br/>
        <w:t>Пароплав не витримав муки:&lt;br /&gt;</w:t>
        <w:br/>
        <w:t>Раз, і вдруге, і втретє крикнув…&lt;br /&gt;</w:t>
        <w:br/>
        <w:t>– Чом вуста твої, чом твої руки&lt;br /&gt;</w:t>
        <w:br/>
        <w:t>До цілунків моїх не звикнуть?&lt;br /&gt;</w:t>
        <w:br/>
        <w:t>Достигали травневі трави&lt;br /&gt;</w:t>
        <w:br/>
        <w:t>За парканом біля городу,&lt;br /&gt;</w:t>
        <w:br/>
        <w:t>І спалахнули очи лукаво,&lt;br /&gt;</w:t>
        <w:br/>
        <w:t>Наче змова вогнів на болоті…&lt;br /&gt;</w:t>
        <w:br/>
        <w:t>– Заспівай, заспівай, як сокіл&lt;br /&gt;</w:t>
        <w:br/>
        <w:t>Побратавсь з сизокрилим орлом!..&lt;br /&gt;</w:t>
        <w:br/>
        <w:t>Найсолодше щастя і спокій —&lt;br /&gt;</w:t>
        <w:br/>
        <w:t>Хто чекає кари на горло…&lt;br /&gt;</w:t>
        <w:br/>
        <w:t>Найсолодша радість у травах,&lt;br /&gt;</w:t>
        <w:br/>
        <w:t>У травневих травах достиглих,&lt;br /&gt;</w:t>
        <w:br/>
        <w:t>А майбутнє, мов тіні мляві,&lt;br /&gt;</w:t>
        <w:br/>
        <w:t>Заломивши руки, пробігло.&lt;br /&gt;</w:t>
        <w:br/>
        <w:t>Вкрились кров’ю вуста сталеві,&lt;br /&gt;</w:t>
        <w:br/>
        <w:t>Шлях у вербах розбивсь на шмаття…&lt;br /&gt;</w:t>
        <w:br/>
        <w:t>Так той вечір щастя травневий&lt;br /&gt;</w:t>
        <w:br/>
        <w:t>На життя впав чорним прокляттям.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Травневі 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